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10368"/>
      </w:tblGrid>
      <w:tr w:rsidR="0056125B" w14:paraId="3797ECC0" w14:textId="77777777">
        <w:trPr>
          <w:jc w:val="center"/>
        </w:trPr>
        <w:tc>
          <w:tcPr>
            <w:tcW w:w="10368" w:type="dxa"/>
            <w:shd w:val="clear" w:color="auto" w:fill="17365D"/>
            <w:tcMar>
              <w:top w:w="180" w:type="dxa"/>
              <w:left w:w="160" w:type="dxa"/>
              <w:bottom w:w="180" w:type="dxa"/>
              <w:right w:w="160" w:type="dxa"/>
            </w:tcMar>
            <w:vAlign w:val="center"/>
          </w:tcPr>
          <w:p w14:paraId="6CEC12BE" w14:textId="6BE03F95" w:rsidR="0056125B" w:rsidRDefault="00AA05D2">
            <w:pPr>
              <w:keepLines/>
              <w:jc w:val="center"/>
            </w:pPr>
            <w:bookmarkStart w:id="0" w:name="_Hlk236407625"/>
            <w:r>
              <w:rPr>
                <w:b/>
                <w:color w:val="FFFFFF"/>
                <w:sz w:val="30"/>
              </w:rPr>
              <w:t>VILLAGE OF ALEXANDRIA BAY</w:t>
            </w:r>
            <w:r w:rsidR="00573F24">
              <w:rPr>
                <w:b/>
                <w:color w:val="FFFFFF"/>
                <w:sz w:val="30"/>
              </w:rPr>
              <w:t>, NEW YORK</w:t>
            </w:r>
            <w:r>
              <w:rPr>
                <w:b/>
                <w:color w:val="9DC3E6"/>
                <w:sz w:val="26"/>
              </w:rPr>
              <w:br/>
              <w:t>NEW YORK FORWARD</w:t>
            </w:r>
          </w:p>
        </w:tc>
      </w:tr>
      <w:bookmarkEnd w:id="0"/>
    </w:tbl>
    <w:p w14:paraId="5A62409D" w14:textId="77777777" w:rsidR="0056125B" w:rsidRDefault="0056125B">
      <w:pPr>
        <w:spacing w:after="40"/>
      </w:pPr>
    </w:p>
    <w:p w14:paraId="0452E298" w14:textId="77777777" w:rsidR="0054428D" w:rsidRDefault="0054428D">
      <w:pPr>
        <w:spacing w:before="240" w:after="60"/>
        <w:jc w:val="center"/>
        <w:rPr>
          <w:rFonts w:ascii="Aptos Display" w:eastAsia="Aptos Display" w:hAnsi="Aptos Display"/>
          <w:b/>
          <w:color w:val="17365D"/>
          <w:sz w:val="46"/>
        </w:rPr>
      </w:pPr>
      <w:r>
        <w:rPr>
          <w:rFonts w:ascii="Aptos Display" w:eastAsia="Aptos Display" w:hAnsi="Aptos Display"/>
          <w:b/>
          <w:color w:val="17365D"/>
          <w:sz w:val="46"/>
        </w:rPr>
        <w:t>VILLAGE OF ALEXANDRIA BAY</w:t>
      </w:r>
    </w:p>
    <w:p w14:paraId="0655B017" w14:textId="17670DC7" w:rsidR="0056125B" w:rsidRDefault="00AA05D2">
      <w:pPr>
        <w:spacing w:before="240" w:after="60"/>
        <w:jc w:val="center"/>
      </w:pPr>
      <w:r>
        <w:rPr>
          <w:rFonts w:ascii="Aptos Display" w:eastAsia="Aptos Display" w:hAnsi="Aptos Display"/>
          <w:b/>
          <w:color w:val="17365D"/>
          <w:sz w:val="46"/>
        </w:rPr>
        <w:t>SMALL PROJECT FUND</w:t>
      </w:r>
      <w:r w:rsidR="0054428D">
        <w:rPr>
          <w:rFonts w:ascii="Aptos Display" w:eastAsia="Aptos Display" w:hAnsi="Aptos Display"/>
          <w:b/>
          <w:color w:val="17365D"/>
          <w:sz w:val="46"/>
        </w:rPr>
        <w:br/>
      </w:r>
      <w:r>
        <w:rPr>
          <w:rFonts w:ascii="Aptos Display" w:eastAsia="Aptos Display" w:hAnsi="Aptos Display"/>
          <w:b/>
          <w:color w:val="17365D"/>
          <w:sz w:val="46"/>
        </w:rPr>
        <w:t xml:space="preserve"> </w:t>
      </w:r>
    </w:p>
    <w:p w14:paraId="205108CC" w14:textId="77777777" w:rsidR="0056125B" w:rsidRDefault="00AA05D2">
      <w:pPr>
        <w:spacing w:after="200"/>
        <w:jc w:val="center"/>
      </w:pPr>
      <w:r>
        <w:rPr>
          <w:rFonts w:ascii="Aptos Display" w:eastAsia="Aptos Display" w:hAnsi="Aptos Display"/>
          <w:b/>
          <w:color w:val="2E65B0"/>
          <w:sz w:val="28"/>
        </w:rPr>
        <w:t>Small Business and Property Improvement Grant Application</w:t>
      </w:r>
    </w:p>
    <w:p w14:paraId="0D818D7B" w14:textId="23B81051" w:rsidR="0056125B" w:rsidRPr="00864C82" w:rsidRDefault="00AA05D2">
      <w:pPr>
        <w:spacing w:before="200" w:after="40"/>
        <w:jc w:val="center"/>
        <w:rPr>
          <w:sz w:val="28"/>
          <w:szCs w:val="28"/>
        </w:rPr>
      </w:pPr>
      <w:r w:rsidRPr="00864C82">
        <w:rPr>
          <w:b/>
          <w:color w:val="17365D"/>
          <w:sz w:val="28"/>
          <w:szCs w:val="28"/>
        </w:rPr>
        <w:t xml:space="preserve">APPLICATION ROUND:  </w:t>
      </w:r>
      <w:r w:rsidR="00095C16">
        <w:rPr>
          <w:b/>
          <w:color w:val="17365D"/>
          <w:sz w:val="28"/>
          <w:szCs w:val="28"/>
        </w:rPr>
        <w:t>Round 1</w:t>
      </w:r>
    </w:p>
    <w:p w14:paraId="3E1D7263" w14:textId="6DA83CE7" w:rsidR="0056125B" w:rsidRPr="00864C82" w:rsidRDefault="00AA05D2">
      <w:pPr>
        <w:spacing w:after="40"/>
        <w:jc w:val="center"/>
        <w:rPr>
          <w:sz w:val="28"/>
          <w:szCs w:val="28"/>
        </w:rPr>
      </w:pPr>
      <w:r w:rsidRPr="00864C82">
        <w:rPr>
          <w:b/>
          <w:color w:val="17365D"/>
          <w:sz w:val="28"/>
          <w:szCs w:val="28"/>
        </w:rPr>
        <w:t>APPLICATION DEADLINE</w:t>
      </w:r>
      <w:proofErr w:type="gramStart"/>
      <w:r w:rsidRPr="00864C82">
        <w:rPr>
          <w:b/>
          <w:color w:val="17365D"/>
          <w:sz w:val="28"/>
          <w:szCs w:val="28"/>
        </w:rPr>
        <w:t xml:space="preserve">:  </w:t>
      </w:r>
      <w:r w:rsidR="00095C16">
        <w:rPr>
          <w:b/>
          <w:color w:val="17365D"/>
          <w:sz w:val="28"/>
          <w:szCs w:val="28"/>
        </w:rPr>
        <w:t>4</w:t>
      </w:r>
      <w:proofErr w:type="gramEnd"/>
      <w:r w:rsidR="00095C16">
        <w:rPr>
          <w:b/>
          <w:color w:val="17365D"/>
          <w:sz w:val="28"/>
          <w:szCs w:val="28"/>
        </w:rPr>
        <w:t xml:space="preserve">:00 PM on </w:t>
      </w:r>
      <w:r w:rsidR="001022F2">
        <w:rPr>
          <w:b/>
          <w:color w:val="17365D"/>
          <w:sz w:val="28"/>
          <w:szCs w:val="28"/>
        </w:rPr>
        <w:t>October 9</w:t>
      </w:r>
      <w:r w:rsidR="00095C16">
        <w:rPr>
          <w:b/>
          <w:color w:val="17365D"/>
          <w:sz w:val="28"/>
          <w:szCs w:val="28"/>
        </w:rPr>
        <w:t>, 2026</w:t>
      </w:r>
    </w:p>
    <w:p w14:paraId="0ABA1D7B" w14:textId="77777777" w:rsidR="0056125B" w:rsidRPr="00864C82" w:rsidRDefault="00AA05D2">
      <w:pPr>
        <w:spacing w:after="200"/>
        <w:jc w:val="center"/>
        <w:rPr>
          <w:b/>
          <w:bCs/>
          <w:sz w:val="22"/>
        </w:rPr>
      </w:pPr>
      <w:r w:rsidRPr="00864C82">
        <w:rPr>
          <w:b/>
          <w:bCs/>
          <w:i/>
          <w:color w:val="595959"/>
          <w:sz w:val="22"/>
        </w:rPr>
        <w:t>Applications received after the published deadline will not be reviewed unless the Village formally extends the application period.</w:t>
      </w:r>
    </w:p>
    <w:tbl>
      <w:tblPr>
        <w:tblW w:w="0" w:type="auto"/>
        <w:tblLook w:val="04A0" w:firstRow="1" w:lastRow="0" w:firstColumn="1" w:lastColumn="0" w:noHBand="0" w:noVBand="1"/>
      </w:tblPr>
      <w:tblGrid>
        <w:gridCol w:w="10348"/>
      </w:tblGrid>
      <w:tr w:rsidR="0056125B" w14:paraId="092C2A43" w14:textId="77777777" w:rsidTr="00C32A8D">
        <w:trPr>
          <w:cantSplit/>
          <w:trHeight w:val="1057"/>
        </w:trPr>
        <w:tc>
          <w:tcPr>
            <w:tcW w:w="10368" w:type="dxa"/>
            <w:tcBorders>
              <w:top w:val="single" w:sz="8" w:space="0" w:color="7F8C8D"/>
              <w:left w:val="single" w:sz="8" w:space="0" w:color="7F8C8D"/>
              <w:bottom w:val="single" w:sz="8" w:space="0" w:color="7F8C8D"/>
              <w:right w:val="single" w:sz="8" w:space="0" w:color="7F8C8D"/>
            </w:tcBorders>
            <w:shd w:val="clear" w:color="auto" w:fill="F7F9FC"/>
            <w:tcMar>
              <w:top w:w="120" w:type="dxa"/>
              <w:left w:w="140" w:type="dxa"/>
              <w:bottom w:w="120" w:type="dxa"/>
              <w:right w:w="140" w:type="dxa"/>
            </w:tcMar>
            <w:vAlign w:val="center"/>
          </w:tcPr>
          <w:p w14:paraId="21099F2C" w14:textId="72A5CDC1" w:rsidR="0056125B" w:rsidRPr="003050AC" w:rsidRDefault="00AA05D2" w:rsidP="00C32A8D">
            <w:pPr>
              <w:keepLines/>
              <w:spacing w:after="0"/>
              <w:ind w:firstLine="3540"/>
              <w:rPr>
                <w:sz w:val="24"/>
                <w:szCs w:val="24"/>
              </w:rPr>
            </w:pPr>
            <w:r w:rsidRPr="003050AC">
              <w:rPr>
                <w:b/>
                <w:color w:val="17365D"/>
                <w:sz w:val="24"/>
                <w:szCs w:val="24"/>
              </w:rPr>
              <w:t>SUBMISSION INFORMATION</w:t>
            </w:r>
            <w:r w:rsidRPr="003050AC">
              <w:rPr>
                <w:b/>
                <w:color w:val="17365D"/>
                <w:sz w:val="24"/>
                <w:szCs w:val="24"/>
              </w:rPr>
              <w:br/>
            </w:r>
            <w:r w:rsidRPr="003050AC">
              <w:rPr>
                <w:color w:val="000000"/>
                <w:sz w:val="24"/>
                <w:szCs w:val="24"/>
              </w:rPr>
              <w:t>Submit the completed and signed application with all required attachments to the Village</w:t>
            </w:r>
            <w:r w:rsidR="00D27A83">
              <w:rPr>
                <w:color w:val="000000"/>
                <w:sz w:val="24"/>
                <w:szCs w:val="24"/>
              </w:rPr>
              <w:t xml:space="preserve"> Clerk’s Office</w:t>
            </w:r>
            <w:r w:rsidRPr="003050AC">
              <w:rPr>
                <w:color w:val="000000"/>
                <w:sz w:val="24"/>
                <w:szCs w:val="24"/>
              </w:rPr>
              <w:t>. Physical delivery address: Village of Alexandria Bay, 110 Walton Street, Alexandria Bay, New York 13607. Program e-mail and any required number of copies will be inserted in the final Notice of Funding Availability. Questions may be directed to the Village Office at (315) 482-9902.</w:t>
            </w:r>
          </w:p>
        </w:tc>
      </w:tr>
    </w:tbl>
    <w:p w14:paraId="0BF5B502" w14:textId="17F95F4A" w:rsidR="0056125B" w:rsidRDefault="0056125B">
      <w:pPr>
        <w:spacing w:after="0"/>
      </w:pPr>
    </w:p>
    <w:p w14:paraId="54C94DB2" w14:textId="518D0A58" w:rsidR="00FC5756" w:rsidRPr="00FC5756" w:rsidRDefault="00FC5756" w:rsidP="00FC5756">
      <w:pPr>
        <w:spacing w:after="0"/>
        <w:ind w:firstLine="990"/>
        <w:rPr>
          <w:b/>
          <w:bCs/>
          <w:color w:val="1F497D" w:themeColor="text2"/>
          <w:sz w:val="24"/>
          <w:szCs w:val="24"/>
        </w:rPr>
      </w:pPr>
      <w:r w:rsidRPr="00FC5756">
        <w:rPr>
          <w:b/>
          <w:bCs/>
          <w:color w:val="1F497D" w:themeColor="text2"/>
          <w:sz w:val="24"/>
          <w:szCs w:val="24"/>
        </w:rPr>
        <w:t>NY FORWARD BOUNDARY FOR APPLICATIONS – VILLAGE OF ALEXANDRIA BAY, NY</w:t>
      </w:r>
    </w:p>
    <w:p w14:paraId="2AD2BCBE" w14:textId="719F98A4" w:rsidR="00FC5756" w:rsidRDefault="00FC5756">
      <w:pPr>
        <w:spacing w:after="0"/>
      </w:pPr>
    </w:p>
    <w:p w14:paraId="12AFC0B2" w14:textId="08516280" w:rsidR="00FC5756" w:rsidRDefault="00FC5756" w:rsidP="00FC5756">
      <w:pPr>
        <w:spacing w:after="0"/>
        <w:ind w:right="-522"/>
        <w:jc w:val="center"/>
      </w:pPr>
      <w:r>
        <w:rPr>
          <w:noProof/>
        </w:rPr>
        <w:drawing>
          <wp:inline distT="0" distB="0" distL="0" distR="0" wp14:anchorId="5D7047A4" wp14:editId="4B23DDC9">
            <wp:extent cx="6096000" cy="3402258"/>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exandria_bay_nyf_boundary_map_clean.png"/>
                    <pic:cNvPicPr/>
                  </pic:nvPicPr>
                  <pic:blipFill>
                    <a:blip r:embed="rId8"/>
                    <a:stretch>
                      <a:fillRect/>
                    </a:stretch>
                  </pic:blipFill>
                  <pic:spPr>
                    <a:xfrm>
                      <a:off x="0" y="0"/>
                      <a:ext cx="6133282" cy="3423065"/>
                    </a:xfrm>
                    <a:prstGeom prst="rect">
                      <a:avLst/>
                    </a:prstGeom>
                  </pic:spPr>
                </pic:pic>
              </a:graphicData>
            </a:graphic>
          </wp:inline>
        </w:drawing>
      </w:r>
    </w:p>
    <w:p w14:paraId="471B8230" w14:textId="77777777" w:rsidR="00FC5756" w:rsidRPr="00FC5756" w:rsidRDefault="00FC5756" w:rsidP="00FC5756">
      <w:pPr>
        <w:spacing w:after="0"/>
        <w:ind w:left="630" w:right="648"/>
        <w:jc w:val="center"/>
      </w:pPr>
      <w:r w:rsidRPr="00FC5756">
        <w:rPr>
          <w:i/>
        </w:rPr>
        <w:t>Project sites must be located inside the red Alexandria Bay NY Forward boundary. Map is for program screening; the Village will make the final boundary determination.</w:t>
      </w:r>
    </w:p>
    <w:p w14:paraId="353C717D" w14:textId="77777777" w:rsidR="00FC5756" w:rsidRDefault="00FC5756">
      <w:pPr>
        <w:spacing w:after="0"/>
      </w:pPr>
    </w:p>
    <w:p w14:paraId="1F07B1D6" w14:textId="77777777" w:rsidR="0056125B" w:rsidRDefault="0056125B">
      <w:pPr>
        <w:pageBreakBefore/>
        <w:spacing w:after="0" w:line="20" w:lineRule="exact"/>
      </w:pPr>
    </w:p>
    <w:tbl>
      <w:tblPr>
        <w:tblW w:w="0" w:type="auto"/>
        <w:jc w:val="center"/>
        <w:tblLayout w:type="fixed"/>
        <w:tblLook w:val="04A0" w:firstRow="1" w:lastRow="0" w:firstColumn="1" w:lastColumn="0" w:noHBand="0" w:noVBand="1"/>
      </w:tblPr>
      <w:tblGrid>
        <w:gridCol w:w="792"/>
        <w:gridCol w:w="9432"/>
        <w:gridCol w:w="144"/>
      </w:tblGrid>
      <w:tr w:rsidR="0056125B" w14:paraId="2F4A48DF" w14:textId="77777777">
        <w:trPr>
          <w:gridAfter w:val="1"/>
          <w:wAfter w:w="104" w:type="dxa"/>
          <w:cantSplit/>
          <w:jc w:val="center"/>
        </w:trPr>
        <w:tc>
          <w:tcPr>
            <w:tcW w:w="792" w:type="dxa"/>
            <w:shd w:val="clear" w:color="auto" w:fill="17365D"/>
            <w:tcMar>
              <w:top w:w="90" w:type="dxa"/>
              <w:left w:w="100" w:type="dxa"/>
              <w:bottom w:w="90" w:type="dxa"/>
              <w:right w:w="100" w:type="dxa"/>
            </w:tcMar>
            <w:vAlign w:val="center"/>
          </w:tcPr>
          <w:p w14:paraId="053E2AE0" w14:textId="77777777" w:rsidR="0056125B" w:rsidRDefault="00AA05D2">
            <w:pPr>
              <w:keepNext/>
              <w:keepLines/>
              <w:jc w:val="center"/>
            </w:pPr>
            <w:r>
              <w:rPr>
                <w:b/>
                <w:color w:val="FFFFFF"/>
                <w:sz w:val="28"/>
              </w:rPr>
              <w:t>A</w:t>
            </w:r>
          </w:p>
        </w:tc>
        <w:tc>
          <w:tcPr>
            <w:tcW w:w="9432" w:type="dxa"/>
            <w:shd w:val="clear" w:color="auto" w:fill="2E65B0"/>
            <w:tcMar>
              <w:top w:w="90" w:type="dxa"/>
              <w:left w:w="100" w:type="dxa"/>
              <w:bottom w:w="90" w:type="dxa"/>
              <w:right w:w="100" w:type="dxa"/>
            </w:tcMar>
            <w:vAlign w:val="center"/>
          </w:tcPr>
          <w:p w14:paraId="3CFF7578" w14:textId="77777777" w:rsidR="0056125B" w:rsidRDefault="00AA05D2">
            <w:pPr>
              <w:keepNext/>
              <w:keepLines/>
            </w:pPr>
            <w:r>
              <w:rPr>
                <w:b/>
                <w:color w:val="FFFFFF"/>
                <w:sz w:val="24"/>
              </w:rPr>
              <w:t>PROGRAM OVERVIEW AND INSTRUCTIONS</w:t>
            </w:r>
          </w:p>
        </w:tc>
      </w:tr>
      <w:tr w:rsidR="0056125B" w14:paraId="090A7ED2" w14:textId="77777777">
        <w:trPr>
          <w:cantSplit/>
          <w:jc w:val="center"/>
        </w:trPr>
        <w:tc>
          <w:tcPr>
            <w:tcW w:w="10368" w:type="dxa"/>
            <w:gridSpan w:val="3"/>
            <w:tcBorders>
              <w:top w:val="single" w:sz="8" w:space="0" w:color="2E65B0"/>
              <w:left w:val="single" w:sz="8" w:space="0" w:color="2E65B0"/>
              <w:bottom w:val="single" w:sz="8" w:space="0" w:color="2E65B0"/>
              <w:right w:val="single" w:sz="8" w:space="0" w:color="2E65B0"/>
            </w:tcBorders>
            <w:shd w:val="clear" w:color="auto" w:fill="EAF2F8"/>
            <w:tcMar>
              <w:top w:w="120" w:type="dxa"/>
              <w:left w:w="140" w:type="dxa"/>
              <w:bottom w:w="120" w:type="dxa"/>
              <w:right w:w="140" w:type="dxa"/>
            </w:tcMar>
            <w:vAlign w:val="center"/>
          </w:tcPr>
          <w:p w14:paraId="4FDA6967" w14:textId="2CC70393" w:rsidR="0056125B" w:rsidRPr="00573F24" w:rsidRDefault="00AA05D2" w:rsidP="00573F24">
            <w:pPr>
              <w:rPr>
                <w:rFonts w:ascii="Calibri" w:eastAsia="Times New Roman" w:hAnsi="Calibri"/>
                <w:sz w:val="22"/>
              </w:rPr>
            </w:pPr>
            <w:r w:rsidRPr="00402EE3">
              <w:rPr>
                <w:b/>
                <w:color w:val="17365D"/>
                <w:sz w:val="22"/>
              </w:rPr>
              <w:t>PURPOSE, AWARDED BUDGET, AND PROGRAM TARGETS</w:t>
            </w:r>
            <w:r>
              <w:rPr>
                <w:b/>
                <w:color w:val="17365D"/>
                <w:sz w:val="20"/>
              </w:rPr>
              <w:br/>
            </w:r>
            <w:r w:rsidRPr="007F11E8">
              <w:rPr>
                <w:color w:val="000000"/>
                <w:sz w:val="22"/>
              </w:rPr>
              <w:t>The Small Project Fund supports eligible downtown revitalization projects within the approved</w:t>
            </w:r>
            <w:r w:rsidR="00C75083" w:rsidRPr="007F11E8">
              <w:rPr>
                <w:color w:val="000000"/>
                <w:sz w:val="22"/>
              </w:rPr>
              <w:t xml:space="preserve"> Village of</w:t>
            </w:r>
            <w:r w:rsidRPr="007F11E8">
              <w:rPr>
                <w:color w:val="000000"/>
                <w:sz w:val="22"/>
              </w:rPr>
              <w:t xml:space="preserve"> Alexandria Bay New York Forward Study Area</w:t>
            </w:r>
            <w:r w:rsidR="00573F24" w:rsidRPr="007F11E8">
              <w:rPr>
                <w:color w:val="000000"/>
                <w:sz w:val="22"/>
              </w:rPr>
              <w:t xml:space="preserve">. </w:t>
            </w:r>
            <w:r w:rsidR="00573F24" w:rsidRPr="007F11E8">
              <w:rPr>
                <w:rFonts w:eastAsia="Times New Roman"/>
                <w:sz w:val="22"/>
              </w:rPr>
              <w:t>Projects funded through the Small Project Fund should advance</w:t>
            </w:r>
            <w:r w:rsidR="00C75083" w:rsidRPr="007F11E8">
              <w:rPr>
                <w:rFonts w:eastAsia="Times New Roman"/>
                <w:sz w:val="22"/>
              </w:rPr>
              <w:t xml:space="preserve"> the Village’s </w:t>
            </w:r>
            <w:r w:rsidR="00573F24" w:rsidRPr="007F11E8">
              <w:rPr>
                <w:rFonts w:eastAsia="Times New Roman"/>
                <w:sz w:val="22"/>
              </w:rPr>
              <w:t xml:space="preserve">NY Forward vision by strengthening local businesses, diversifying retail and service offerings, supporting employment and year-round activity, and improving downtown vitality. Priority will be given to projects that foster collaboration, enhance community-serving spaces, preserve local history and architectural character, and support the long-term stability of small, independent, and locally owned businesses. </w:t>
            </w:r>
            <w:r w:rsidRPr="007F11E8">
              <w:rPr>
                <w:color w:val="000000"/>
                <w:sz w:val="22"/>
              </w:rPr>
              <w:t xml:space="preserve">The Village will endeavor to rehabilitate four commercial or mixed-use buildings and assist two businesses. Awards remain subject to eligibility, competitive selection, </w:t>
            </w:r>
            <w:r w:rsidR="00546FD5">
              <w:rPr>
                <w:color w:val="000000"/>
                <w:sz w:val="22"/>
              </w:rPr>
              <w:t xml:space="preserve">NYS </w:t>
            </w:r>
            <w:r w:rsidRPr="007F11E8">
              <w:rPr>
                <w:color w:val="000000"/>
                <w:sz w:val="22"/>
              </w:rPr>
              <w:t>H</w:t>
            </w:r>
            <w:r w:rsidR="00546FD5">
              <w:rPr>
                <w:color w:val="000000"/>
                <w:sz w:val="22"/>
              </w:rPr>
              <w:t xml:space="preserve">ousing </w:t>
            </w:r>
            <w:r w:rsidRPr="007F11E8">
              <w:rPr>
                <w:color w:val="000000"/>
                <w:sz w:val="22"/>
              </w:rPr>
              <w:t>T</w:t>
            </w:r>
            <w:r w:rsidR="00546FD5">
              <w:rPr>
                <w:color w:val="000000"/>
                <w:sz w:val="22"/>
              </w:rPr>
              <w:t xml:space="preserve">rust </w:t>
            </w:r>
            <w:r w:rsidRPr="007F11E8">
              <w:rPr>
                <w:color w:val="000000"/>
                <w:sz w:val="22"/>
              </w:rPr>
              <w:t>F</w:t>
            </w:r>
            <w:r w:rsidR="00546FD5">
              <w:rPr>
                <w:color w:val="000000"/>
                <w:sz w:val="22"/>
              </w:rPr>
              <w:t xml:space="preserve">und </w:t>
            </w:r>
            <w:r w:rsidRPr="007F11E8">
              <w:rPr>
                <w:color w:val="000000"/>
                <w:sz w:val="22"/>
              </w:rPr>
              <w:t>C</w:t>
            </w:r>
            <w:r w:rsidR="00546FD5">
              <w:rPr>
                <w:color w:val="000000"/>
                <w:sz w:val="22"/>
              </w:rPr>
              <w:t>orporation (HTFC)</w:t>
            </w:r>
            <w:r w:rsidRPr="007F11E8">
              <w:rPr>
                <w:color w:val="000000"/>
                <w:sz w:val="22"/>
              </w:rPr>
              <w:t xml:space="preserve"> approval, and available funds.</w:t>
            </w:r>
            <w:r w:rsidR="00573F24">
              <w:rPr>
                <w:color w:val="000000"/>
                <w:sz w:val="20"/>
                <w:szCs w:val="20"/>
              </w:rPr>
              <w:t xml:space="preserve"> </w:t>
            </w:r>
          </w:p>
        </w:tc>
      </w:tr>
    </w:tbl>
    <w:p w14:paraId="72AFEF11" w14:textId="77777777" w:rsidR="0056125B" w:rsidRDefault="0056125B">
      <w:pPr>
        <w:spacing w:after="0"/>
      </w:pPr>
    </w:p>
    <w:p w14:paraId="62734287" w14:textId="77777777" w:rsidR="0056125B" w:rsidRDefault="00AA05D2">
      <w:r>
        <w:rPr>
          <w:b/>
          <w:color w:val="17365D"/>
          <w:sz w:val="23"/>
        </w:rPr>
        <w:t>Core Program Rules</w:t>
      </w:r>
    </w:p>
    <w:p w14:paraId="44BA07D9" w14:textId="6C6FF25D" w:rsidR="00546FD5" w:rsidRPr="00546FD5" w:rsidRDefault="00546FD5" w:rsidP="00546FD5">
      <w:pPr>
        <w:pStyle w:val="ListParagraph"/>
        <w:numPr>
          <w:ilvl w:val="0"/>
          <w:numId w:val="15"/>
        </w:numPr>
        <w:ind w:left="450" w:hanging="270"/>
        <w:rPr>
          <w:sz w:val="22"/>
        </w:rPr>
      </w:pPr>
      <w:r w:rsidRPr="00546FD5">
        <w:rPr>
          <w:sz w:val="22"/>
        </w:rPr>
        <w:t>Projects must be located within the Alexandria Bay NY Forward boundary.</w:t>
      </w:r>
    </w:p>
    <w:p w14:paraId="696F6151" w14:textId="05F11C0C" w:rsidR="00EE4143" w:rsidRDefault="00EE4143" w:rsidP="00B03659">
      <w:pPr>
        <w:pStyle w:val="FormCheckbox"/>
        <w:numPr>
          <w:ilvl w:val="0"/>
          <w:numId w:val="15"/>
        </w:numPr>
        <w:spacing w:after="20"/>
        <w:ind w:left="450" w:hanging="270"/>
        <w:rPr>
          <w:sz w:val="22"/>
        </w:rPr>
      </w:pPr>
      <w:r w:rsidRPr="00B87605">
        <w:rPr>
          <w:b/>
          <w:bCs/>
          <w:sz w:val="22"/>
        </w:rPr>
        <w:t>Eligib</w:t>
      </w:r>
      <w:r w:rsidR="00B87605" w:rsidRPr="00B87605">
        <w:rPr>
          <w:b/>
          <w:bCs/>
          <w:sz w:val="22"/>
        </w:rPr>
        <w:t>le Uses</w:t>
      </w:r>
      <w:r>
        <w:rPr>
          <w:sz w:val="22"/>
        </w:rPr>
        <w:t xml:space="preserve"> and Funding Criteria</w:t>
      </w:r>
      <w:r w:rsidR="00AA05D2" w:rsidRPr="007F11E8">
        <w:rPr>
          <w:sz w:val="22"/>
        </w:rPr>
        <w:t xml:space="preserve">: </w:t>
      </w:r>
    </w:p>
    <w:p w14:paraId="33CD3477" w14:textId="0E883C3C" w:rsidR="00EE4143" w:rsidRPr="00EE4143" w:rsidRDefault="00AA05D2" w:rsidP="00EE4143">
      <w:pPr>
        <w:pStyle w:val="FormCheckbox"/>
        <w:numPr>
          <w:ilvl w:val="1"/>
          <w:numId w:val="15"/>
        </w:numPr>
        <w:spacing w:after="20"/>
        <w:ind w:left="810"/>
        <w:rPr>
          <w:sz w:val="22"/>
        </w:rPr>
      </w:pPr>
      <w:r w:rsidRPr="00EE4143">
        <w:rPr>
          <w:sz w:val="22"/>
        </w:rPr>
        <w:t>Building Renovation</w:t>
      </w:r>
      <w:r w:rsidR="00EE4143" w:rsidRPr="00EE4143">
        <w:rPr>
          <w:sz w:val="22"/>
        </w:rPr>
        <w:t>s:</w:t>
      </w:r>
      <w:r w:rsidRPr="00EE4143">
        <w:rPr>
          <w:sz w:val="22"/>
        </w:rPr>
        <w:t xml:space="preserve"> </w:t>
      </w:r>
      <w:r w:rsidR="00546FD5">
        <w:rPr>
          <w:sz w:val="22"/>
        </w:rPr>
        <w:t>M</w:t>
      </w:r>
      <w:r w:rsidR="00EE4143" w:rsidRPr="00EE4143">
        <w:rPr>
          <w:sz w:val="22"/>
        </w:rPr>
        <w:t>ay be used to renovate facades, storefronts and commercial interiors, with an additional $25,000 per residential unit up to a per building maximum of $</w:t>
      </w:r>
      <w:r w:rsidR="00D27A83">
        <w:rPr>
          <w:sz w:val="22"/>
        </w:rPr>
        <w:t>150</w:t>
      </w:r>
      <w:r w:rsidR="00EE4143" w:rsidRPr="00EE4143">
        <w:rPr>
          <w:sz w:val="22"/>
        </w:rPr>
        <w:t>,000, not to exceed 75% of the total project cost. Eligible projects may apply for</w:t>
      </w:r>
      <w:r w:rsidR="006F34D2">
        <w:rPr>
          <w:sz w:val="22"/>
        </w:rPr>
        <w:t xml:space="preserve"> </w:t>
      </w:r>
      <w:r w:rsidR="00EE4143" w:rsidRPr="00EE4143">
        <w:rPr>
          <w:sz w:val="22"/>
        </w:rPr>
        <w:t>$25,000 - $150,000 in Program funds, per building, not to exceed 75% of the total eligible project cost.</w:t>
      </w:r>
    </w:p>
    <w:p w14:paraId="768B542A" w14:textId="44DC2F3B" w:rsidR="006F34D2" w:rsidRPr="006F34D2" w:rsidRDefault="00AA05D2" w:rsidP="006F34D2">
      <w:pPr>
        <w:pStyle w:val="FormCheckbox"/>
        <w:numPr>
          <w:ilvl w:val="1"/>
          <w:numId w:val="15"/>
        </w:numPr>
        <w:spacing w:after="20"/>
        <w:ind w:left="810"/>
        <w:rPr>
          <w:sz w:val="22"/>
        </w:rPr>
      </w:pPr>
      <w:r w:rsidRPr="007F11E8">
        <w:rPr>
          <w:sz w:val="22"/>
        </w:rPr>
        <w:t>Minor Projects</w:t>
      </w:r>
      <w:r w:rsidR="00EE4143">
        <w:rPr>
          <w:sz w:val="22"/>
        </w:rPr>
        <w:t>:</w:t>
      </w:r>
      <w:r w:rsidRPr="007F11E8">
        <w:rPr>
          <w:sz w:val="22"/>
        </w:rPr>
        <w:t xml:space="preserve"> </w:t>
      </w:r>
      <w:r w:rsidR="00546FD5">
        <w:rPr>
          <w:sz w:val="22"/>
        </w:rPr>
        <w:t>M</w:t>
      </w:r>
      <w:r w:rsidR="00EE4143" w:rsidRPr="00EE4143">
        <w:rPr>
          <w:sz w:val="22"/>
        </w:rPr>
        <w:t>ay include signage, awning, and painting</w:t>
      </w:r>
      <w:r w:rsidR="00EE4143">
        <w:rPr>
          <w:sz w:val="22"/>
        </w:rPr>
        <w:t xml:space="preserve">. </w:t>
      </w:r>
      <w:r w:rsidR="006F34D2">
        <w:rPr>
          <w:sz w:val="22"/>
        </w:rPr>
        <w:t xml:space="preserve">Eligible projects </w:t>
      </w:r>
      <w:r w:rsidR="006F34D2" w:rsidRPr="006F34D2">
        <w:rPr>
          <w:sz w:val="22"/>
        </w:rPr>
        <w:t xml:space="preserve">may </w:t>
      </w:r>
      <w:r w:rsidR="006F34D2">
        <w:rPr>
          <w:sz w:val="22"/>
        </w:rPr>
        <w:t>apply for</w:t>
      </w:r>
      <w:r w:rsidR="006F34D2" w:rsidRPr="006F34D2">
        <w:rPr>
          <w:sz w:val="22"/>
        </w:rPr>
        <w:t xml:space="preserve"> $10,000 - $25,000 in Program funds, per project, not</w:t>
      </w:r>
      <w:r w:rsidR="006F34D2">
        <w:rPr>
          <w:sz w:val="22"/>
        </w:rPr>
        <w:t xml:space="preserve"> to exceed 75% of the total eligible project cost. </w:t>
      </w:r>
      <w:r w:rsidR="006F34D2" w:rsidRPr="006F34D2">
        <w:rPr>
          <w:i/>
          <w:iCs/>
          <w:sz w:val="22"/>
        </w:rPr>
        <w:t>The Village is limited by the grant in committing no more than $100,000 in total Program funds to this project category</w:t>
      </w:r>
      <w:r w:rsidR="006F34D2">
        <w:rPr>
          <w:sz w:val="22"/>
        </w:rPr>
        <w:t xml:space="preserve">. </w:t>
      </w:r>
    </w:p>
    <w:p w14:paraId="7ACC2FD9" w14:textId="0DCD9D3A" w:rsidR="0056125B" w:rsidRDefault="00AA05D2" w:rsidP="006A7630">
      <w:pPr>
        <w:pStyle w:val="FormCheckbox"/>
        <w:numPr>
          <w:ilvl w:val="1"/>
          <w:numId w:val="15"/>
        </w:numPr>
        <w:spacing w:after="20"/>
        <w:ind w:left="810"/>
        <w:rPr>
          <w:sz w:val="22"/>
        </w:rPr>
      </w:pPr>
      <w:r w:rsidRPr="006F34D2">
        <w:rPr>
          <w:sz w:val="22"/>
        </w:rPr>
        <w:t>Small Business Assistance</w:t>
      </w:r>
      <w:r w:rsidR="00EE4143" w:rsidRPr="006F34D2">
        <w:rPr>
          <w:sz w:val="22"/>
        </w:rPr>
        <w:t>:</w:t>
      </w:r>
      <w:r w:rsidR="00EE4143" w:rsidRPr="00EE4143">
        <w:t xml:space="preserve"> </w:t>
      </w:r>
      <w:r w:rsidR="00546FD5">
        <w:t>M</w:t>
      </w:r>
      <w:r w:rsidR="00EE4143" w:rsidRPr="006F34D2">
        <w:rPr>
          <w:sz w:val="22"/>
        </w:rPr>
        <w:t>ay be used for permanent machinery and equipment</w:t>
      </w:r>
      <w:r w:rsidRPr="006F34D2">
        <w:rPr>
          <w:sz w:val="22"/>
        </w:rPr>
        <w:t>.</w:t>
      </w:r>
      <w:r w:rsidR="006F34D2" w:rsidRPr="006F34D2">
        <w:rPr>
          <w:sz w:val="22"/>
        </w:rPr>
        <w:t xml:space="preserve"> Eligible projects</w:t>
      </w:r>
      <w:r w:rsidR="006F34D2" w:rsidRPr="006F34D2">
        <w:rPr>
          <w:sz w:val="24"/>
          <w:szCs w:val="24"/>
        </w:rPr>
        <w:t xml:space="preserve"> </w:t>
      </w:r>
      <w:r w:rsidR="006F34D2" w:rsidRPr="006F34D2">
        <w:rPr>
          <w:sz w:val="22"/>
        </w:rPr>
        <w:t>may apply for $5,000 - $50,000 in Program funds, per project, not to exceed 75% of the total eligible project cost.</w:t>
      </w:r>
    </w:p>
    <w:p w14:paraId="19B52AED" w14:textId="77777777" w:rsidR="00B87605" w:rsidRPr="00B87605" w:rsidRDefault="00B87605" w:rsidP="00B87605">
      <w:pPr>
        <w:pStyle w:val="FormCheckbox"/>
        <w:numPr>
          <w:ilvl w:val="0"/>
          <w:numId w:val="21"/>
        </w:numPr>
        <w:spacing w:after="20"/>
        <w:ind w:left="450" w:hanging="270"/>
        <w:rPr>
          <w:b/>
          <w:bCs/>
          <w:sz w:val="22"/>
        </w:rPr>
      </w:pPr>
      <w:r w:rsidRPr="00B87605">
        <w:rPr>
          <w:b/>
          <w:bCs/>
          <w:sz w:val="22"/>
        </w:rPr>
        <w:t>Ineligible Uses</w:t>
      </w:r>
    </w:p>
    <w:p w14:paraId="563C7FB7" w14:textId="691F1B73" w:rsidR="00B87605" w:rsidRPr="00B87605" w:rsidRDefault="00B87605" w:rsidP="00B87605">
      <w:pPr>
        <w:pStyle w:val="FormCheckbox"/>
        <w:numPr>
          <w:ilvl w:val="0"/>
          <w:numId w:val="20"/>
        </w:numPr>
        <w:spacing w:after="20"/>
        <w:rPr>
          <w:sz w:val="22"/>
        </w:rPr>
      </w:pPr>
      <w:r w:rsidRPr="00B87605">
        <w:rPr>
          <w:sz w:val="22"/>
        </w:rPr>
        <w:t>Property acquisition or refinancing; rent or lease expense; working capital; inventory; or other undefined operating expenses.</w:t>
      </w:r>
    </w:p>
    <w:p w14:paraId="69FC8378" w14:textId="4BAB0722" w:rsidR="00B87605" w:rsidRPr="00B87605" w:rsidRDefault="00B87605" w:rsidP="00B87605">
      <w:pPr>
        <w:pStyle w:val="FormCheckbox"/>
        <w:numPr>
          <w:ilvl w:val="0"/>
          <w:numId w:val="20"/>
        </w:numPr>
        <w:spacing w:after="20"/>
        <w:rPr>
          <w:sz w:val="22"/>
        </w:rPr>
      </w:pPr>
      <w:r w:rsidRPr="00B87605">
        <w:rPr>
          <w:sz w:val="22"/>
        </w:rPr>
        <w:t>Furnishings, appliances, electronics, tools, disposable supplies, incidental business equipment, non-permanent fixtures, or temporary artwork.</w:t>
      </w:r>
    </w:p>
    <w:p w14:paraId="174C7354" w14:textId="5A916DEA" w:rsidR="00B87605" w:rsidRPr="00B87605" w:rsidRDefault="00B87605" w:rsidP="00B87605">
      <w:pPr>
        <w:pStyle w:val="FormCheckbox"/>
        <w:numPr>
          <w:ilvl w:val="0"/>
          <w:numId w:val="20"/>
        </w:numPr>
        <w:spacing w:after="20"/>
        <w:rPr>
          <w:sz w:val="22"/>
        </w:rPr>
      </w:pPr>
      <w:r w:rsidRPr="00B87605">
        <w:rPr>
          <w:sz w:val="22"/>
        </w:rPr>
        <w:t>Septic systems/laterals, grading, parking lots, sidewalks, garages, sheds, landscaping, fences, general maintenance, repairs, or other site work and ancillary activities.</w:t>
      </w:r>
    </w:p>
    <w:p w14:paraId="6AF12419" w14:textId="6EDDCE81" w:rsidR="00B87605" w:rsidRPr="00B87605" w:rsidRDefault="00B87605" w:rsidP="00B87605">
      <w:pPr>
        <w:pStyle w:val="FormCheckbox"/>
        <w:numPr>
          <w:ilvl w:val="0"/>
          <w:numId w:val="20"/>
        </w:numPr>
        <w:spacing w:after="20"/>
        <w:rPr>
          <w:sz w:val="22"/>
        </w:rPr>
      </w:pPr>
      <w:r w:rsidRPr="00B87605">
        <w:rPr>
          <w:sz w:val="22"/>
        </w:rPr>
        <w:t>Improvements to municipally owned and municipally operated buildings, or structures owned by religious or private membership-based organizations.</w:t>
      </w:r>
    </w:p>
    <w:p w14:paraId="4002B0F8" w14:textId="24BBCCA4" w:rsidR="00B87605" w:rsidRPr="00B87605" w:rsidRDefault="00B87605" w:rsidP="00B87605">
      <w:pPr>
        <w:pStyle w:val="FormCheckbox"/>
        <w:numPr>
          <w:ilvl w:val="0"/>
          <w:numId w:val="20"/>
        </w:numPr>
        <w:spacing w:after="20"/>
        <w:rPr>
          <w:sz w:val="22"/>
        </w:rPr>
      </w:pPr>
      <w:r w:rsidRPr="00B87605">
        <w:rPr>
          <w:sz w:val="22"/>
        </w:rPr>
        <w:t>In-kind labor or match; participant, owner, family, employee, staff, or business-associate labor; or materials-only reimbursement for owner-performed work.</w:t>
      </w:r>
    </w:p>
    <w:p w14:paraId="24157BA2" w14:textId="2F13EC16" w:rsidR="00B87605" w:rsidRDefault="00B87605" w:rsidP="00B87605">
      <w:pPr>
        <w:pStyle w:val="FormCheckbox"/>
        <w:numPr>
          <w:ilvl w:val="0"/>
          <w:numId w:val="20"/>
        </w:numPr>
        <w:spacing w:after="20"/>
        <w:rPr>
          <w:sz w:val="22"/>
        </w:rPr>
      </w:pPr>
      <w:r w:rsidRPr="00B87605">
        <w:rPr>
          <w:sz w:val="22"/>
        </w:rPr>
        <w:t xml:space="preserve">Cash payments/cash receipts; undocumented or unapproved costs; costs outside the approved scope; and costs incurred before </w:t>
      </w:r>
      <w:r>
        <w:rPr>
          <w:sz w:val="22"/>
        </w:rPr>
        <w:t>June 1, 2025</w:t>
      </w:r>
      <w:r w:rsidRPr="00B87605">
        <w:rPr>
          <w:sz w:val="22"/>
        </w:rPr>
        <w:t xml:space="preserve"> or before written authorization/Notice to Proceed.</w:t>
      </w:r>
    </w:p>
    <w:p w14:paraId="0EC94493" w14:textId="15E139CB" w:rsidR="00731888" w:rsidRPr="006F34D2" w:rsidRDefault="00731888" w:rsidP="00731888">
      <w:pPr>
        <w:pStyle w:val="FormCheckbox"/>
        <w:numPr>
          <w:ilvl w:val="0"/>
          <w:numId w:val="15"/>
        </w:numPr>
        <w:spacing w:after="20"/>
        <w:ind w:left="450" w:hanging="270"/>
        <w:rPr>
          <w:sz w:val="22"/>
        </w:rPr>
      </w:pPr>
      <w:r>
        <w:rPr>
          <w:sz w:val="22"/>
        </w:rPr>
        <w:t>The Village has entered into an agreement with the Development Authority of the North Country to assist in administering the Small Project Fund. For purposes of this program, the Authority is the Program</w:t>
      </w:r>
      <w:r w:rsidR="00546FD5">
        <w:rPr>
          <w:sz w:val="22"/>
        </w:rPr>
        <w:t xml:space="preserve"> </w:t>
      </w:r>
      <w:r>
        <w:rPr>
          <w:sz w:val="22"/>
        </w:rPr>
        <w:t>Administrator. The Village make</w:t>
      </w:r>
      <w:r w:rsidR="00546FD5">
        <w:rPr>
          <w:sz w:val="22"/>
        </w:rPr>
        <w:t>s</w:t>
      </w:r>
      <w:r>
        <w:rPr>
          <w:sz w:val="22"/>
        </w:rPr>
        <w:t xml:space="preserve"> all funding decisions.</w:t>
      </w:r>
    </w:p>
    <w:p w14:paraId="06548CE0" w14:textId="0D842F12" w:rsidR="0056125B" w:rsidRDefault="00AA05D2" w:rsidP="00B03659">
      <w:pPr>
        <w:pStyle w:val="FormCheckbox"/>
        <w:numPr>
          <w:ilvl w:val="0"/>
          <w:numId w:val="15"/>
        </w:numPr>
        <w:spacing w:after="20"/>
        <w:ind w:left="450" w:hanging="270"/>
        <w:rPr>
          <w:sz w:val="22"/>
        </w:rPr>
      </w:pPr>
      <w:r w:rsidRPr="007F11E8">
        <w:rPr>
          <w:sz w:val="22"/>
        </w:rPr>
        <w:t>Applicant cash match must equal at least 25% of total eligible project cost and must be provided on a project-by-project/building-by-building basis.</w:t>
      </w:r>
      <w:r w:rsidR="006F34D2">
        <w:rPr>
          <w:sz w:val="22"/>
        </w:rPr>
        <w:t xml:space="preserve"> </w:t>
      </w:r>
      <w:r w:rsidR="006F34D2" w:rsidRPr="00731888">
        <w:rPr>
          <w:sz w:val="22"/>
          <w:u w:val="single"/>
        </w:rPr>
        <w:t>In-kind match is not eligible</w:t>
      </w:r>
      <w:r w:rsidR="006F34D2">
        <w:rPr>
          <w:sz w:val="22"/>
        </w:rPr>
        <w:t xml:space="preserve">. </w:t>
      </w:r>
    </w:p>
    <w:p w14:paraId="74AD165C" w14:textId="2919CC95" w:rsidR="0056125B" w:rsidRPr="007F11E8" w:rsidRDefault="00AA05D2" w:rsidP="00B03659">
      <w:pPr>
        <w:pStyle w:val="FormCheckbox"/>
        <w:numPr>
          <w:ilvl w:val="0"/>
          <w:numId w:val="15"/>
        </w:numPr>
        <w:spacing w:after="20"/>
        <w:ind w:left="450" w:hanging="270"/>
        <w:rPr>
          <w:sz w:val="22"/>
        </w:rPr>
      </w:pPr>
      <w:r w:rsidRPr="007F11E8">
        <w:rPr>
          <w:sz w:val="22"/>
        </w:rPr>
        <w:lastRenderedPageBreak/>
        <w:t>This is a fully reimbursement-based grant. The applicant must document financing for 100% of the project, pay all costs first, and receive reimbursement only after satisfactory project completion and required review.</w:t>
      </w:r>
    </w:p>
    <w:p w14:paraId="5C034EA8" w14:textId="77777777" w:rsidR="00546FD5" w:rsidRPr="007F11E8" w:rsidRDefault="00546FD5" w:rsidP="00546FD5">
      <w:pPr>
        <w:pStyle w:val="FormCheckbox"/>
        <w:numPr>
          <w:ilvl w:val="0"/>
          <w:numId w:val="15"/>
        </w:numPr>
        <w:spacing w:after="20"/>
        <w:ind w:left="450" w:hanging="270"/>
        <w:rPr>
          <w:sz w:val="22"/>
        </w:rPr>
      </w:pPr>
      <w:r w:rsidRPr="007F11E8">
        <w:rPr>
          <w:sz w:val="22"/>
        </w:rPr>
        <w:t>Local selection is conditional. Projects approved locally must be submitted to and approved by HTFC before formal funding approval is issued to the applicant.</w:t>
      </w:r>
    </w:p>
    <w:p w14:paraId="2F3FAEF9" w14:textId="668CFA54" w:rsidR="0056125B" w:rsidRPr="007F11E8" w:rsidRDefault="00AA05D2" w:rsidP="00B03659">
      <w:pPr>
        <w:pStyle w:val="FormCheckbox"/>
        <w:numPr>
          <w:ilvl w:val="0"/>
          <w:numId w:val="15"/>
        </w:numPr>
        <w:spacing w:after="20"/>
        <w:ind w:left="450" w:hanging="270"/>
        <w:rPr>
          <w:sz w:val="22"/>
        </w:rPr>
      </w:pPr>
      <w:r w:rsidRPr="007F11E8">
        <w:rPr>
          <w:sz w:val="22"/>
        </w:rPr>
        <w:t xml:space="preserve">No construction, installation, ordering, contracting, or other project activity may begin until environmental and HTFC approvals are complete and the </w:t>
      </w:r>
      <w:r w:rsidR="00546FD5">
        <w:rPr>
          <w:sz w:val="22"/>
        </w:rPr>
        <w:t>Village</w:t>
      </w:r>
      <w:r w:rsidRPr="007F11E8">
        <w:rPr>
          <w:sz w:val="22"/>
        </w:rPr>
        <w:t xml:space="preserve"> issues written authorization/Notice to Proceed.</w:t>
      </w:r>
    </w:p>
    <w:p w14:paraId="3EBAE2CC" w14:textId="7ACCE34C" w:rsidR="0056125B" w:rsidRPr="007F11E8" w:rsidRDefault="00546FD5" w:rsidP="00B03659">
      <w:pPr>
        <w:pStyle w:val="FormCheckbox"/>
        <w:numPr>
          <w:ilvl w:val="0"/>
          <w:numId w:val="15"/>
        </w:numPr>
        <w:spacing w:after="20"/>
        <w:ind w:left="450" w:hanging="270"/>
        <w:rPr>
          <w:sz w:val="22"/>
        </w:rPr>
      </w:pPr>
      <w:r>
        <w:rPr>
          <w:sz w:val="22"/>
        </w:rPr>
        <w:t xml:space="preserve">Program Administrator will work with Awardee to procure materials and services related to the grant. </w:t>
      </w:r>
      <w:r w:rsidR="00AA05D2" w:rsidRPr="007F11E8">
        <w:rPr>
          <w:sz w:val="22"/>
        </w:rPr>
        <w:t>A minimum of two bids or proposals is required for all reimbursable project costs. Bids must be based on the same approved scope, submitted directly to the Program Administrator, and reviewed under the Program procurement process.</w:t>
      </w:r>
      <w:r>
        <w:rPr>
          <w:sz w:val="22"/>
        </w:rPr>
        <w:t xml:space="preserve"> </w:t>
      </w:r>
    </w:p>
    <w:p w14:paraId="4296F6A6" w14:textId="70A07C74" w:rsidR="0056125B" w:rsidRPr="007F11E8" w:rsidRDefault="00AA05D2" w:rsidP="00B03659">
      <w:pPr>
        <w:pStyle w:val="FormCheckbox"/>
        <w:numPr>
          <w:ilvl w:val="0"/>
          <w:numId w:val="15"/>
        </w:numPr>
        <w:spacing w:after="20"/>
        <w:ind w:left="450" w:hanging="270"/>
        <w:rPr>
          <w:sz w:val="22"/>
        </w:rPr>
      </w:pPr>
      <w:r w:rsidRPr="007F11E8">
        <w:rPr>
          <w:sz w:val="22"/>
        </w:rPr>
        <w:t xml:space="preserve">All </w:t>
      </w:r>
      <w:r w:rsidR="00546FD5">
        <w:rPr>
          <w:sz w:val="22"/>
        </w:rPr>
        <w:t>grant awards</w:t>
      </w:r>
      <w:r w:rsidRPr="007F11E8">
        <w:rPr>
          <w:sz w:val="22"/>
        </w:rPr>
        <w:t xml:space="preserve"> carr</w:t>
      </w:r>
      <w:r w:rsidR="00546FD5">
        <w:rPr>
          <w:sz w:val="22"/>
        </w:rPr>
        <w:t xml:space="preserve">y </w:t>
      </w:r>
      <w:r w:rsidRPr="007F11E8">
        <w:rPr>
          <w:sz w:val="22"/>
        </w:rPr>
        <w:t>a five-year compliance period. Real-property projects require a recorded Declaration and prorated repayment if the property is sold during the compliance period; funded equipment is subject to inventory, control, maintenance, and recapture requirements.</w:t>
      </w:r>
      <w:r w:rsidR="00B87605">
        <w:rPr>
          <w:sz w:val="22"/>
        </w:rPr>
        <w:br/>
      </w:r>
    </w:p>
    <w:tbl>
      <w:tblPr>
        <w:tblW w:w="0" w:type="auto"/>
        <w:jc w:val="center"/>
        <w:tblLook w:val="04A0" w:firstRow="1" w:lastRow="0" w:firstColumn="1" w:lastColumn="0" w:noHBand="0" w:noVBand="1"/>
      </w:tblPr>
      <w:tblGrid>
        <w:gridCol w:w="10348"/>
      </w:tblGrid>
      <w:tr w:rsidR="0056125B" w14:paraId="57CA3223" w14:textId="77777777">
        <w:trPr>
          <w:cantSplit/>
          <w:jc w:val="center"/>
        </w:trPr>
        <w:tc>
          <w:tcPr>
            <w:tcW w:w="10368" w:type="dxa"/>
            <w:tcBorders>
              <w:top w:val="single" w:sz="8" w:space="0" w:color="70AD47"/>
              <w:left w:val="single" w:sz="8" w:space="0" w:color="70AD47"/>
              <w:bottom w:val="single" w:sz="8" w:space="0" w:color="70AD47"/>
              <w:right w:val="single" w:sz="8" w:space="0" w:color="70AD47"/>
            </w:tcBorders>
            <w:shd w:val="clear" w:color="auto" w:fill="E2F0D9"/>
            <w:tcMar>
              <w:top w:w="120" w:type="dxa"/>
              <w:left w:w="140" w:type="dxa"/>
              <w:bottom w:w="120" w:type="dxa"/>
              <w:right w:w="140" w:type="dxa"/>
            </w:tcMar>
            <w:vAlign w:val="center"/>
          </w:tcPr>
          <w:p w14:paraId="348119DE" w14:textId="2B5C22EB" w:rsidR="0056125B" w:rsidRDefault="00AA05D2">
            <w:pPr>
              <w:keepLines/>
              <w:spacing w:after="0"/>
            </w:pPr>
            <w:r w:rsidRPr="0060043C">
              <w:rPr>
                <w:b/>
                <w:color w:val="17365D"/>
                <w:sz w:val="22"/>
              </w:rPr>
              <w:t>CATEGORY AND MATCH EXAMPLES</w:t>
            </w:r>
            <w:r>
              <w:rPr>
                <w:b/>
                <w:color w:val="17365D"/>
                <w:sz w:val="20"/>
              </w:rPr>
              <w:br/>
            </w:r>
            <w:r w:rsidRPr="00A6089D">
              <w:rPr>
                <w:color w:val="000000"/>
                <w:sz w:val="22"/>
              </w:rPr>
              <w:t>Small Business Assistance: $20,000 eligible project = up to $15,000 grant + at least $5,000 applicant match.</w:t>
            </w:r>
            <w:r w:rsidRPr="00A6089D">
              <w:rPr>
                <w:color w:val="000000"/>
                <w:sz w:val="22"/>
              </w:rPr>
              <w:br/>
              <w:t>Minor Project: $40,000 eligible project = up to $25,000 grant + at least $15,000 applicant match.</w:t>
            </w:r>
            <w:r w:rsidRPr="00A6089D">
              <w:rPr>
                <w:color w:val="000000"/>
                <w:sz w:val="22"/>
              </w:rPr>
              <w:br/>
              <w:t>Building Renovation: $100,000 eligible project = up to $75,000 grant + at least $25,000 applicant match.</w:t>
            </w:r>
            <w:r w:rsidRPr="00A6089D">
              <w:rPr>
                <w:color w:val="000000"/>
                <w:sz w:val="22"/>
              </w:rPr>
              <w:br/>
            </w:r>
            <w:r w:rsidRPr="00D27A83">
              <w:rPr>
                <w:i/>
                <w:iCs/>
                <w:color w:val="000000"/>
                <w:sz w:val="22"/>
              </w:rPr>
              <w:t>The grant is the lesser of the applicable category maximum</w:t>
            </w:r>
            <w:r w:rsidR="00EB773C" w:rsidRPr="00D27A83">
              <w:rPr>
                <w:i/>
                <w:iCs/>
                <w:color w:val="000000"/>
                <w:sz w:val="22"/>
              </w:rPr>
              <w:t>,</w:t>
            </w:r>
            <w:r w:rsidRPr="00D27A83">
              <w:rPr>
                <w:i/>
                <w:iCs/>
                <w:color w:val="000000"/>
                <w:sz w:val="22"/>
              </w:rPr>
              <w:t xml:space="preserve"> or 75% of total eligible project cost.</w:t>
            </w:r>
            <w:r w:rsidR="00EB773C">
              <w:rPr>
                <w:color w:val="000000"/>
                <w:sz w:val="22"/>
              </w:rPr>
              <w:t xml:space="preserve"> </w:t>
            </w:r>
          </w:p>
        </w:tc>
      </w:tr>
    </w:tbl>
    <w:p w14:paraId="02F2566A" w14:textId="77777777" w:rsidR="0056125B" w:rsidRDefault="0056125B">
      <w:pPr>
        <w:spacing w:after="0"/>
      </w:pPr>
    </w:p>
    <w:p w14:paraId="25E9D0FD" w14:textId="77777777" w:rsidR="0056125B" w:rsidRDefault="00AA05D2">
      <w:r>
        <w:rPr>
          <w:b/>
          <w:color w:val="17365D"/>
          <w:sz w:val="23"/>
        </w:rPr>
        <w:t>How Applications Will Be Processed</w:t>
      </w:r>
    </w:p>
    <w:p w14:paraId="16034166" w14:textId="00F791B7" w:rsidR="0056125B" w:rsidRPr="007F11E8" w:rsidRDefault="00AA05D2">
      <w:pPr>
        <w:spacing w:after="40"/>
        <w:ind w:left="216" w:hanging="216"/>
        <w:rPr>
          <w:sz w:val="22"/>
        </w:rPr>
      </w:pPr>
      <w:r w:rsidRPr="007F11E8">
        <w:rPr>
          <w:sz w:val="22"/>
        </w:rPr>
        <w:t>1. Application</w:t>
      </w:r>
      <w:r w:rsidR="00EB773C">
        <w:rPr>
          <w:sz w:val="22"/>
        </w:rPr>
        <w:t xml:space="preserve"> must be</w:t>
      </w:r>
      <w:r w:rsidRPr="007F11E8">
        <w:rPr>
          <w:sz w:val="22"/>
        </w:rPr>
        <w:t xml:space="preserve"> submitted by deadline.</w:t>
      </w:r>
      <w:r w:rsidR="00E470A2">
        <w:rPr>
          <w:sz w:val="22"/>
        </w:rPr>
        <w:t xml:space="preserve"> Applications will be date/time stamped as received.</w:t>
      </w:r>
      <w:r w:rsidR="00EB773C">
        <w:rPr>
          <w:sz w:val="22"/>
        </w:rPr>
        <w:t xml:space="preserve"> Applications received after the deadline will not be considered.</w:t>
      </w:r>
      <w:r w:rsidR="00E470A2">
        <w:rPr>
          <w:sz w:val="22"/>
        </w:rPr>
        <w:t xml:space="preserve"> </w:t>
      </w:r>
    </w:p>
    <w:p w14:paraId="15F0951D" w14:textId="06E63818" w:rsidR="0056125B" w:rsidRPr="007F11E8" w:rsidRDefault="00AA05D2">
      <w:pPr>
        <w:spacing w:after="40"/>
        <w:ind w:left="216" w:hanging="216"/>
        <w:rPr>
          <w:sz w:val="22"/>
        </w:rPr>
      </w:pPr>
      <w:r w:rsidRPr="007F11E8">
        <w:rPr>
          <w:sz w:val="22"/>
        </w:rPr>
        <w:t xml:space="preserve">2. Program Administrator reviews completeness and basic eligibility. The applicant will be advised of the application disposition within </w:t>
      </w:r>
      <w:r w:rsidR="00EB773C">
        <w:rPr>
          <w:sz w:val="22"/>
        </w:rPr>
        <w:t>6</w:t>
      </w:r>
      <w:r w:rsidRPr="007F11E8">
        <w:rPr>
          <w:sz w:val="22"/>
        </w:rPr>
        <w:t>0 business days.</w:t>
      </w:r>
    </w:p>
    <w:p w14:paraId="49952FB5" w14:textId="68717948" w:rsidR="0056125B" w:rsidRPr="007F11E8" w:rsidRDefault="00AA05D2">
      <w:pPr>
        <w:spacing w:after="40"/>
        <w:ind w:left="216" w:hanging="216"/>
        <w:rPr>
          <w:sz w:val="22"/>
        </w:rPr>
      </w:pPr>
      <w:r w:rsidRPr="007F11E8">
        <w:rPr>
          <w:sz w:val="22"/>
        </w:rPr>
        <w:t>3. Eligible applications are evaluated</w:t>
      </w:r>
      <w:r w:rsidR="00EB773C">
        <w:rPr>
          <w:sz w:val="22"/>
        </w:rPr>
        <w:t xml:space="preserve"> in accordance</w:t>
      </w:r>
      <w:r w:rsidRPr="007F11E8">
        <w:rPr>
          <w:sz w:val="22"/>
        </w:rPr>
        <w:t xml:space="preserve"> </w:t>
      </w:r>
      <w:r w:rsidR="00EB773C">
        <w:rPr>
          <w:sz w:val="22"/>
        </w:rPr>
        <w:t>with</w:t>
      </w:r>
      <w:r w:rsidRPr="007F11E8">
        <w:rPr>
          <w:sz w:val="22"/>
        </w:rPr>
        <w:t xml:space="preserve"> the Village</w:t>
      </w:r>
      <w:r w:rsidR="00EB773C">
        <w:rPr>
          <w:sz w:val="22"/>
        </w:rPr>
        <w:t xml:space="preserve">’s </w:t>
      </w:r>
      <w:r w:rsidRPr="007F11E8">
        <w:rPr>
          <w:sz w:val="22"/>
        </w:rPr>
        <w:t>approved scoring rubric by a Project Review Committee that</w:t>
      </w:r>
      <w:r w:rsidR="00EB773C">
        <w:rPr>
          <w:sz w:val="22"/>
        </w:rPr>
        <w:t xml:space="preserve"> meets the criteria set forth by NYS HTFC.</w:t>
      </w:r>
    </w:p>
    <w:p w14:paraId="7B54191A" w14:textId="77777777" w:rsidR="0056125B" w:rsidRPr="007F11E8" w:rsidRDefault="00AA05D2">
      <w:pPr>
        <w:spacing w:after="40"/>
        <w:ind w:left="216" w:hanging="216"/>
        <w:rPr>
          <w:sz w:val="22"/>
        </w:rPr>
      </w:pPr>
      <w:r w:rsidRPr="007F11E8">
        <w:rPr>
          <w:sz w:val="22"/>
        </w:rPr>
        <w:t>4. The Village documents the eligibility and selection decision, identifies recommended projects, and submits required project information to HTFC for review and approval.</w:t>
      </w:r>
    </w:p>
    <w:p w14:paraId="6453FF4B" w14:textId="77777777" w:rsidR="0056125B" w:rsidRPr="007F11E8" w:rsidRDefault="00AA05D2">
      <w:pPr>
        <w:spacing w:after="40"/>
        <w:ind w:left="216" w:hanging="216"/>
        <w:rPr>
          <w:sz w:val="22"/>
        </w:rPr>
      </w:pPr>
      <w:r w:rsidRPr="007F11E8">
        <w:rPr>
          <w:sz w:val="22"/>
        </w:rPr>
        <w:t>5. After HTFC approval, selected applicants receive a formal award letter stating the match, approved and ineligible activities, environmental and procurement requirements, local requirements, and implementation deadlines.</w:t>
      </w:r>
    </w:p>
    <w:p w14:paraId="0575BC0A" w14:textId="364050DF" w:rsidR="0056125B" w:rsidRPr="007F11E8" w:rsidRDefault="00AA05D2">
      <w:pPr>
        <w:spacing w:after="40"/>
        <w:ind w:left="216" w:hanging="216"/>
        <w:rPr>
          <w:sz w:val="22"/>
        </w:rPr>
      </w:pPr>
      <w:r w:rsidRPr="007F11E8">
        <w:rPr>
          <w:sz w:val="22"/>
        </w:rPr>
        <w:t xml:space="preserve">6. The applicant must </w:t>
      </w:r>
      <w:r w:rsidR="00EB773C">
        <w:rPr>
          <w:sz w:val="22"/>
        </w:rPr>
        <w:t xml:space="preserve">work with the Program Administrator to </w:t>
      </w:r>
      <w:r w:rsidRPr="007F11E8">
        <w:rPr>
          <w:sz w:val="22"/>
        </w:rPr>
        <w:t>engage a contractor and begin approved activity within 30 days of formal local approval, unless an extension is approved. Reimbursement occurs only after satisfactory completion, final inspection, full payment, and submission of all required documentation.</w:t>
      </w:r>
    </w:p>
    <w:p w14:paraId="24C12532" w14:textId="77777777" w:rsidR="00EB773C" w:rsidRDefault="00EB773C">
      <w:pPr>
        <w:rPr>
          <w:b/>
          <w:color w:val="17365D"/>
          <w:sz w:val="23"/>
        </w:rPr>
      </w:pPr>
    </w:p>
    <w:p w14:paraId="65C6F182" w14:textId="480076D0" w:rsidR="00B87605" w:rsidRDefault="00B87605">
      <w:pPr>
        <w:rPr>
          <w:color w:val="595959"/>
          <w:sz w:val="20"/>
          <w:szCs w:val="20"/>
        </w:rPr>
      </w:pPr>
    </w:p>
    <w:p w14:paraId="54DAE31A" w14:textId="6C47389B" w:rsidR="00D27A83" w:rsidRDefault="00D27A83">
      <w:pPr>
        <w:rPr>
          <w:color w:val="595959"/>
          <w:sz w:val="20"/>
          <w:szCs w:val="20"/>
        </w:rPr>
      </w:pPr>
    </w:p>
    <w:p w14:paraId="03537C30" w14:textId="34CFE3E0" w:rsidR="00D27A83" w:rsidRDefault="00D27A83">
      <w:pPr>
        <w:rPr>
          <w:color w:val="595959"/>
          <w:sz w:val="20"/>
          <w:szCs w:val="20"/>
        </w:rPr>
      </w:pPr>
    </w:p>
    <w:p w14:paraId="2665E930" w14:textId="2EAF94A1" w:rsidR="00D27A83" w:rsidRDefault="00D27A83">
      <w:pPr>
        <w:rPr>
          <w:color w:val="595959"/>
          <w:sz w:val="20"/>
          <w:szCs w:val="20"/>
        </w:rPr>
      </w:pPr>
    </w:p>
    <w:p w14:paraId="20E5B530" w14:textId="77777777" w:rsidR="00D27A83" w:rsidRDefault="00D27A83">
      <w:pPr>
        <w:rPr>
          <w:color w:val="595959"/>
          <w:sz w:val="20"/>
          <w:szCs w:val="20"/>
        </w:rPr>
      </w:pPr>
    </w:p>
    <w:p w14:paraId="5AA096F1" w14:textId="5DCB7E74" w:rsidR="00B87605" w:rsidRDefault="00B87605">
      <w:pPr>
        <w:rPr>
          <w:color w:val="595959"/>
          <w:sz w:val="20"/>
          <w:szCs w:val="20"/>
        </w:rPr>
      </w:pPr>
    </w:p>
    <w:p w14:paraId="62BF1F5A" w14:textId="59229929" w:rsidR="00B87605" w:rsidRDefault="00B87605">
      <w:pPr>
        <w:rPr>
          <w:color w:val="595959"/>
          <w:sz w:val="20"/>
          <w:szCs w:val="20"/>
        </w:rPr>
      </w:pPr>
    </w:p>
    <w:p w14:paraId="1F5A8F17" w14:textId="77777777" w:rsidR="00B87605" w:rsidRPr="0060043C" w:rsidRDefault="00B87605">
      <w:pPr>
        <w:rPr>
          <w:sz w:val="20"/>
          <w:szCs w:val="20"/>
        </w:rPr>
      </w:pPr>
    </w:p>
    <w:p w14:paraId="28BD334E" w14:textId="77777777" w:rsidR="0056125B" w:rsidRDefault="0056125B">
      <w:pPr>
        <w:spacing w:after="0" w:line="20" w:lineRule="exact"/>
      </w:pPr>
    </w:p>
    <w:tbl>
      <w:tblPr>
        <w:tblW w:w="0" w:type="auto"/>
        <w:jc w:val="center"/>
        <w:tblLayout w:type="fixed"/>
        <w:tblLook w:val="04A0" w:firstRow="1" w:lastRow="0" w:firstColumn="1" w:lastColumn="0" w:noHBand="0" w:noVBand="1"/>
      </w:tblPr>
      <w:tblGrid>
        <w:gridCol w:w="792"/>
        <w:gridCol w:w="7488"/>
        <w:gridCol w:w="1944"/>
        <w:gridCol w:w="30"/>
      </w:tblGrid>
      <w:tr w:rsidR="0056125B" w14:paraId="12C6D499" w14:textId="77777777">
        <w:trPr>
          <w:gridAfter w:val="1"/>
          <w:wAfter w:w="30" w:type="dxa"/>
          <w:cantSplit/>
          <w:jc w:val="center"/>
        </w:trPr>
        <w:tc>
          <w:tcPr>
            <w:tcW w:w="792" w:type="dxa"/>
            <w:shd w:val="clear" w:color="auto" w:fill="17365D"/>
            <w:tcMar>
              <w:top w:w="90" w:type="dxa"/>
              <w:left w:w="100" w:type="dxa"/>
              <w:bottom w:w="90" w:type="dxa"/>
              <w:right w:w="100" w:type="dxa"/>
            </w:tcMar>
            <w:vAlign w:val="center"/>
          </w:tcPr>
          <w:p w14:paraId="7D65F440" w14:textId="77777777" w:rsidR="0056125B" w:rsidRDefault="00AA05D2">
            <w:pPr>
              <w:keepNext/>
              <w:keepLines/>
              <w:jc w:val="center"/>
            </w:pPr>
            <w:r>
              <w:rPr>
                <w:b/>
                <w:color w:val="FFFFFF"/>
                <w:sz w:val="28"/>
              </w:rPr>
              <w:t>B</w:t>
            </w:r>
          </w:p>
        </w:tc>
        <w:tc>
          <w:tcPr>
            <w:tcW w:w="9432" w:type="dxa"/>
            <w:gridSpan w:val="2"/>
            <w:shd w:val="clear" w:color="auto" w:fill="2E65B0"/>
            <w:tcMar>
              <w:top w:w="90" w:type="dxa"/>
              <w:left w:w="100" w:type="dxa"/>
              <w:bottom w:w="90" w:type="dxa"/>
              <w:right w:w="100" w:type="dxa"/>
            </w:tcMar>
            <w:vAlign w:val="center"/>
          </w:tcPr>
          <w:p w14:paraId="4B583A71" w14:textId="77777777" w:rsidR="0056125B" w:rsidRDefault="00AA05D2">
            <w:pPr>
              <w:keepNext/>
              <w:keepLines/>
            </w:pPr>
            <w:r>
              <w:rPr>
                <w:b/>
                <w:color w:val="FFFFFF"/>
                <w:sz w:val="24"/>
              </w:rPr>
              <w:t>APPLICANT ELIGIBILITY PRE-SCREEN</w:t>
            </w:r>
            <w:r>
              <w:rPr>
                <w:i/>
                <w:color w:val="FFFFFF"/>
                <w:sz w:val="17"/>
              </w:rPr>
              <w:br/>
              <w:t>Complete every item. A “No” response to a required eligibility statement may make the application ineligible.</w:t>
            </w:r>
          </w:p>
        </w:tc>
      </w:tr>
      <w:tr w:rsidR="0056125B" w14:paraId="13F35119" w14:textId="77777777">
        <w:trPr>
          <w:tblHeader/>
          <w:jc w:val="center"/>
        </w:trPr>
        <w:tc>
          <w:tcPr>
            <w:tcW w:w="8280" w:type="dxa"/>
            <w:gridSpan w:val="2"/>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0D6B95C" w14:textId="77777777" w:rsidR="0056125B" w:rsidRPr="007F11E8" w:rsidRDefault="00AA05D2">
            <w:pPr>
              <w:keepLines/>
              <w:jc w:val="center"/>
              <w:rPr>
                <w:sz w:val="22"/>
              </w:rPr>
            </w:pPr>
            <w:r w:rsidRPr="007F11E8">
              <w:rPr>
                <w:b/>
                <w:color w:val="FFFFFF"/>
                <w:sz w:val="22"/>
              </w:rPr>
              <w:t>Eligibility Statement</w:t>
            </w:r>
          </w:p>
        </w:tc>
        <w:tc>
          <w:tcPr>
            <w:tcW w:w="1944" w:type="dxa"/>
            <w:gridSpan w:val="2"/>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891FF12" w14:textId="77777777" w:rsidR="0056125B" w:rsidRPr="007F11E8" w:rsidRDefault="00AA05D2">
            <w:pPr>
              <w:keepLines/>
              <w:jc w:val="center"/>
              <w:rPr>
                <w:sz w:val="22"/>
              </w:rPr>
            </w:pPr>
            <w:r w:rsidRPr="007F11E8">
              <w:rPr>
                <w:b/>
                <w:color w:val="FFFFFF"/>
                <w:sz w:val="22"/>
              </w:rPr>
              <w:t>Response</w:t>
            </w:r>
          </w:p>
        </w:tc>
      </w:tr>
      <w:tr w:rsidR="0056125B" w14:paraId="0A4F55A2"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787AF3C9" w14:textId="77777777" w:rsidR="0056125B" w:rsidRPr="007F11E8" w:rsidRDefault="00AA05D2">
            <w:pPr>
              <w:keepLines/>
              <w:rPr>
                <w:sz w:val="22"/>
              </w:rPr>
            </w:pPr>
            <w:r w:rsidRPr="007F11E8">
              <w:rPr>
                <w:color w:val="000000"/>
                <w:sz w:val="22"/>
              </w:rPr>
              <w:t>1. Project is located within the approved Alexandria Bay NY Forward boundary.</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FE75FB5" w14:textId="486DF90F" w:rsidR="0056125B" w:rsidRPr="007F11E8" w:rsidRDefault="00AA05D2">
            <w:pPr>
              <w:keepLines/>
              <w:rPr>
                <w:sz w:val="22"/>
              </w:rPr>
            </w:pPr>
            <w:r w:rsidRPr="007F11E8">
              <w:rPr>
                <w:color w:val="000000"/>
                <w:sz w:val="22"/>
              </w:rPr>
              <w:t xml:space="preserve"> </w:t>
            </w:r>
            <w:sdt>
              <w:sdtPr>
                <w:rPr>
                  <w:color w:val="000000"/>
                  <w:sz w:val="22"/>
                </w:rPr>
                <w:id w:val="1010490327"/>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Pr="007F11E8">
              <w:rPr>
                <w:color w:val="000000"/>
                <w:sz w:val="22"/>
              </w:rPr>
              <w:t xml:space="preserve">Yes   </w:t>
            </w:r>
            <w:sdt>
              <w:sdtPr>
                <w:rPr>
                  <w:color w:val="000000"/>
                  <w:sz w:val="22"/>
                </w:rPr>
                <w:id w:val="1347906369"/>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Pr="007F11E8">
              <w:rPr>
                <w:color w:val="000000"/>
                <w:sz w:val="22"/>
              </w:rPr>
              <w:t xml:space="preserve"> No   </w:t>
            </w:r>
            <w:sdt>
              <w:sdtPr>
                <w:rPr>
                  <w:color w:val="000000"/>
                  <w:sz w:val="22"/>
                </w:rPr>
                <w:id w:val="194264206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Pr="007F11E8">
              <w:rPr>
                <w:color w:val="000000"/>
                <w:sz w:val="22"/>
              </w:rPr>
              <w:t xml:space="preserve"> Unsure</w:t>
            </w:r>
          </w:p>
        </w:tc>
      </w:tr>
      <w:tr w:rsidR="0056125B" w14:paraId="41568121"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094E824" w14:textId="77777777" w:rsidR="0056125B" w:rsidRPr="007F11E8" w:rsidRDefault="00AA05D2">
            <w:pPr>
              <w:keepLines/>
              <w:rPr>
                <w:sz w:val="22"/>
              </w:rPr>
            </w:pPr>
            <w:r w:rsidRPr="007F11E8">
              <w:rPr>
                <w:color w:val="000000"/>
                <w:sz w:val="22"/>
              </w:rPr>
              <w:t>2. Applicant is the property owner or has written property-owner authorization.</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B9A8114" w14:textId="776B69DA" w:rsidR="0056125B" w:rsidRPr="007F11E8" w:rsidRDefault="00AA44E4">
            <w:pPr>
              <w:keepLines/>
              <w:rPr>
                <w:sz w:val="22"/>
              </w:rPr>
            </w:pPr>
            <w:sdt>
              <w:sdtPr>
                <w:rPr>
                  <w:color w:val="000000"/>
                  <w:sz w:val="22"/>
                </w:rPr>
                <w:id w:val="-1376078986"/>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981917729"/>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1BA362C6"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EA4B6EA" w14:textId="5FB8F7C5" w:rsidR="0056125B" w:rsidRPr="007F11E8" w:rsidRDefault="00AA05D2">
            <w:pPr>
              <w:keepLines/>
              <w:rPr>
                <w:sz w:val="22"/>
              </w:rPr>
            </w:pPr>
            <w:r w:rsidRPr="007F11E8">
              <w:rPr>
                <w:color w:val="000000"/>
                <w:sz w:val="22"/>
              </w:rPr>
              <w:t>3. Applicant is an individual property owner, for-profit entity, or not-for-profit entity</w:t>
            </w:r>
            <w:r w:rsidR="00B87605">
              <w:rPr>
                <w:color w:val="000000"/>
                <w:sz w:val="22"/>
              </w:rPr>
              <w:t>, and is current on taxes, and water/sewer bills</w:t>
            </w:r>
            <w:r w:rsidRPr="007F11E8">
              <w:rPr>
                <w:color w:val="000000"/>
                <w:sz w:val="22"/>
              </w:rPr>
              <w:t>.</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00A0661" w14:textId="53A1DC5C" w:rsidR="0056125B" w:rsidRPr="007F11E8" w:rsidRDefault="00AA44E4">
            <w:pPr>
              <w:keepLines/>
              <w:rPr>
                <w:sz w:val="22"/>
              </w:rPr>
            </w:pPr>
            <w:sdt>
              <w:sdtPr>
                <w:rPr>
                  <w:color w:val="000000"/>
                  <w:sz w:val="22"/>
                </w:rPr>
                <w:id w:val="-151337691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70337370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39043C25"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6110DDC" w14:textId="77777777" w:rsidR="0056125B" w:rsidRPr="007F11E8" w:rsidRDefault="00AA05D2">
            <w:pPr>
              <w:keepLines/>
              <w:rPr>
                <w:sz w:val="22"/>
              </w:rPr>
            </w:pPr>
            <w:r w:rsidRPr="007F11E8">
              <w:rPr>
                <w:color w:val="000000"/>
                <w:sz w:val="22"/>
              </w:rPr>
              <w:t>4. Proposed work primarily benefits an eligible commercial or mixed-use property, eligible business activity, or approved public-art project.</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74DA6C9" w14:textId="37A84CFC" w:rsidR="0056125B" w:rsidRPr="007F11E8" w:rsidRDefault="00AA44E4">
            <w:pPr>
              <w:keepLines/>
              <w:rPr>
                <w:sz w:val="22"/>
              </w:rPr>
            </w:pPr>
            <w:sdt>
              <w:sdtPr>
                <w:rPr>
                  <w:color w:val="000000"/>
                  <w:sz w:val="22"/>
                </w:rPr>
                <w:id w:val="-1964494376"/>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109666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2A51B10E"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72842A16" w14:textId="77777777" w:rsidR="0056125B" w:rsidRPr="007F11E8" w:rsidRDefault="00AA05D2">
            <w:pPr>
              <w:keepLines/>
              <w:rPr>
                <w:sz w:val="22"/>
              </w:rPr>
            </w:pPr>
            <w:r w:rsidRPr="007F11E8">
              <w:rPr>
                <w:color w:val="000000"/>
                <w:sz w:val="22"/>
              </w:rPr>
              <w:t>5. Grant request complies with the selected funding category minimum/maximum and does not exceed 75% of total eligible project cost.</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34F753E" w14:textId="22E06E61" w:rsidR="0056125B" w:rsidRPr="007F11E8" w:rsidRDefault="00AA44E4">
            <w:pPr>
              <w:keepLines/>
              <w:rPr>
                <w:sz w:val="22"/>
              </w:rPr>
            </w:pPr>
            <w:sdt>
              <w:sdtPr>
                <w:rPr>
                  <w:color w:val="000000"/>
                  <w:sz w:val="22"/>
                </w:rPr>
                <w:id w:val="-176969124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1653747129"/>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1D1DFE0D"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1B021E49" w14:textId="77777777" w:rsidR="0056125B" w:rsidRPr="007F11E8" w:rsidRDefault="00AA05D2">
            <w:pPr>
              <w:keepLines/>
              <w:rPr>
                <w:sz w:val="22"/>
              </w:rPr>
            </w:pPr>
            <w:r w:rsidRPr="007F11E8">
              <w:rPr>
                <w:color w:val="000000"/>
                <w:sz w:val="22"/>
              </w:rPr>
              <w:t>6. Applicant can document at least 25% cash match and financing for 100% of the project cost before reimbursement.</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B5092D6" w14:textId="16E8D780" w:rsidR="0056125B" w:rsidRPr="007F11E8" w:rsidRDefault="00AA44E4">
            <w:pPr>
              <w:keepLines/>
              <w:rPr>
                <w:sz w:val="22"/>
              </w:rPr>
            </w:pPr>
            <w:sdt>
              <w:sdtPr>
                <w:rPr>
                  <w:color w:val="000000"/>
                  <w:sz w:val="22"/>
                </w:rPr>
                <w:id w:val="-115082850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914352004"/>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2A1DD66D"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2A7F830" w14:textId="77777777" w:rsidR="0056125B" w:rsidRPr="007F11E8" w:rsidRDefault="00AA05D2">
            <w:pPr>
              <w:keepLines/>
              <w:rPr>
                <w:sz w:val="22"/>
              </w:rPr>
            </w:pPr>
            <w:r w:rsidRPr="007F11E8">
              <w:rPr>
                <w:color w:val="000000"/>
                <w:sz w:val="22"/>
              </w:rPr>
              <w:t>7. No project activity has started and no cost has been incurred that the applicant expects the Program to reimburse or count as match.</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0E91D82" w14:textId="1CD13543" w:rsidR="0056125B" w:rsidRPr="007F11E8" w:rsidRDefault="00AA44E4">
            <w:pPr>
              <w:keepLines/>
              <w:rPr>
                <w:sz w:val="22"/>
              </w:rPr>
            </w:pPr>
            <w:sdt>
              <w:sdtPr>
                <w:rPr>
                  <w:color w:val="000000"/>
                  <w:sz w:val="22"/>
                </w:rPr>
                <w:id w:val="205395800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570011187"/>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r w:rsidR="0056125B" w14:paraId="01DAE541"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5B7D10A" w14:textId="77777777" w:rsidR="0056125B" w:rsidRPr="007F11E8" w:rsidRDefault="00AA05D2">
            <w:pPr>
              <w:keepLines/>
              <w:rPr>
                <w:sz w:val="22"/>
              </w:rPr>
            </w:pPr>
            <w:r w:rsidRPr="007F11E8">
              <w:rPr>
                <w:color w:val="000000"/>
                <w:sz w:val="22"/>
              </w:rPr>
              <w:t>8. Applicant is willing to follow environmental, historic-preservation, design, code, procurement, insurance, inspection, and recordkeeping requirements.</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DB4461" w14:textId="5EEDDAB3" w:rsidR="0056125B" w:rsidRPr="007F11E8" w:rsidRDefault="00AA44E4">
            <w:pPr>
              <w:keepLines/>
              <w:rPr>
                <w:sz w:val="22"/>
              </w:rPr>
            </w:pPr>
            <w:sdt>
              <w:sdtPr>
                <w:rPr>
                  <w:color w:val="000000"/>
                  <w:sz w:val="22"/>
                </w:rPr>
                <w:id w:val="1718702411"/>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Yes   </w:t>
            </w:r>
            <w:sdt>
              <w:sdtPr>
                <w:rPr>
                  <w:color w:val="000000"/>
                  <w:sz w:val="22"/>
                </w:rPr>
                <w:id w:val="-1343392873"/>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No</w:t>
            </w:r>
          </w:p>
        </w:tc>
      </w:tr>
      <w:tr w:rsidR="0056125B" w14:paraId="6DBC0F27"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4599A1F0" w14:textId="77777777" w:rsidR="0056125B" w:rsidRPr="007F11E8" w:rsidRDefault="00AA05D2">
            <w:pPr>
              <w:keepLines/>
              <w:rPr>
                <w:sz w:val="22"/>
              </w:rPr>
            </w:pPr>
            <w:r w:rsidRPr="007F11E8">
              <w:rPr>
                <w:color w:val="000000"/>
                <w:sz w:val="22"/>
              </w:rPr>
              <w:t>9. Applicant and proposed contractors have disclosed any actual or potential conflict of interest.</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1E65E4A" w14:textId="60FD7E6A" w:rsidR="0056125B" w:rsidRPr="007F11E8" w:rsidRDefault="00AA44E4">
            <w:pPr>
              <w:keepLines/>
              <w:rPr>
                <w:sz w:val="22"/>
              </w:rPr>
            </w:pPr>
            <w:sdt>
              <w:sdtPr>
                <w:rPr>
                  <w:color w:val="000000"/>
                  <w:sz w:val="22"/>
                </w:rPr>
                <w:id w:val="-135041001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Yes   </w:t>
            </w:r>
            <w:sdt>
              <w:sdtPr>
                <w:rPr>
                  <w:color w:val="000000"/>
                  <w:sz w:val="22"/>
                </w:rPr>
                <w:id w:val="2107151555"/>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   </w:t>
            </w:r>
            <w:sdt>
              <w:sdtPr>
                <w:rPr>
                  <w:color w:val="000000"/>
                  <w:sz w:val="22"/>
                </w:rPr>
                <w:id w:val="-2040039316"/>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Not applicable</w:t>
            </w:r>
          </w:p>
        </w:tc>
      </w:tr>
      <w:tr w:rsidR="0056125B" w14:paraId="05FC709C" w14:textId="77777777">
        <w:trPr>
          <w:cantSplit/>
          <w:jc w:val="center"/>
        </w:trPr>
        <w:tc>
          <w:tcPr>
            <w:tcW w:w="8280" w:type="dxa"/>
            <w:gridSpan w:val="2"/>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29E35F0" w14:textId="77777777" w:rsidR="0056125B" w:rsidRPr="007F11E8" w:rsidRDefault="00AA05D2">
            <w:pPr>
              <w:keepLines/>
              <w:rPr>
                <w:sz w:val="22"/>
              </w:rPr>
            </w:pPr>
            <w:r w:rsidRPr="007F11E8">
              <w:rPr>
                <w:color w:val="000000"/>
                <w:sz w:val="22"/>
              </w:rPr>
              <w:t>10. Applicant is not a Village municipal officer prohibited from participating as a grant recipient or contractor.</w:t>
            </w:r>
          </w:p>
        </w:tc>
        <w:tc>
          <w:tcPr>
            <w:tcW w:w="1944" w:type="dxa"/>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A88323E" w14:textId="6F3A1D74" w:rsidR="0056125B" w:rsidRPr="007F11E8" w:rsidRDefault="00AA44E4">
            <w:pPr>
              <w:keepLines/>
              <w:rPr>
                <w:sz w:val="22"/>
              </w:rPr>
            </w:pPr>
            <w:sdt>
              <w:sdtPr>
                <w:rPr>
                  <w:color w:val="000000"/>
                  <w:sz w:val="22"/>
                </w:rPr>
                <w:id w:val="70010359"/>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Yes   </w:t>
            </w:r>
            <w:sdt>
              <w:sdtPr>
                <w:rPr>
                  <w:color w:val="000000"/>
                  <w:sz w:val="22"/>
                </w:rPr>
                <w:id w:val="1828716923"/>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000000"/>
                    <w:sz w:val="22"/>
                  </w:rPr>
                  <w:t>☐</w:t>
                </w:r>
              </w:sdtContent>
            </w:sdt>
            <w:r w:rsidR="00AA05D2" w:rsidRPr="007F11E8">
              <w:rPr>
                <w:color w:val="000000"/>
                <w:sz w:val="22"/>
              </w:rPr>
              <w:t xml:space="preserve"> No</w:t>
            </w:r>
          </w:p>
        </w:tc>
      </w:tr>
    </w:tbl>
    <w:p w14:paraId="4078BC5B" w14:textId="77777777" w:rsidR="0056125B" w:rsidRDefault="0056125B">
      <w:pPr>
        <w:spacing w:after="0"/>
      </w:pPr>
    </w:p>
    <w:p w14:paraId="3D36C0C0" w14:textId="1AB54F48" w:rsidR="00B87605" w:rsidRPr="00B87605" w:rsidRDefault="00B87605" w:rsidP="00B87605">
      <w:pPr>
        <w:pStyle w:val="FormCheckbox"/>
        <w:spacing w:after="20"/>
        <w:rPr>
          <w:sz w:val="22"/>
          <w:u w:val="single"/>
        </w:rPr>
      </w:pPr>
      <w:r w:rsidRPr="00B87605">
        <w:rPr>
          <w:sz w:val="22"/>
          <w:u w:val="single"/>
        </w:rPr>
        <w:t xml:space="preserve">If you answered No to any of the questions above, </w:t>
      </w:r>
      <w:r>
        <w:rPr>
          <w:sz w:val="22"/>
          <w:u w:val="single"/>
        </w:rPr>
        <w:t xml:space="preserve">please </w:t>
      </w:r>
      <w:r w:rsidRPr="00B87605">
        <w:rPr>
          <w:sz w:val="22"/>
          <w:u w:val="single"/>
        </w:rPr>
        <w:t xml:space="preserve">contact Matt Siver at </w:t>
      </w:r>
      <w:hyperlink r:id="rId9" w:history="1">
        <w:r w:rsidRPr="00B87605">
          <w:rPr>
            <w:rStyle w:val="Hyperlink"/>
            <w:sz w:val="22"/>
          </w:rPr>
          <w:t>msiver@danc.org</w:t>
        </w:r>
      </w:hyperlink>
      <w:r w:rsidRPr="00B87605">
        <w:rPr>
          <w:sz w:val="22"/>
          <w:u w:val="single"/>
        </w:rPr>
        <w:t xml:space="preserve"> to discuss program eligibility.</w:t>
      </w:r>
    </w:p>
    <w:p w14:paraId="47B92535" w14:textId="7F7B6DF8" w:rsidR="00B87605" w:rsidRDefault="00B87605" w:rsidP="00B87605">
      <w:pPr>
        <w:pStyle w:val="FormCheckbox"/>
        <w:spacing w:after="20"/>
        <w:rPr>
          <w:sz w:val="22"/>
        </w:rPr>
      </w:pPr>
      <w:r>
        <w:rPr>
          <w:sz w:val="22"/>
        </w:rPr>
        <w:t xml:space="preserve"> </w:t>
      </w:r>
    </w:p>
    <w:tbl>
      <w:tblPr>
        <w:tblW w:w="0" w:type="auto"/>
        <w:jc w:val="center"/>
        <w:tblLook w:val="04A0" w:firstRow="1" w:lastRow="0" w:firstColumn="1" w:lastColumn="0" w:noHBand="0" w:noVBand="1"/>
      </w:tblPr>
      <w:tblGrid>
        <w:gridCol w:w="10348"/>
      </w:tblGrid>
      <w:tr w:rsidR="0056125B" w14:paraId="477859F1" w14:textId="77777777" w:rsidTr="00B87605">
        <w:trPr>
          <w:cantSplit/>
          <w:jc w:val="center"/>
        </w:trPr>
        <w:tc>
          <w:tcPr>
            <w:tcW w:w="10348" w:type="dxa"/>
            <w:tcBorders>
              <w:top w:val="single" w:sz="8" w:space="0" w:color="BF9000"/>
              <w:left w:val="single" w:sz="8" w:space="0" w:color="BF9000"/>
              <w:bottom w:val="single" w:sz="8" w:space="0" w:color="BF9000"/>
              <w:right w:val="single" w:sz="8" w:space="0" w:color="BF9000"/>
            </w:tcBorders>
            <w:shd w:val="clear" w:color="auto" w:fill="FFF2CC"/>
            <w:tcMar>
              <w:top w:w="120" w:type="dxa"/>
              <w:left w:w="140" w:type="dxa"/>
              <w:bottom w:w="120" w:type="dxa"/>
              <w:right w:w="140" w:type="dxa"/>
            </w:tcMar>
            <w:vAlign w:val="center"/>
          </w:tcPr>
          <w:p w14:paraId="0D5D1842" w14:textId="77777777" w:rsidR="0056125B" w:rsidRDefault="00AA05D2">
            <w:pPr>
              <w:keepLines/>
              <w:spacing w:after="0"/>
            </w:pPr>
            <w:r w:rsidRPr="0060043C">
              <w:rPr>
                <w:b/>
                <w:color w:val="17365D"/>
                <w:sz w:val="22"/>
              </w:rPr>
              <w:t>ELIGIBILITY DETERMINATION</w:t>
            </w:r>
            <w:r>
              <w:rPr>
                <w:b/>
                <w:color w:val="17365D"/>
                <w:sz w:val="20"/>
              </w:rPr>
              <w:br/>
            </w:r>
            <w:r w:rsidRPr="007F11E8">
              <w:rPr>
                <w:color w:val="000000"/>
                <w:sz w:val="22"/>
              </w:rPr>
              <w:t>The Program Administrator and HCR/HTFC make final eligibility determinations. Applicants should disclose the full project and all funding sources. Do not remove or re-label a questionable cost; identify it and request guidance.</w:t>
            </w:r>
          </w:p>
        </w:tc>
      </w:tr>
    </w:tbl>
    <w:p w14:paraId="6F1F54B4" w14:textId="1566E6C8" w:rsidR="0056125B" w:rsidRDefault="0056125B">
      <w:pPr>
        <w:spacing w:after="0"/>
      </w:pPr>
    </w:p>
    <w:p w14:paraId="27B04047" w14:textId="2F9EB16C" w:rsidR="00B87605" w:rsidRDefault="00B87605">
      <w:pPr>
        <w:spacing w:after="0"/>
      </w:pPr>
    </w:p>
    <w:p w14:paraId="7609369A" w14:textId="5A809EE4" w:rsidR="00B87605" w:rsidRDefault="00B87605">
      <w:pPr>
        <w:spacing w:after="0"/>
      </w:pPr>
    </w:p>
    <w:p w14:paraId="135C6EDE" w14:textId="5C15EC8D" w:rsidR="00B87605" w:rsidRDefault="00B87605">
      <w:pPr>
        <w:spacing w:after="0"/>
      </w:pPr>
    </w:p>
    <w:p w14:paraId="5020B603" w14:textId="11F3744C" w:rsidR="00B87605" w:rsidRDefault="00B87605">
      <w:pPr>
        <w:spacing w:after="0"/>
      </w:pPr>
    </w:p>
    <w:p w14:paraId="43C14DF8" w14:textId="69D8EC12" w:rsidR="00B87605" w:rsidRDefault="00B87605">
      <w:pPr>
        <w:spacing w:after="0"/>
      </w:pPr>
    </w:p>
    <w:p w14:paraId="41E56B98" w14:textId="195D8621" w:rsidR="00B87605" w:rsidRDefault="00B87605">
      <w:pPr>
        <w:spacing w:after="0"/>
      </w:pPr>
    </w:p>
    <w:p w14:paraId="33EF66A6" w14:textId="0241ACCD" w:rsidR="00B87605" w:rsidRDefault="00B87605">
      <w:pPr>
        <w:spacing w:after="0"/>
      </w:pPr>
    </w:p>
    <w:p w14:paraId="2C8ED452" w14:textId="7E7408D5" w:rsidR="00B87605" w:rsidRDefault="00B87605">
      <w:pPr>
        <w:spacing w:after="0"/>
      </w:pPr>
    </w:p>
    <w:p w14:paraId="4483C951" w14:textId="0ECEFEAC" w:rsidR="00B87605" w:rsidRDefault="00B87605">
      <w:pPr>
        <w:spacing w:after="0"/>
      </w:pPr>
    </w:p>
    <w:p w14:paraId="360CC295" w14:textId="2291AD84" w:rsidR="00B87605" w:rsidRDefault="00B87605">
      <w:pPr>
        <w:spacing w:after="0"/>
      </w:pPr>
    </w:p>
    <w:p w14:paraId="49BA5D32" w14:textId="0D962281" w:rsidR="00B87605" w:rsidRDefault="00B87605">
      <w:pPr>
        <w:spacing w:after="0"/>
      </w:pPr>
    </w:p>
    <w:tbl>
      <w:tblPr>
        <w:tblW w:w="0" w:type="auto"/>
        <w:jc w:val="center"/>
        <w:tblLook w:val="04A0" w:firstRow="1" w:lastRow="0" w:firstColumn="1" w:lastColumn="0" w:noHBand="0" w:noVBand="1"/>
      </w:tblPr>
      <w:tblGrid>
        <w:gridCol w:w="10368"/>
      </w:tblGrid>
      <w:tr w:rsidR="00B87605" w14:paraId="0F2E4D4D" w14:textId="77777777" w:rsidTr="000524A1">
        <w:trPr>
          <w:jc w:val="center"/>
        </w:trPr>
        <w:tc>
          <w:tcPr>
            <w:tcW w:w="10368" w:type="dxa"/>
            <w:shd w:val="clear" w:color="auto" w:fill="17365D"/>
            <w:tcMar>
              <w:top w:w="180" w:type="dxa"/>
              <w:left w:w="160" w:type="dxa"/>
              <w:bottom w:w="180" w:type="dxa"/>
              <w:right w:w="160" w:type="dxa"/>
            </w:tcMar>
            <w:vAlign w:val="center"/>
          </w:tcPr>
          <w:p w14:paraId="287442AA" w14:textId="24F6C903" w:rsidR="00B87605" w:rsidRDefault="00B87605" w:rsidP="000524A1">
            <w:pPr>
              <w:keepLines/>
              <w:jc w:val="center"/>
            </w:pPr>
            <w:r>
              <w:rPr>
                <w:b/>
                <w:color w:val="FFFFFF"/>
                <w:sz w:val="30"/>
              </w:rPr>
              <w:t>VILLAGE OF ALEXANDRIA BAY, NEW YORK</w:t>
            </w:r>
            <w:r w:rsidR="009D6378">
              <w:rPr>
                <w:b/>
                <w:color w:val="FFFFFF"/>
                <w:sz w:val="30"/>
              </w:rPr>
              <w:br/>
              <w:t>SMALL PROJECT FUND</w:t>
            </w:r>
            <w:r>
              <w:rPr>
                <w:b/>
                <w:color w:val="9DC3E6"/>
                <w:sz w:val="26"/>
              </w:rPr>
              <w:br/>
              <w:t>NEW YORK FORWARD</w:t>
            </w:r>
          </w:p>
        </w:tc>
      </w:tr>
    </w:tbl>
    <w:p w14:paraId="6DC93DD9" w14:textId="5C568EA3" w:rsidR="00D27A83" w:rsidRDefault="00D27A83">
      <w:pPr>
        <w:spacing w:after="0"/>
      </w:pPr>
    </w:p>
    <w:p w14:paraId="6AF9615A" w14:textId="77777777" w:rsidR="00D27A83" w:rsidRPr="00D27A83" w:rsidRDefault="00D27A83" w:rsidP="00D27A83">
      <w:pPr>
        <w:spacing w:after="0"/>
        <w:rPr>
          <w:sz w:val="22"/>
        </w:rPr>
      </w:pPr>
      <w:r w:rsidRPr="00D27A83">
        <w:rPr>
          <w:sz w:val="22"/>
        </w:rPr>
        <w:t>Applicant Privacy</w:t>
      </w:r>
    </w:p>
    <w:p w14:paraId="7FAAF720" w14:textId="6524F708" w:rsidR="00D27A83" w:rsidRPr="00D27A83" w:rsidRDefault="00D27A83" w:rsidP="00D27A83">
      <w:pPr>
        <w:spacing w:after="0"/>
        <w:rPr>
          <w:sz w:val="22"/>
        </w:rPr>
      </w:pPr>
      <w:r w:rsidRPr="00D27A83">
        <w:rPr>
          <w:sz w:val="22"/>
        </w:rPr>
        <w:t>Do not include Social Security numbers, full bank account numbers, or other unnecessary personal identifiers. When providing proof of financing, redact account numbers while leaving the account holder name, date, and available balance or commitment amount visible. Applications and supporting records may be subject to disclosure under applicable law.</w:t>
      </w:r>
    </w:p>
    <w:p w14:paraId="5625EA70" w14:textId="079FA02F" w:rsidR="00D27A83" w:rsidRPr="00D27A83" w:rsidRDefault="00D27A83" w:rsidP="00D27A83">
      <w:pPr>
        <w:spacing w:after="0"/>
        <w:rPr>
          <w:sz w:val="22"/>
        </w:rPr>
      </w:pPr>
    </w:p>
    <w:p w14:paraId="16696837" w14:textId="77777777" w:rsidR="00D27A83" w:rsidRPr="00D27A83" w:rsidRDefault="00D27A83" w:rsidP="00D27A83">
      <w:pPr>
        <w:spacing w:after="0"/>
        <w:rPr>
          <w:sz w:val="22"/>
        </w:rPr>
      </w:pPr>
      <w:r w:rsidRPr="00D27A83">
        <w:rPr>
          <w:sz w:val="22"/>
        </w:rPr>
        <w:t xml:space="preserve">Please contact Matt Siver at </w:t>
      </w:r>
      <w:hyperlink r:id="rId10" w:history="1">
        <w:r w:rsidRPr="00D27A83">
          <w:rPr>
            <w:rStyle w:val="Hyperlink"/>
            <w:sz w:val="22"/>
          </w:rPr>
          <w:t>msiver@danc.org</w:t>
        </w:r>
      </w:hyperlink>
      <w:r w:rsidRPr="00D27A83">
        <w:rPr>
          <w:sz w:val="22"/>
        </w:rPr>
        <w:t>, or by calling 315-661-3200, with any questions while completing the application.</w:t>
      </w:r>
    </w:p>
    <w:p w14:paraId="0DA4932D" w14:textId="77777777" w:rsidR="00B87605" w:rsidRDefault="00B87605">
      <w:pPr>
        <w:spacing w:after="0"/>
      </w:pPr>
    </w:p>
    <w:p w14:paraId="20017BA6" w14:textId="77777777" w:rsidR="0056125B" w:rsidRDefault="0056125B">
      <w:pPr>
        <w:spacing w:after="0" w:line="20" w:lineRule="exact"/>
      </w:pPr>
    </w:p>
    <w:tbl>
      <w:tblPr>
        <w:tblW w:w="5000" w:type="pct"/>
        <w:jc w:val="center"/>
        <w:tblLook w:val="04A0" w:firstRow="1" w:lastRow="0" w:firstColumn="1" w:lastColumn="0" w:noHBand="0" w:noVBand="1"/>
      </w:tblPr>
      <w:tblGrid>
        <w:gridCol w:w="2650"/>
        <w:gridCol w:w="7718"/>
      </w:tblGrid>
      <w:tr w:rsidR="0056125B" w14:paraId="5D21B430" w14:textId="77777777" w:rsidTr="002F5575">
        <w:trPr>
          <w:cantSplit/>
          <w:jc w:val="center"/>
        </w:trPr>
        <w:tc>
          <w:tcPr>
            <w:tcW w:w="1278" w:type="pct"/>
            <w:shd w:val="clear" w:color="auto" w:fill="17365D"/>
            <w:tcMar>
              <w:top w:w="90" w:type="dxa"/>
              <w:left w:w="100" w:type="dxa"/>
              <w:bottom w:w="90" w:type="dxa"/>
              <w:right w:w="100" w:type="dxa"/>
            </w:tcMar>
            <w:vAlign w:val="center"/>
          </w:tcPr>
          <w:p w14:paraId="73F14553" w14:textId="21952760" w:rsidR="0056125B" w:rsidRDefault="00AA05D2">
            <w:pPr>
              <w:keepNext/>
              <w:keepLines/>
              <w:jc w:val="center"/>
            </w:pPr>
            <w:r>
              <w:rPr>
                <w:b/>
                <w:color w:val="FFFFFF"/>
                <w:sz w:val="28"/>
              </w:rPr>
              <w:t>1</w:t>
            </w:r>
          </w:p>
        </w:tc>
        <w:tc>
          <w:tcPr>
            <w:tcW w:w="3722" w:type="pct"/>
            <w:shd w:val="clear" w:color="auto" w:fill="2E65B0"/>
            <w:tcMar>
              <w:top w:w="90" w:type="dxa"/>
              <w:left w:w="100" w:type="dxa"/>
              <w:bottom w:w="90" w:type="dxa"/>
              <w:right w:w="100" w:type="dxa"/>
            </w:tcMar>
            <w:vAlign w:val="center"/>
          </w:tcPr>
          <w:p w14:paraId="09FD7FEF" w14:textId="77777777" w:rsidR="0056125B" w:rsidRDefault="00AA05D2">
            <w:pPr>
              <w:keepNext/>
              <w:keepLines/>
            </w:pPr>
            <w:r>
              <w:rPr>
                <w:b/>
                <w:color w:val="FFFFFF"/>
                <w:sz w:val="24"/>
              </w:rPr>
              <w:t>APPLICANT AND BUSINESS INFORMATION</w:t>
            </w:r>
          </w:p>
        </w:tc>
      </w:tr>
      <w:tr w:rsidR="0056125B" w14:paraId="2A468B0E"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710A7066" w14:textId="77777777" w:rsidR="0056125B" w:rsidRPr="007F11E8" w:rsidRDefault="00AA05D2">
            <w:pPr>
              <w:keepLines/>
              <w:rPr>
                <w:sz w:val="22"/>
              </w:rPr>
            </w:pPr>
            <w:r w:rsidRPr="007F11E8">
              <w:rPr>
                <w:b/>
                <w:color w:val="17365D"/>
                <w:sz w:val="22"/>
              </w:rPr>
              <w:t>Legal applicant name</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3886E687" w14:textId="061DA6B6" w:rsidR="0056125B" w:rsidRPr="007F11E8" w:rsidRDefault="0056125B">
            <w:pPr>
              <w:keepLines/>
              <w:rPr>
                <w:sz w:val="22"/>
              </w:rPr>
            </w:pPr>
          </w:p>
        </w:tc>
      </w:tr>
      <w:tr w:rsidR="0056125B" w14:paraId="1849599D"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F5172E5" w14:textId="77777777" w:rsidR="0056125B" w:rsidRPr="007F11E8" w:rsidRDefault="00AA05D2">
            <w:pPr>
              <w:keepLines/>
              <w:rPr>
                <w:sz w:val="22"/>
              </w:rPr>
            </w:pPr>
            <w:r w:rsidRPr="007F11E8">
              <w:rPr>
                <w:b/>
                <w:color w:val="17365D"/>
                <w:sz w:val="22"/>
              </w:rPr>
              <w:t>Doing-business-as name</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2B1C117" w14:textId="3A914FD6" w:rsidR="0056125B" w:rsidRPr="007F11E8" w:rsidRDefault="0056125B">
            <w:pPr>
              <w:keepLines/>
              <w:rPr>
                <w:sz w:val="22"/>
              </w:rPr>
            </w:pPr>
          </w:p>
        </w:tc>
      </w:tr>
      <w:tr w:rsidR="0056125B" w14:paraId="08002F68"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0FF8FBC" w14:textId="77777777" w:rsidR="0056125B" w:rsidRPr="007F11E8" w:rsidRDefault="00AA05D2">
            <w:pPr>
              <w:keepLines/>
              <w:rPr>
                <w:sz w:val="22"/>
              </w:rPr>
            </w:pPr>
            <w:r w:rsidRPr="007F11E8">
              <w:rPr>
                <w:b/>
                <w:color w:val="17365D"/>
                <w:sz w:val="22"/>
              </w:rPr>
              <w:t>Entity type</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773A05DF" w14:textId="5CA1EFAF" w:rsidR="0056125B" w:rsidRPr="007F11E8" w:rsidRDefault="00AA44E4">
            <w:pPr>
              <w:keepLines/>
              <w:rPr>
                <w:sz w:val="22"/>
              </w:rPr>
            </w:pPr>
            <w:sdt>
              <w:sdtPr>
                <w:rPr>
                  <w:color w:val="595959"/>
                  <w:sz w:val="22"/>
                </w:rPr>
                <w:id w:val="-111205086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Individual   </w:t>
            </w:r>
            <w:sdt>
              <w:sdtPr>
                <w:rPr>
                  <w:color w:val="595959"/>
                  <w:sz w:val="22"/>
                </w:rPr>
                <w:id w:val="-1241094998"/>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Corporation   </w:t>
            </w:r>
            <w:sdt>
              <w:sdtPr>
                <w:rPr>
                  <w:color w:val="595959"/>
                  <w:sz w:val="22"/>
                </w:rPr>
                <w:id w:val="-387654426"/>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LLC   </w:t>
            </w:r>
            <w:sdt>
              <w:sdtPr>
                <w:rPr>
                  <w:color w:val="595959"/>
                  <w:sz w:val="22"/>
                </w:rPr>
                <w:id w:val="-64280832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Partnership   </w:t>
            </w:r>
            <w:sdt>
              <w:sdtPr>
                <w:rPr>
                  <w:color w:val="595959"/>
                  <w:sz w:val="22"/>
                </w:rPr>
                <w:id w:val="-105685213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Not-for-profit   </w:t>
            </w:r>
            <w:sdt>
              <w:sdtPr>
                <w:rPr>
                  <w:color w:val="595959"/>
                  <w:sz w:val="22"/>
                </w:rPr>
                <w:id w:val="-688994627"/>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Other: ______</w:t>
            </w:r>
          </w:p>
        </w:tc>
      </w:tr>
      <w:tr w:rsidR="0056125B" w14:paraId="2E94CE01"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A2751C5" w14:textId="77777777" w:rsidR="0056125B" w:rsidRPr="007F11E8" w:rsidRDefault="00AA05D2">
            <w:pPr>
              <w:keepLines/>
              <w:rPr>
                <w:sz w:val="22"/>
              </w:rPr>
            </w:pPr>
            <w:r w:rsidRPr="007F11E8">
              <w:rPr>
                <w:b/>
                <w:color w:val="17365D"/>
                <w:sz w:val="22"/>
              </w:rPr>
              <w:t>Primary contact and title</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178B3C2" w14:textId="73B095A9" w:rsidR="0056125B" w:rsidRPr="007F11E8" w:rsidRDefault="0056125B">
            <w:pPr>
              <w:keepLines/>
              <w:rPr>
                <w:sz w:val="22"/>
              </w:rPr>
            </w:pPr>
          </w:p>
        </w:tc>
      </w:tr>
      <w:tr w:rsidR="0056125B" w14:paraId="0A7C3F35"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1DAFBC81" w14:textId="4C8A1820" w:rsidR="0056125B" w:rsidRPr="007F11E8" w:rsidRDefault="000255CF">
            <w:pPr>
              <w:keepLines/>
              <w:rPr>
                <w:sz w:val="22"/>
              </w:rPr>
            </w:pPr>
            <w:r>
              <w:rPr>
                <w:b/>
                <w:color w:val="17365D"/>
                <w:sz w:val="22"/>
              </w:rPr>
              <w:t xml:space="preserve">Contact </w:t>
            </w:r>
            <w:r w:rsidR="00AA05D2" w:rsidRPr="007F11E8">
              <w:rPr>
                <w:b/>
                <w:color w:val="17365D"/>
                <w:sz w:val="22"/>
              </w:rPr>
              <w:t>Mailing address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79DF66EB" w14:textId="586A7B30" w:rsidR="0056125B" w:rsidRPr="007F11E8" w:rsidRDefault="0056125B">
            <w:pPr>
              <w:keepLines/>
              <w:rPr>
                <w:sz w:val="22"/>
              </w:rPr>
            </w:pPr>
          </w:p>
        </w:tc>
      </w:tr>
      <w:tr w:rsidR="0056125B" w14:paraId="2154A205"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B919537" w14:textId="77777777" w:rsidR="0056125B" w:rsidRPr="007F11E8" w:rsidRDefault="00AA05D2">
            <w:pPr>
              <w:keepLines/>
              <w:rPr>
                <w:sz w:val="22"/>
              </w:rPr>
            </w:pPr>
            <w:r w:rsidRPr="007F11E8">
              <w:rPr>
                <w:b/>
                <w:color w:val="17365D"/>
                <w:sz w:val="22"/>
              </w:rPr>
              <w:t>Telephone</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7B164B53" w14:textId="0804D7F4" w:rsidR="0056125B" w:rsidRPr="007F11E8" w:rsidRDefault="0056125B">
            <w:pPr>
              <w:keepLines/>
              <w:rPr>
                <w:sz w:val="22"/>
              </w:rPr>
            </w:pPr>
          </w:p>
        </w:tc>
      </w:tr>
      <w:tr w:rsidR="0056125B" w14:paraId="150B662E"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46D85ED3" w14:textId="77777777" w:rsidR="0056125B" w:rsidRPr="007F11E8" w:rsidRDefault="00AA05D2">
            <w:pPr>
              <w:keepLines/>
              <w:rPr>
                <w:sz w:val="22"/>
              </w:rPr>
            </w:pPr>
            <w:r w:rsidRPr="007F11E8">
              <w:rPr>
                <w:b/>
                <w:color w:val="17365D"/>
                <w:sz w:val="22"/>
              </w:rPr>
              <w:t>E-mail</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75BAA9A7" w14:textId="3CDD5441" w:rsidR="0056125B" w:rsidRPr="007F11E8" w:rsidRDefault="0056125B">
            <w:pPr>
              <w:keepLines/>
              <w:rPr>
                <w:sz w:val="22"/>
              </w:rPr>
            </w:pPr>
          </w:p>
        </w:tc>
      </w:tr>
      <w:tr w:rsidR="0056125B" w14:paraId="7C182995"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715BA596" w14:textId="77777777" w:rsidR="0056125B" w:rsidRPr="007F11E8" w:rsidRDefault="00AA05D2">
            <w:pPr>
              <w:keepLines/>
              <w:rPr>
                <w:sz w:val="22"/>
              </w:rPr>
            </w:pPr>
            <w:r w:rsidRPr="007F11E8">
              <w:rPr>
                <w:b/>
                <w:color w:val="17365D"/>
                <w:sz w:val="22"/>
              </w:rPr>
              <w:t>Website / social media</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3EC5224" w14:textId="11F60653" w:rsidR="0056125B" w:rsidRPr="007F11E8" w:rsidRDefault="0056125B">
            <w:pPr>
              <w:keepLines/>
              <w:rPr>
                <w:sz w:val="22"/>
              </w:rPr>
            </w:pPr>
          </w:p>
        </w:tc>
      </w:tr>
      <w:tr w:rsidR="0056125B" w14:paraId="054C5857"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460038A8" w14:textId="77777777" w:rsidR="0056125B" w:rsidRPr="007F11E8" w:rsidRDefault="00AA05D2">
            <w:pPr>
              <w:keepLines/>
              <w:rPr>
                <w:sz w:val="22"/>
              </w:rPr>
            </w:pPr>
            <w:r w:rsidRPr="007F11E8">
              <w:rPr>
                <w:b/>
                <w:color w:val="17365D"/>
                <w:sz w:val="22"/>
              </w:rPr>
              <w:t>NYS DOS entity ID</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118A64DE" w14:textId="265D6749" w:rsidR="0056125B" w:rsidRPr="007F11E8" w:rsidRDefault="0056125B">
            <w:pPr>
              <w:keepLines/>
              <w:rPr>
                <w:sz w:val="22"/>
              </w:rPr>
            </w:pPr>
          </w:p>
        </w:tc>
      </w:tr>
      <w:tr w:rsidR="0056125B" w14:paraId="641AC946"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CE5C437" w14:textId="77777777" w:rsidR="0056125B" w:rsidRPr="007F11E8" w:rsidRDefault="00AA05D2">
            <w:pPr>
              <w:keepLines/>
              <w:rPr>
                <w:sz w:val="22"/>
              </w:rPr>
            </w:pPr>
            <w:r w:rsidRPr="007F11E8">
              <w:rPr>
                <w:b/>
                <w:color w:val="17365D"/>
                <w:sz w:val="22"/>
              </w:rPr>
              <w:t>Federal EIN</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75A55E2D" w14:textId="685019C8" w:rsidR="0056125B" w:rsidRPr="007F11E8" w:rsidRDefault="0056125B">
            <w:pPr>
              <w:keepLines/>
              <w:rPr>
                <w:sz w:val="22"/>
              </w:rPr>
            </w:pPr>
          </w:p>
        </w:tc>
      </w:tr>
      <w:tr w:rsidR="0056125B" w14:paraId="073D3A97"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72A8760B" w14:textId="77777777" w:rsidR="0056125B" w:rsidRPr="007F11E8" w:rsidRDefault="00AA05D2">
            <w:pPr>
              <w:keepLines/>
              <w:rPr>
                <w:sz w:val="22"/>
              </w:rPr>
            </w:pPr>
            <w:r w:rsidRPr="007F11E8">
              <w:rPr>
                <w:b/>
                <w:color w:val="17365D"/>
                <w:sz w:val="22"/>
              </w:rPr>
              <w:t>Years in operation</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43C56840" w14:textId="63FA0BAF" w:rsidR="0056125B" w:rsidRPr="007F11E8" w:rsidRDefault="0056125B">
            <w:pPr>
              <w:keepLines/>
              <w:rPr>
                <w:sz w:val="22"/>
              </w:rPr>
            </w:pPr>
          </w:p>
        </w:tc>
      </w:tr>
      <w:tr w:rsidR="0056125B" w14:paraId="32E4951B"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2FD7671" w14:textId="77777777" w:rsidR="0056125B" w:rsidRPr="007F11E8" w:rsidRDefault="00AA05D2">
            <w:pPr>
              <w:keepLines/>
              <w:rPr>
                <w:sz w:val="22"/>
              </w:rPr>
            </w:pPr>
            <w:r w:rsidRPr="007F11E8">
              <w:rPr>
                <w:b/>
                <w:color w:val="17365D"/>
                <w:sz w:val="22"/>
              </w:rPr>
              <w:t>Current full-time employees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0B5A0BE" w14:textId="0A9F2659" w:rsidR="0056125B" w:rsidRPr="007F11E8" w:rsidRDefault="0056125B">
            <w:pPr>
              <w:keepLines/>
              <w:rPr>
                <w:sz w:val="22"/>
              </w:rPr>
            </w:pPr>
          </w:p>
        </w:tc>
      </w:tr>
      <w:tr w:rsidR="0056125B" w14:paraId="39C24E95"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638FEDC" w14:textId="77777777" w:rsidR="0056125B" w:rsidRPr="007F11E8" w:rsidRDefault="00AA05D2">
            <w:pPr>
              <w:keepLines/>
              <w:rPr>
                <w:sz w:val="22"/>
              </w:rPr>
            </w:pPr>
            <w:r w:rsidRPr="007F11E8">
              <w:rPr>
                <w:b/>
                <w:color w:val="17365D"/>
                <w:sz w:val="22"/>
              </w:rPr>
              <w:t>Current part-time/seasonal employees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395ED6D" w14:textId="168EDBC8" w:rsidR="0056125B" w:rsidRPr="007F11E8" w:rsidRDefault="0056125B">
            <w:pPr>
              <w:keepLines/>
              <w:rPr>
                <w:sz w:val="22"/>
              </w:rPr>
            </w:pPr>
          </w:p>
        </w:tc>
      </w:tr>
    </w:tbl>
    <w:p w14:paraId="6E4D77C1" w14:textId="77777777" w:rsidR="0056125B" w:rsidRDefault="0056125B">
      <w:pPr>
        <w:spacing w:after="0"/>
      </w:pPr>
    </w:p>
    <w:p w14:paraId="2CF807D9" w14:textId="2273D0EC" w:rsidR="0056125B" w:rsidRDefault="007F11E8" w:rsidP="009D6378">
      <w:pPr>
        <w:spacing w:after="200" w:line="276" w:lineRule="auto"/>
      </w:pPr>
      <w:r>
        <w:rPr>
          <w:b/>
          <w:color w:val="17365D"/>
          <w:sz w:val="22"/>
        </w:rPr>
        <w:br w:type="page"/>
      </w:r>
      <w:r w:rsidR="000255CF">
        <w:rPr>
          <w:b/>
          <w:color w:val="17365D"/>
          <w:sz w:val="22"/>
        </w:rPr>
        <w:lastRenderedPageBreak/>
        <w:t xml:space="preserve">1.2 </w:t>
      </w:r>
      <w:r w:rsidR="00AA05D2">
        <w:rPr>
          <w:b/>
          <w:color w:val="17365D"/>
          <w:sz w:val="22"/>
        </w:rPr>
        <w:t>Ownership / Control</w:t>
      </w:r>
    </w:p>
    <w:tbl>
      <w:tblPr>
        <w:tblW w:w="0" w:type="auto"/>
        <w:jc w:val="center"/>
        <w:tblLayout w:type="fixed"/>
        <w:tblLook w:val="04A0" w:firstRow="1" w:lastRow="0" w:firstColumn="1" w:lastColumn="0" w:noHBand="0" w:noVBand="1"/>
      </w:tblPr>
      <w:tblGrid>
        <w:gridCol w:w="2880"/>
        <w:gridCol w:w="2376"/>
        <w:gridCol w:w="1440"/>
        <w:gridCol w:w="3528"/>
      </w:tblGrid>
      <w:tr w:rsidR="0056125B" w14:paraId="44E0E9A8" w14:textId="77777777">
        <w:trPr>
          <w:tblHeader/>
          <w:jc w:val="center"/>
        </w:trPr>
        <w:tc>
          <w:tcPr>
            <w:tcW w:w="288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251D67D" w14:textId="77777777" w:rsidR="0056125B" w:rsidRPr="007F11E8" w:rsidRDefault="00AA05D2">
            <w:pPr>
              <w:keepLines/>
              <w:jc w:val="center"/>
              <w:rPr>
                <w:sz w:val="22"/>
              </w:rPr>
            </w:pPr>
            <w:r w:rsidRPr="007F11E8">
              <w:rPr>
                <w:b/>
                <w:color w:val="FFFFFF"/>
                <w:sz w:val="22"/>
              </w:rPr>
              <w:t>Owner / Principal Name</w:t>
            </w:r>
          </w:p>
        </w:tc>
        <w:tc>
          <w:tcPr>
            <w:tcW w:w="237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89E5E43" w14:textId="77777777" w:rsidR="0056125B" w:rsidRPr="007F11E8" w:rsidRDefault="00AA05D2">
            <w:pPr>
              <w:keepLines/>
              <w:jc w:val="center"/>
              <w:rPr>
                <w:sz w:val="22"/>
              </w:rPr>
            </w:pPr>
            <w:r w:rsidRPr="007F11E8">
              <w:rPr>
                <w:b/>
                <w:color w:val="FFFFFF"/>
                <w:sz w:val="22"/>
              </w:rPr>
              <w:t>Title / Role</w:t>
            </w:r>
          </w:p>
        </w:tc>
        <w:tc>
          <w:tcPr>
            <w:tcW w:w="144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E931CE9" w14:textId="77777777" w:rsidR="0056125B" w:rsidRPr="007F11E8" w:rsidRDefault="00AA05D2">
            <w:pPr>
              <w:keepLines/>
              <w:jc w:val="center"/>
              <w:rPr>
                <w:sz w:val="22"/>
              </w:rPr>
            </w:pPr>
            <w:r w:rsidRPr="007F11E8">
              <w:rPr>
                <w:b/>
                <w:color w:val="FFFFFF"/>
                <w:sz w:val="22"/>
              </w:rPr>
              <w:t>Ownership %</w:t>
            </w:r>
          </w:p>
        </w:tc>
        <w:tc>
          <w:tcPr>
            <w:tcW w:w="3528"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CC8F80C" w14:textId="77777777" w:rsidR="0056125B" w:rsidRPr="007F11E8" w:rsidRDefault="00AA05D2">
            <w:pPr>
              <w:keepLines/>
              <w:jc w:val="center"/>
              <w:rPr>
                <w:sz w:val="22"/>
              </w:rPr>
            </w:pPr>
            <w:r w:rsidRPr="007F11E8">
              <w:rPr>
                <w:b/>
                <w:color w:val="FFFFFF"/>
                <w:sz w:val="22"/>
              </w:rPr>
              <w:t>E-mail / Phone</w:t>
            </w:r>
          </w:p>
        </w:tc>
      </w:tr>
      <w:tr w:rsidR="0056125B" w14:paraId="7513EB52" w14:textId="77777777">
        <w:trPr>
          <w:cantSplit/>
          <w:jc w:val="center"/>
        </w:trPr>
        <w:tc>
          <w:tcPr>
            <w:tcW w:w="288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370B145" w14:textId="1D011D6A" w:rsidR="0056125B" w:rsidRPr="007F11E8" w:rsidRDefault="0056125B">
            <w:pPr>
              <w:keepLines/>
              <w:rPr>
                <w:sz w:val="22"/>
              </w:rPr>
            </w:pPr>
          </w:p>
        </w:tc>
        <w:tc>
          <w:tcPr>
            <w:tcW w:w="237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54D5260" w14:textId="6F1C451D" w:rsidR="0056125B" w:rsidRPr="007F11E8"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25DEA17" w14:textId="347D71DB" w:rsidR="0056125B" w:rsidRPr="007F11E8" w:rsidRDefault="0056125B">
            <w:pPr>
              <w:keepLines/>
              <w:rPr>
                <w:sz w:val="22"/>
              </w:rPr>
            </w:pPr>
          </w:p>
        </w:tc>
        <w:tc>
          <w:tcPr>
            <w:tcW w:w="352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7EA5D8D" w14:textId="0752BA9B" w:rsidR="0056125B" w:rsidRPr="007F11E8" w:rsidRDefault="0056125B">
            <w:pPr>
              <w:keepLines/>
              <w:rPr>
                <w:sz w:val="22"/>
              </w:rPr>
            </w:pPr>
          </w:p>
        </w:tc>
      </w:tr>
      <w:tr w:rsidR="0056125B" w14:paraId="52C2525D" w14:textId="77777777">
        <w:trPr>
          <w:cantSplit/>
          <w:jc w:val="center"/>
        </w:trPr>
        <w:tc>
          <w:tcPr>
            <w:tcW w:w="288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837A7CC" w14:textId="4ED22F2B" w:rsidR="0056125B" w:rsidRPr="007F11E8" w:rsidRDefault="0056125B">
            <w:pPr>
              <w:keepLines/>
              <w:rPr>
                <w:sz w:val="22"/>
              </w:rPr>
            </w:pPr>
          </w:p>
        </w:tc>
        <w:tc>
          <w:tcPr>
            <w:tcW w:w="237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A2CEC17" w14:textId="2A946265" w:rsidR="0056125B" w:rsidRPr="007F11E8"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86A03ED" w14:textId="4B85AA50" w:rsidR="0056125B" w:rsidRPr="007F11E8" w:rsidRDefault="0056125B">
            <w:pPr>
              <w:keepLines/>
              <w:rPr>
                <w:sz w:val="22"/>
              </w:rPr>
            </w:pPr>
          </w:p>
        </w:tc>
        <w:tc>
          <w:tcPr>
            <w:tcW w:w="352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6255F35" w14:textId="1FE09F79" w:rsidR="0056125B" w:rsidRPr="007F11E8" w:rsidRDefault="0056125B">
            <w:pPr>
              <w:keepLines/>
              <w:rPr>
                <w:sz w:val="22"/>
              </w:rPr>
            </w:pPr>
          </w:p>
        </w:tc>
      </w:tr>
      <w:tr w:rsidR="0056125B" w14:paraId="77ACC6E3" w14:textId="77777777">
        <w:trPr>
          <w:cantSplit/>
          <w:jc w:val="center"/>
        </w:trPr>
        <w:tc>
          <w:tcPr>
            <w:tcW w:w="288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3DE9906" w14:textId="70685F48" w:rsidR="0056125B" w:rsidRPr="007F11E8" w:rsidRDefault="0056125B">
            <w:pPr>
              <w:keepLines/>
              <w:rPr>
                <w:sz w:val="22"/>
              </w:rPr>
            </w:pPr>
          </w:p>
        </w:tc>
        <w:tc>
          <w:tcPr>
            <w:tcW w:w="237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DA1297D" w14:textId="198F9615" w:rsidR="0056125B" w:rsidRPr="007F11E8"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AC15DA0" w14:textId="61E38B0A" w:rsidR="0056125B" w:rsidRPr="007F11E8" w:rsidRDefault="0056125B">
            <w:pPr>
              <w:keepLines/>
              <w:rPr>
                <w:sz w:val="22"/>
              </w:rPr>
            </w:pPr>
          </w:p>
        </w:tc>
        <w:tc>
          <w:tcPr>
            <w:tcW w:w="352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731AC52" w14:textId="7159DF83" w:rsidR="0056125B" w:rsidRPr="007F11E8" w:rsidRDefault="0056125B">
            <w:pPr>
              <w:keepLines/>
              <w:rPr>
                <w:sz w:val="22"/>
              </w:rPr>
            </w:pPr>
          </w:p>
        </w:tc>
      </w:tr>
    </w:tbl>
    <w:p w14:paraId="3A56F165" w14:textId="77777777" w:rsidR="0056125B" w:rsidRDefault="0056125B">
      <w:pPr>
        <w:spacing w:after="0"/>
      </w:pPr>
    </w:p>
    <w:p w14:paraId="34777E24" w14:textId="4CE637CB" w:rsidR="0056125B" w:rsidRPr="0060043C" w:rsidRDefault="000255CF">
      <w:pPr>
        <w:keepNext/>
        <w:spacing w:after="60"/>
        <w:rPr>
          <w:sz w:val="20"/>
          <w:szCs w:val="20"/>
        </w:rPr>
      </w:pPr>
      <w:r>
        <w:rPr>
          <w:b/>
          <w:color w:val="17365D"/>
          <w:sz w:val="22"/>
        </w:rPr>
        <w:t xml:space="preserve">1.3 </w:t>
      </w:r>
      <w:r w:rsidR="00AA05D2" w:rsidRPr="0060043C">
        <w:rPr>
          <w:b/>
          <w:color w:val="17365D"/>
          <w:sz w:val="22"/>
        </w:rPr>
        <w:t>Business or Organizational Description</w:t>
      </w:r>
      <w:r w:rsidR="00AA05D2">
        <w:rPr>
          <w:color w:val="595959"/>
          <w:sz w:val="17"/>
        </w:rPr>
        <w:br/>
      </w:r>
      <w:r w:rsidR="00AA05D2" w:rsidRPr="0060043C">
        <w:rPr>
          <w:color w:val="595959"/>
          <w:sz w:val="20"/>
          <w:szCs w:val="20"/>
        </w:rPr>
        <w:t>Describe products/services, customers served, operating season, hours, and the business’s role in downtown Alexandria Bay.</w:t>
      </w:r>
    </w:p>
    <w:tbl>
      <w:tblPr>
        <w:tblW w:w="0" w:type="auto"/>
        <w:tblLook w:val="04A0" w:firstRow="1" w:lastRow="0" w:firstColumn="1" w:lastColumn="0" w:noHBand="0" w:noVBand="1"/>
      </w:tblPr>
      <w:tblGrid>
        <w:gridCol w:w="10358"/>
      </w:tblGrid>
      <w:tr w:rsidR="0056125B" w14:paraId="12E21147" w14:textId="77777777" w:rsidTr="002F5575">
        <w:trPr>
          <w:cantSplit/>
          <w:trHeight w:val="1440"/>
        </w:trPr>
        <w:tc>
          <w:tcPr>
            <w:tcW w:w="1036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672F0BBC" w14:textId="7A8DAA22" w:rsidR="0056125B" w:rsidRPr="002F5575" w:rsidRDefault="0056125B">
            <w:pPr>
              <w:keepLines/>
              <w:rPr>
                <w:iCs/>
              </w:rPr>
            </w:pPr>
          </w:p>
        </w:tc>
      </w:tr>
    </w:tbl>
    <w:p w14:paraId="05E0C141" w14:textId="77777777" w:rsidR="0056125B" w:rsidRDefault="0056125B">
      <w:pPr>
        <w:spacing w:after="0"/>
      </w:pPr>
    </w:p>
    <w:p w14:paraId="1A6291B0" w14:textId="77777777" w:rsidR="0056125B" w:rsidRDefault="0056125B">
      <w:pPr>
        <w:spacing w:after="40"/>
      </w:pPr>
    </w:p>
    <w:tbl>
      <w:tblPr>
        <w:tblW w:w="5000" w:type="pct"/>
        <w:jc w:val="center"/>
        <w:tblLook w:val="04A0" w:firstRow="1" w:lastRow="0" w:firstColumn="1" w:lastColumn="0" w:noHBand="0" w:noVBand="1"/>
      </w:tblPr>
      <w:tblGrid>
        <w:gridCol w:w="2650"/>
        <w:gridCol w:w="7718"/>
      </w:tblGrid>
      <w:tr w:rsidR="0056125B" w14:paraId="286003C9" w14:textId="77777777" w:rsidTr="002F5575">
        <w:trPr>
          <w:cantSplit/>
          <w:jc w:val="center"/>
        </w:trPr>
        <w:tc>
          <w:tcPr>
            <w:tcW w:w="1278" w:type="pct"/>
            <w:shd w:val="clear" w:color="auto" w:fill="17365D"/>
            <w:tcMar>
              <w:top w:w="90" w:type="dxa"/>
              <w:left w:w="100" w:type="dxa"/>
              <w:bottom w:w="90" w:type="dxa"/>
              <w:right w:w="100" w:type="dxa"/>
            </w:tcMar>
            <w:vAlign w:val="center"/>
          </w:tcPr>
          <w:p w14:paraId="527BD3D2" w14:textId="0449E2F9" w:rsidR="0056125B" w:rsidRDefault="00AA05D2">
            <w:pPr>
              <w:keepNext/>
              <w:keepLines/>
              <w:jc w:val="center"/>
            </w:pPr>
            <w:r>
              <w:rPr>
                <w:b/>
                <w:color w:val="FFFFFF"/>
                <w:sz w:val="28"/>
              </w:rPr>
              <w:t>2</w:t>
            </w:r>
          </w:p>
        </w:tc>
        <w:tc>
          <w:tcPr>
            <w:tcW w:w="3722" w:type="pct"/>
            <w:shd w:val="clear" w:color="auto" w:fill="2E65B0"/>
            <w:tcMar>
              <w:top w:w="90" w:type="dxa"/>
              <w:left w:w="100" w:type="dxa"/>
              <w:bottom w:w="90" w:type="dxa"/>
              <w:right w:w="100" w:type="dxa"/>
            </w:tcMar>
            <w:vAlign w:val="center"/>
          </w:tcPr>
          <w:p w14:paraId="7379F2AE" w14:textId="68CC64F4" w:rsidR="0056125B" w:rsidRDefault="00AA05D2">
            <w:pPr>
              <w:keepNext/>
              <w:keepLines/>
            </w:pPr>
            <w:r>
              <w:rPr>
                <w:b/>
                <w:color w:val="FFFFFF"/>
                <w:sz w:val="24"/>
              </w:rPr>
              <w:t>PROJECT PROPERTY AND LOCATION</w:t>
            </w:r>
            <w:r w:rsidR="000255CF">
              <w:rPr>
                <w:b/>
                <w:color w:val="FFFFFF"/>
                <w:sz w:val="24"/>
              </w:rPr>
              <w:t xml:space="preserve"> </w:t>
            </w:r>
          </w:p>
        </w:tc>
      </w:tr>
      <w:tr w:rsidR="0056125B" w14:paraId="0CBC9FE9"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67DF231" w14:textId="77777777" w:rsidR="0056125B" w:rsidRPr="007F11E8" w:rsidRDefault="00AA05D2">
            <w:pPr>
              <w:keepLines/>
              <w:rPr>
                <w:sz w:val="22"/>
              </w:rPr>
            </w:pPr>
            <w:r w:rsidRPr="007F11E8">
              <w:rPr>
                <w:b/>
                <w:color w:val="17365D"/>
                <w:sz w:val="22"/>
              </w:rPr>
              <w:t>Project street address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8C0EFCF" w14:textId="2C7369B7" w:rsidR="0056125B" w:rsidRPr="007F11E8" w:rsidRDefault="0056125B">
            <w:pPr>
              <w:keepLines/>
              <w:rPr>
                <w:sz w:val="22"/>
              </w:rPr>
            </w:pPr>
          </w:p>
        </w:tc>
      </w:tr>
      <w:tr w:rsidR="0056125B" w14:paraId="190EB4BB"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3B4F5A9A" w14:textId="77777777" w:rsidR="0056125B" w:rsidRPr="007F11E8" w:rsidRDefault="00AA05D2">
            <w:pPr>
              <w:keepLines/>
              <w:rPr>
                <w:sz w:val="22"/>
              </w:rPr>
            </w:pPr>
            <w:r w:rsidRPr="007F11E8">
              <w:rPr>
                <w:b/>
                <w:color w:val="17365D"/>
                <w:sz w:val="22"/>
              </w:rPr>
              <w:t>Tax parcel / SBL</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E539F2F" w14:textId="21FAC565" w:rsidR="0056125B" w:rsidRPr="007F11E8" w:rsidRDefault="0056125B">
            <w:pPr>
              <w:keepLines/>
              <w:rPr>
                <w:sz w:val="22"/>
              </w:rPr>
            </w:pPr>
          </w:p>
        </w:tc>
      </w:tr>
      <w:tr w:rsidR="0056125B" w14:paraId="3509B9A0"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43817B7" w14:textId="3D4A705A" w:rsidR="0056125B" w:rsidRPr="007F11E8" w:rsidRDefault="00AA05D2">
            <w:pPr>
              <w:keepLines/>
              <w:rPr>
                <w:sz w:val="22"/>
              </w:rPr>
            </w:pPr>
            <w:r w:rsidRPr="007F11E8">
              <w:rPr>
                <w:b/>
                <w:color w:val="17365D"/>
                <w:sz w:val="22"/>
              </w:rPr>
              <w:t>Property owner legal name</w:t>
            </w:r>
            <w:r w:rsidR="00926453" w:rsidRPr="007F11E8">
              <w:rPr>
                <w:b/>
                <w:color w:val="17365D"/>
                <w:sz w:val="22"/>
              </w:rPr>
              <w:t xml:space="preserve"> </w:t>
            </w:r>
            <w:r w:rsidR="00926453" w:rsidRPr="007F11E8">
              <w:rPr>
                <w:color w:val="1F497D" w:themeColor="text2"/>
                <w:sz w:val="22"/>
              </w:rPr>
              <w:t>[Name exactly as shown on deed]</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6F2A0A5" w14:textId="650A5CEB" w:rsidR="0056125B" w:rsidRPr="007F11E8" w:rsidRDefault="0056125B">
            <w:pPr>
              <w:keepLines/>
              <w:rPr>
                <w:sz w:val="22"/>
              </w:rPr>
            </w:pPr>
          </w:p>
        </w:tc>
      </w:tr>
      <w:tr w:rsidR="0056125B" w14:paraId="02EA6E54"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123073D" w14:textId="77777777" w:rsidR="0056125B" w:rsidRPr="007F11E8" w:rsidRDefault="00AA05D2">
            <w:pPr>
              <w:keepLines/>
              <w:rPr>
                <w:sz w:val="22"/>
              </w:rPr>
            </w:pPr>
            <w:r w:rsidRPr="007F11E8">
              <w:rPr>
                <w:b/>
                <w:color w:val="17365D"/>
                <w:sz w:val="22"/>
              </w:rPr>
              <w:t>Applicant relationship</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13AC9B85" w14:textId="3A2CE385" w:rsidR="0056125B" w:rsidRDefault="00AA44E4">
            <w:pPr>
              <w:keepLines/>
              <w:rPr>
                <w:color w:val="595959"/>
                <w:sz w:val="22"/>
              </w:rPr>
            </w:pPr>
            <w:sdt>
              <w:sdtPr>
                <w:rPr>
                  <w:color w:val="595959"/>
                  <w:sz w:val="22"/>
                </w:rPr>
                <w:id w:val="1553275275"/>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Owner   </w:t>
            </w:r>
            <w:sdt>
              <w:sdtPr>
                <w:rPr>
                  <w:color w:val="595959"/>
                  <w:sz w:val="22"/>
                </w:rPr>
                <w:id w:val="846147169"/>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Business tenant   </w:t>
            </w:r>
            <w:sdt>
              <w:sdtPr>
                <w:rPr>
                  <w:color w:val="595959"/>
                  <w:sz w:val="22"/>
                </w:rPr>
                <w:id w:val="988056559"/>
                <w14:checkbox>
                  <w14:checked w14:val="0"/>
                  <w14:checkedState w14:val="2612" w14:font="MS Gothic"/>
                  <w14:uncheckedState w14:val="2610" w14:font="MS Gothic"/>
                </w14:checkbox>
              </w:sdtPr>
              <w:sdtEndPr/>
              <w:sdtContent>
                <w:r w:rsidR="00450197">
                  <w:rPr>
                    <w:rFonts w:ascii="MS Gothic" w:eastAsia="MS Gothic" w:hAnsi="MS Gothic" w:hint="eastAsia"/>
                    <w:color w:val="595959"/>
                    <w:sz w:val="22"/>
                  </w:rPr>
                  <w:t>☐</w:t>
                </w:r>
              </w:sdtContent>
            </w:sdt>
            <w:r w:rsidR="00AA05D2" w:rsidRPr="007F11E8">
              <w:rPr>
                <w:color w:val="595959"/>
                <w:sz w:val="22"/>
              </w:rPr>
              <w:t xml:space="preserve"> Prospective tenant   </w:t>
            </w:r>
            <w:sdt>
              <w:sdtPr>
                <w:rPr>
                  <w:color w:val="595959"/>
                  <w:sz w:val="22"/>
                </w:rPr>
                <w:id w:val="-785200003"/>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Other: ______</w:t>
            </w:r>
          </w:p>
          <w:p w14:paraId="47D9A060" w14:textId="353D66A8" w:rsidR="00CA6449" w:rsidRPr="007F11E8" w:rsidRDefault="00CA6449">
            <w:pPr>
              <w:keepLines/>
              <w:rPr>
                <w:sz w:val="22"/>
              </w:rPr>
            </w:pPr>
            <w:r w:rsidRPr="00450197">
              <w:rPr>
                <w:color w:val="595959" w:themeColor="text1" w:themeTint="A6"/>
                <w:sz w:val="22"/>
              </w:rPr>
              <w:t xml:space="preserve">If business </w:t>
            </w:r>
            <w:proofErr w:type="gramStart"/>
            <w:r w:rsidRPr="00450197">
              <w:rPr>
                <w:color w:val="595959" w:themeColor="text1" w:themeTint="A6"/>
                <w:sz w:val="22"/>
              </w:rPr>
              <w:t>tenant</w:t>
            </w:r>
            <w:proofErr w:type="gramEnd"/>
            <w:r w:rsidRPr="00450197">
              <w:rPr>
                <w:color w:val="595959" w:themeColor="text1" w:themeTint="A6"/>
                <w:sz w:val="22"/>
              </w:rPr>
              <w:t xml:space="preserve"> </w:t>
            </w:r>
            <w:proofErr w:type="gramStart"/>
            <w:r w:rsidR="00450197" w:rsidRPr="00450197">
              <w:rPr>
                <w:color w:val="595959" w:themeColor="text1" w:themeTint="A6"/>
                <w:sz w:val="22"/>
              </w:rPr>
              <w:t>provide</w:t>
            </w:r>
            <w:proofErr w:type="gramEnd"/>
            <w:r w:rsidRPr="00450197">
              <w:rPr>
                <w:color w:val="595959" w:themeColor="text1" w:themeTint="A6"/>
                <w:sz w:val="22"/>
              </w:rPr>
              <w:t xml:space="preserve"> lease terms:</w:t>
            </w:r>
          </w:p>
        </w:tc>
      </w:tr>
      <w:tr w:rsidR="0056125B" w14:paraId="0312B9E8"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76972BC2" w14:textId="77777777" w:rsidR="0056125B" w:rsidRPr="007F11E8" w:rsidRDefault="00AA05D2">
            <w:pPr>
              <w:keepLines/>
              <w:rPr>
                <w:sz w:val="22"/>
              </w:rPr>
            </w:pPr>
            <w:r w:rsidRPr="007F11E8">
              <w:rPr>
                <w:b/>
                <w:color w:val="17365D"/>
                <w:sz w:val="22"/>
              </w:rPr>
              <w:t>Property-owner contact</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076A7DE" w14:textId="6BC4EEA1" w:rsidR="0056125B" w:rsidRPr="007F11E8" w:rsidRDefault="0056125B">
            <w:pPr>
              <w:keepLines/>
              <w:rPr>
                <w:sz w:val="22"/>
              </w:rPr>
            </w:pPr>
          </w:p>
        </w:tc>
      </w:tr>
      <w:tr w:rsidR="0056125B" w14:paraId="52FABFDD"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072ACFC" w14:textId="77777777" w:rsidR="0056125B" w:rsidRPr="007F11E8" w:rsidRDefault="00AA05D2">
            <w:pPr>
              <w:keepLines/>
              <w:rPr>
                <w:sz w:val="22"/>
              </w:rPr>
            </w:pPr>
            <w:r w:rsidRPr="007F11E8">
              <w:rPr>
                <w:b/>
                <w:color w:val="17365D"/>
                <w:sz w:val="22"/>
              </w:rPr>
              <w:t>Year building constructed</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4A62FFC3" w14:textId="7D0390B1" w:rsidR="0056125B" w:rsidRPr="007F11E8" w:rsidRDefault="0056125B">
            <w:pPr>
              <w:keepLines/>
              <w:rPr>
                <w:sz w:val="22"/>
              </w:rPr>
            </w:pPr>
          </w:p>
        </w:tc>
      </w:tr>
      <w:tr w:rsidR="0056125B" w14:paraId="15001197"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789F5AD2" w14:textId="039EB201" w:rsidR="0056125B" w:rsidRPr="007F11E8" w:rsidRDefault="00AA05D2">
            <w:pPr>
              <w:keepLines/>
              <w:rPr>
                <w:sz w:val="22"/>
              </w:rPr>
            </w:pPr>
            <w:r w:rsidRPr="007F11E8">
              <w:rPr>
                <w:b/>
                <w:color w:val="17365D"/>
                <w:sz w:val="22"/>
              </w:rPr>
              <w:t>Current building use</w:t>
            </w:r>
            <w:r w:rsidR="00926453" w:rsidRPr="007F11E8">
              <w:rPr>
                <w:b/>
                <w:color w:val="17365D"/>
                <w:sz w:val="22"/>
              </w:rPr>
              <w:t xml:space="preserve"> </w:t>
            </w:r>
            <w:r w:rsidR="00926453" w:rsidRPr="007F11E8">
              <w:rPr>
                <w:color w:val="1F497D" w:themeColor="text2"/>
                <w:sz w:val="22"/>
              </w:rPr>
              <w:t>[Commercial, mixed-use, vacant, etc.]</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146C2CD1" w14:textId="7B4CAE98" w:rsidR="0056125B" w:rsidRPr="007F11E8" w:rsidRDefault="0056125B">
            <w:pPr>
              <w:keepLines/>
              <w:rPr>
                <w:sz w:val="22"/>
              </w:rPr>
            </w:pPr>
          </w:p>
        </w:tc>
      </w:tr>
      <w:tr w:rsidR="0056125B" w14:paraId="048E666A"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3EAF8228" w14:textId="5A5A565F" w:rsidR="0056125B" w:rsidRPr="007F11E8" w:rsidRDefault="00AA05D2">
            <w:pPr>
              <w:keepLines/>
              <w:rPr>
                <w:sz w:val="22"/>
              </w:rPr>
            </w:pPr>
            <w:r w:rsidRPr="007F11E8">
              <w:rPr>
                <w:b/>
                <w:color w:val="17365D"/>
                <w:sz w:val="22"/>
              </w:rPr>
              <w:t>Commercial spaces</w:t>
            </w:r>
            <w:r w:rsidR="00926453" w:rsidRPr="007F11E8">
              <w:rPr>
                <w:b/>
                <w:color w:val="1F497D" w:themeColor="text2"/>
                <w:sz w:val="22"/>
              </w:rPr>
              <w:t xml:space="preserve"> </w:t>
            </w:r>
            <w:r w:rsidR="00926453" w:rsidRPr="007F11E8">
              <w:rPr>
                <w:color w:val="1F497D" w:themeColor="text2"/>
                <w:sz w:val="22"/>
              </w:rPr>
              <w:t>[Number occupied / vacant]</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E210A20" w14:textId="6B9B4C1D" w:rsidR="0056125B" w:rsidRPr="007F11E8" w:rsidRDefault="0056125B">
            <w:pPr>
              <w:keepLines/>
              <w:rPr>
                <w:sz w:val="22"/>
              </w:rPr>
            </w:pPr>
          </w:p>
        </w:tc>
      </w:tr>
      <w:tr w:rsidR="0056125B" w14:paraId="61FBFCAA"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5FB9C7D" w14:textId="77777777" w:rsidR="0056125B" w:rsidRPr="007F11E8" w:rsidRDefault="00AA05D2">
            <w:pPr>
              <w:keepLines/>
              <w:rPr>
                <w:sz w:val="22"/>
              </w:rPr>
            </w:pPr>
            <w:r w:rsidRPr="007F11E8">
              <w:rPr>
                <w:b/>
                <w:color w:val="17365D"/>
                <w:sz w:val="22"/>
              </w:rPr>
              <w:t>Residential units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0AF5928" w14:textId="6C589C59" w:rsidR="0056125B" w:rsidRPr="007F11E8" w:rsidRDefault="0056125B">
            <w:pPr>
              <w:keepLines/>
              <w:rPr>
                <w:sz w:val="22"/>
              </w:rPr>
            </w:pPr>
          </w:p>
        </w:tc>
      </w:tr>
      <w:tr w:rsidR="0056125B" w14:paraId="3ECD7EDF"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1B18FB40" w14:textId="77777777" w:rsidR="0056125B" w:rsidRPr="007F11E8" w:rsidRDefault="00AA05D2">
            <w:pPr>
              <w:keepLines/>
              <w:rPr>
                <w:sz w:val="22"/>
              </w:rPr>
            </w:pPr>
            <w:r w:rsidRPr="007F11E8">
              <w:rPr>
                <w:b/>
                <w:color w:val="17365D"/>
                <w:sz w:val="22"/>
              </w:rPr>
              <w:t>Historic status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86B7E00" w14:textId="5A07FBFA" w:rsidR="0056125B" w:rsidRPr="007F11E8" w:rsidRDefault="00AA44E4">
            <w:pPr>
              <w:keepLines/>
              <w:rPr>
                <w:sz w:val="22"/>
              </w:rPr>
            </w:pPr>
            <w:sdt>
              <w:sdtPr>
                <w:rPr>
                  <w:color w:val="595959"/>
                  <w:sz w:val="22"/>
                </w:rPr>
                <w:id w:val="-1172631505"/>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Listed   </w:t>
            </w:r>
            <w:sdt>
              <w:sdtPr>
                <w:rPr>
                  <w:color w:val="595959"/>
                  <w:sz w:val="22"/>
                </w:rPr>
                <w:id w:val="1961604843"/>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Eligible / historic district   </w:t>
            </w:r>
            <w:sdt>
              <w:sdtPr>
                <w:rPr>
                  <w:color w:val="595959"/>
                  <w:sz w:val="22"/>
                </w:rPr>
                <w:id w:val="-275482108"/>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Not known   </w:t>
            </w:r>
            <w:sdt>
              <w:sdtPr>
                <w:rPr>
                  <w:color w:val="595959"/>
                  <w:sz w:val="22"/>
                </w:rPr>
                <w:id w:val="1562825803"/>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Not applicable</w:t>
            </w:r>
          </w:p>
        </w:tc>
      </w:tr>
      <w:tr w:rsidR="0056125B" w14:paraId="5C1C79A8"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C8905AE" w14:textId="77777777" w:rsidR="0056125B" w:rsidRPr="007F11E8" w:rsidRDefault="00AA05D2">
            <w:pPr>
              <w:keepLines/>
              <w:rPr>
                <w:sz w:val="22"/>
              </w:rPr>
            </w:pPr>
            <w:r w:rsidRPr="007F11E8">
              <w:rPr>
                <w:b/>
                <w:color w:val="17365D"/>
                <w:sz w:val="22"/>
              </w:rPr>
              <w:lastRenderedPageBreak/>
              <w:t>Flood hazard area</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FABC7CA" w14:textId="584DC223" w:rsidR="0056125B" w:rsidRPr="007F11E8" w:rsidRDefault="00AA44E4">
            <w:pPr>
              <w:keepLines/>
              <w:rPr>
                <w:sz w:val="22"/>
              </w:rPr>
            </w:pPr>
            <w:sdt>
              <w:sdtPr>
                <w:rPr>
                  <w:color w:val="595959"/>
                  <w:sz w:val="22"/>
                </w:rPr>
                <w:id w:val="-141408223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Yes   </w:t>
            </w:r>
            <w:sdt>
              <w:sdtPr>
                <w:rPr>
                  <w:color w:val="595959"/>
                  <w:sz w:val="22"/>
                </w:rPr>
                <w:id w:val="615342718"/>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No   </w:t>
            </w:r>
            <w:sdt>
              <w:sdtPr>
                <w:rPr>
                  <w:color w:val="595959"/>
                  <w:sz w:val="22"/>
                </w:rPr>
                <w:id w:val="1266574670"/>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Unknown</w:t>
            </w:r>
          </w:p>
        </w:tc>
      </w:tr>
      <w:tr w:rsidR="0056125B" w14:paraId="361B607C" w14:textId="77777777" w:rsidTr="002F5575">
        <w:trPr>
          <w:cantSplit/>
          <w:jc w:val="center"/>
        </w:trPr>
        <w:tc>
          <w:tcPr>
            <w:tcW w:w="1278" w:type="pct"/>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4B7403BD" w14:textId="77777777" w:rsidR="0056125B" w:rsidRPr="007F11E8" w:rsidRDefault="00AA05D2">
            <w:pPr>
              <w:keepLines/>
              <w:rPr>
                <w:sz w:val="22"/>
              </w:rPr>
            </w:pPr>
            <w:r w:rsidRPr="007F11E8">
              <w:rPr>
                <w:b/>
                <w:color w:val="17365D"/>
                <w:sz w:val="22"/>
              </w:rPr>
              <w:t>Municipal taxes/charges</w:t>
            </w:r>
          </w:p>
        </w:tc>
        <w:tc>
          <w:tcPr>
            <w:tcW w:w="3722" w:type="pct"/>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EF558EF" w14:textId="77777777" w:rsidR="00CA6449" w:rsidRDefault="00AA44E4" w:rsidP="00CA6449">
            <w:pPr>
              <w:keepLines/>
              <w:rPr>
                <w:color w:val="595959"/>
                <w:sz w:val="22"/>
              </w:rPr>
            </w:pPr>
            <w:sdt>
              <w:sdtPr>
                <w:rPr>
                  <w:color w:val="595959"/>
                  <w:sz w:val="22"/>
                </w:rPr>
                <w:id w:val="-2118666302"/>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Current   </w:t>
            </w:r>
            <w:sdt>
              <w:sdtPr>
                <w:rPr>
                  <w:color w:val="595959"/>
                  <w:sz w:val="22"/>
                </w:rPr>
                <w:id w:val="-926577014"/>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Payment plan   </w:t>
            </w:r>
            <w:sdt>
              <w:sdtPr>
                <w:rPr>
                  <w:color w:val="595959"/>
                  <w:sz w:val="22"/>
                </w:rPr>
                <w:id w:val="870198266"/>
                <w14:checkbox>
                  <w14:checked w14:val="0"/>
                  <w14:checkedState w14:val="2612" w14:font="MS Gothic"/>
                  <w14:uncheckedState w14:val="2610" w14:font="MS Gothic"/>
                </w14:checkbox>
              </w:sdtPr>
              <w:sdtEndPr/>
              <w:sdtContent>
                <w:r w:rsidR="00D909CA" w:rsidRPr="007F11E8">
                  <w:rPr>
                    <w:rFonts w:ascii="MS Gothic" w:eastAsia="MS Gothic" w:hAnsi="MS Gothic" w:hint="eastAsia"/>
                    <w:color w:val="595959"/>
                    <w:sz w:val="22"/>
                  </w:rPr>
                  <w:t>☐</w:t>
                </w:r>
              </w:sdtContent>
            </w:sdt>
            <w:r w:rsidR="00AA05D2" w:rsidRPr="007F11E8">
              <w:rPr>
                <w:color w:val="595959"/>
                <w:sz w:val="22"/>
              </w:rPr>
              <w:t xml:space="preserve"> Arrears </w:t>
            </w:r>
            <w:r w:rsidR="00CA6449">
              <w:rPr>
                <w:color w:val="595959"/>
                <w:sz w:val="22"/>
              </w:rPr>
              <w:t>–</w:t>
            </w:r>
            <w:r w:rsidR="00AA05D2" w:rsidRPr="007F11E8">
              <w:rPr>
                <w:color w:val="595959"/>
                <w:sz w:val="22"/>
              </w:rPr>
              <w:t xml:space="preserve"> </w:t>
            </w:r>
            <w:r w:rsidR="00CA6449">
              <w:rPr>
                <w:color w:val="595959"/>
                <w:sz w:val="22"/>
              </w:rPr>
              <w:t xml:space="preserve">If payment plan or arrears, please </w:t>
            </w:r>
            <w:r w:rsidR="00AA05D2" w:rsidRPr="007F11E8">
              <w:rPr>
                <w:color w:val="595959"/>
                <w:sz w:val="22"/>
              </w:rPr>
              <w:t>explain</w:t>
            </w:r>
            <w:r w:rsidR="00CA6449">
              <w:rPr>
                <w:color w:val="595959"/>
                <w:sz w:val="22"/>
              </w:rPr>
              <w:t>:</w:t>
            </w:r>
            <w:r w:rsidR="00B273E7">
              <w:rPr>
                <w:color w:val="595959"/>
                <w:sz w:val="22"/>
              </w:rPr>
              <w:t xml:space="preserve"> _________________________________________________________</w:t>
            </w:r>
          </w:p>
          <w:p w14:paraId="494B6C92" w14:textId="77777777" w:rsidR="00B273E7" w:rsidRDefault="00B273E7" w:rsidP="00CA6449">
            <w:pPr>
              <w:keepLines/>
              <w:rPr>
                <w:color w:val="595959"/>
                <w:sz w:val="22"/>
              </w:rPr>
            </w:pPr>
            <w:r>
              <w:rPr>
                <w:color w:val="595959"/>
                <w:sz w:val="22"/>
              </w:rPr>
              <w:t>________________________________________________________________</w:t>
            </w:r>
          </w:p>
          <w:p w14:paraId="3CC03E1B" w14:textId="39350FD4" w:rsidR="00B273E7" w:rsidRPr="007F11E8" w:rsidRDefault="00B273E7" w:rsidP="00CA6449">
            <w:pPr>
              <w:keepLines/>
              <w:rPr>
                <w:sz w:val="22"/>
              </w:rPr>
            </w:pPr>
            <w:r>
              <w:rPr>
                <w:sz w:val="22"/>
              </w:rPr>
              <w:t>________________________________________________________________</w:t>
            </w:r>
          </w:p>
        </w:tc>
      </w:tr>
    </w:tbl>
    <w:p w14:paraId="4D83B6C1" w14:textId="1CAE8418" w:rsidR="0056125B" w:rsidRDefault="0056125B" w:rsidP="00FC5756"/>
    <w:p w14:paraId="4261A315"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tblGrid>
      <w:tr w:rsidR="0056125B" w14:paraId="50165496" w14:textId="77777777">
        <w:trPr>
          <w:cantSplit/>
          <w:jc w:val="center"/>
        </w:trPr>
        <w:tc>
          <w:tcPr>
            <w:tcW w:w="792" w:type="dxa"/>
            <w:shd w:val="clear" w:color="auto" w:fill="17365D"/>
            <w:tcMar>
              <w:top w:w="90" w:type="dxa"/>
              <w:left w:w="100" w:type="dxa"/>
              <w:bottom w:w="90" w:type="dxa"/>
              <w:right w:w="100" w:type="dxa"/>
            </w:tcMar>
            <w:vAlign w:val="center"/>
          </w:tcPr>
          <w:p w14:paraId="7CADBB7C" w14:textId="77777777" w:rsidR="0056125B" w:rsidRDefault="00AA05D2">
            <w:pPr>
              <w:keepNext/>
              <w:keepLines/>
              <w:jc w:val="center"/>
            </w:pPr>
            <w:r>
              <w:rPr>
                <w:b/>
                <w:color w:val="FFFFFF"/>
                <w:sz w:val="28"/>
              </w:rPr>
              <w:t>3</w:t>
            </w:r>
          </w:p>
        </w:tc>
        <w:tc>
          <w:tcPr>
            <w:tcW w:w="9432" w:type="dxa"/>
            <w:shd w:val="clear" w:color="auto" w:fill="2E65B0"/>
            <w:tcMar>
              <w:top w:w="90" w:type="dxa"/>
              <w:left w:w="100" w:type="dxa"/>
              <w:bottom w:w="90" w:type="dxa"/>
              <w:right w:w="100" w:type="dxa"/>
            </w:tcMar>
            <w:vAlign w:val="center"/>
          </w:tcPr>
          <w:p w14:paraId="2FFE768A" w14:textId="77777777" w:rsidR="0056125B" w:rsidRDefault="00AA05D2">
            <w:pPr>
              <w:keepNext/>
              <w:keepLines/>
            </w:pPr>
            <w:r>
              <w:rPr>
                <w:b/>
                <w:color w:val="FFFFFF"/>
                <w:sz w:val="24"/>
              </w:rPr>
              <w:t>PROJECT TYPE AND PROPOSED IMPROVEMENTS</w:t>
            </w:r>
          </w:p>
        </w:tc>
      </w:tr>
    </w:tbl>
    <w:p w14:paraId="03B7F123" w14:textId="77777777" w:rsidR="0056125B" w:rsidRPr="00864C82" w:rsidRDefault="00AA05D2" w:rsidP="0060043C">
      <w:pPr>
        <w:spacing w:after="60"/>
        <w:ind w:firstLine="90"/>
        <w:rPr>
          <w:sz w:val="22"/>
        </w:rPr>
      </w:pPr>
      <w:r w:rsidRPr="00864C82">
        <w:rPr>
          <w:b/>
          <w:color w:val="17365D"/>
          <w:sz w:val="22"/>
        </w:rPr>
        <w:t>Select one primary funding category, then check all proposed activity types:</w:t>
      </w:r>
    </w:p>
    <w:tbl>
      <w:tblPr>
        <w:tblW w:w="0" w:type="auto"/>
        <w:jc w:val="center"/>
        <w:tblLayout w:type="fixed"/>
        <w:tblLook w:val="04A0" w:firstRow="1" w:lastRow="0" w:firstColumn="1" w:lastColumn="0" w:noHBand="0" w:noVBand="1"/>
      </w:tblPr>
      <w:tblGrid>
        <w:gridCol w:w="5670"/>
        <w:gridCol w:w="4626"/>
      </w:tblGrid>
      <w:tr w:rsidR="0056125B" w14:paraId="17819061" w14:textId="77777777" w:rsidTr="00FA5FED">
        <w:trPr>
          <w:cantSplit/>
          <w:jc w:val="center"/>
        </w:trPr>
        <w:tc>
          <w:tcPr>
            <w:tcW w:w="5670"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tcPr>
          <w:p w14:paraId="24145BE7" w14:textId="41DF4EA5" w:rsidR="0056125B" w:rsidRDefault="00AA44E4">
            <w:pPr>
              <w:keepLines/>
              <w:rPr>
                <w:bCs/>
                <w:sz w:val="22"/>
              </w:rPr>
            </w:pPr>
            <w:sdt>
              <w:sdtPr>
                <w:rPr>
                  <w:bCs/>
                  <w:sz w:val="22"/>
                </w:rPr>
                <w:id w:val="-4980024"/>
                <w14:checkbox>
                  <w14:checked w14:val="0"/>
                  <w14:checkedState w14:val="2612" w14:font="MS Gothic"/>
                  <w14:uncheckedState w14:val="2610" w14:font="MS Gothic"/>
                </w14:checkbox>
              </w:sdtPr>
              <w:sdtEndPr/>
              <w:sdtContent>
                <w:r w:rsidR="00450197">
                  <w:rPr>
                    <w:rFonts w:ascii="MS Gothic" w:eastAsia="MS Gothic" w:hAnsi="MS Gothic" w:hint="eastAsia"/>
                    <w:bCs/>
                    <w:sz w:val="22"/>
                  </w:rPr>
                  <w:t>☐</w:t>
                </w:r>
              </w:sdtContent>
            </w:sdt>
            <w:r w:rsidR="00AA05D2" w:rsidRPr="007F11E8">
              <w:rPr>
                <w:bCs/>
                <w:sz w:val="22"/>
              </w:rPr>
              <w:t xml:space="preserve"> BUILDING RENOVATION - $25,000-$150,000 per building; up to 75% of eligible cost</w:t>
            </w:r>
            <w:r w:rsidR="00FA5FED" w:rsidRPr="007F11E8">
              <w:rPr>
                <w:bCs/>
                <w:sz w:val="22"/>
              </w:rPr>
              <w:t>. Additional $25,000 per qualifying upper-story residential unit, up to $200,000 per building</w:t>
            </w:r>
            <w:r w:rsidR="00B33E2C">
              <w:rPr>
                <w:bCs/>
                <w:sz w:val="22"/>
              </w:rPr>
              <w:t>.</w:t>
            </w:r>
          </w:p>
          <w:p w14:paraId="42AA7BBE" w14:textId="55A4A4AA" w:rsidR="00B33E2C" w:rsidRPr="007F11E8" w:rsidRDefault="00B33E2C">
            <w:pPr>
              <w:keepLines/>
              <w:rPr>
                <w:bCs/>
                <w:sz w:val="22"/>
              </w:rPr>
            </w:pPr>
          </w:p>
        </w:tc>
        <w:tc>
          <w:tcPr>
            <w:tcW w:w="4626"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vAlign w:val="center"/>
          </w:tcPr>
          <w:p w14:paraId="215A126C" w14:textId="1AAA941F" w:rsidR="0056125B" w:rsidRPr="007F11E8" w:rsidRDefault="00834DAE">
            <w:pPr>
              <w:keepLines/>
              <w:rPr>
                <w:bCs/>
                <w:sz w:val="22"/>
              </w:rPr>
            </w:pPr>
            <w:r w:rsidRPr="007F11E8">
              <w:rPr>
                <w:bCs/>
                <w:sz w:val="22"/>
              </w:rPr>
              <w:t>Examples: Façade or</w:t>
            </w:r>
            <w:r w:rsidR="00FA5FED" w:rsidRPr="007F11E8">
              <w:rPr>
                <w:bCs/>
                <w:sz w:val="22"/>
              </w:rPr>
              <w:t xml:space="preserve"> exterior building renovation, </w:t>
            </w:r>
            <w:r w:rsidR="00864C82" w:rsidRPr="007F11E8">
              <w:rPr>
                <w:bCs/>
                <w:sz w:val="22"/>
              </w:rPr>
              <w:t>S</w:t>
            </w:r>
            <w:r w:rsidRPr="007F11E8">
              <w:rPr>
                <w:bCs/>
                <w:sz w:val="22"/>
              </w:rPr>
              <w:t>torefront</w:t>
            </w:r>
            <w:r w:rsidR="00FA5FED" w:rsidRPr="007F11E8">
              <w:rPr>
                <w:bCs/>
                <w:sz w:val="22"/>
              </w:rPr>
              <w:t xml:space="preserve"> rehabilitation, </w:t>
            </w:r>
            <w:r w:rsidR="00864C82" w:rsidRPr="007F11E8">
              <w:rPr>
                <w:bCs/>
                <w:sz w:val="22"/>
              </w:rPr>
              <w:t>C</w:t>
            </w:r>
            <w:r w:rsidR="00FA5FED" w:rsidRPr="007F11E8">
              <w:rPr>
                <w:bCs/>
                <w:sz w:val="22"/>
              </w:rPr>
              <w:t xml:space="preserve">ommercial interior fit-out or </w:t>
            </w:r>
            <w:r w:rsidR="00864C82" w:rsidRPr="007F11E8">
              <w:rPr>
                <w:bCs/>
                <w:sz w:val="22"/>
              </w:rPr>
              <w:t>p</w:t>
            </w:r>
            <w:r w:rsidR="00FA5FED" w:rsidRPr="007F11E8">
              <w:rPr>
                <w:bCs/>
                <w:sz w:val="22"/>
              </w:rPr>
              <w:t>ermanent building improvement,</w:t>
            </w:r>
            <w:r w:rsidRPr="007F11E8">
              <w:rPr>
                <w:bCs/>
                <w:sz w:val="22"/>
              </w:rPr>
              <w:t xml:space="preserve"> </w:t>
            </w:r>
            <w:r w:rsidR="00FA5FED" w:rsidRPr="007F11E8">
              <w:rPr>
                <w:bCs/>
                <w:sz w:val="22"/>
              </w:rPr>
              <w:t xml:space="preserve">Upper-story residential improvement within a mixed-use building, </w:t>
            </w:r>
            <w:r w:rsidR="00864C82" w:rsidRPr="007F11E8">
              <w:rPr>
                <w:bCs/>
                <w:sz w:val="22"/>
              </w:rPr>
              <w:t>Energy-efficiency/building-envelope improvement, and Accessibility improvement. Soft costs – architectural, engineering, and environmenta</w:t>
            </w:r>
            <w:r w:rsidR="00292773" w:rsidRPr="007F11E8">
              <w:rPr>
                <w:bCs/>
                <w:sz w:val="22"/>
              </w:rPr>
              <w:t>l.</w:t>
            </w:r>
          </w:p>
        </w:tc>
      </w:tr>
      <w:tr w:rsidR="0056125B" w14:paraId="2C89ABAC" w14:textId="77777777" w:rsidTr="00FA5FED">
        <w:trPr>
          <w:cantSplit/>
          <w:jc w:val="center"/>
        </w:trPr>
        <w:tc>
          <w:tcPr>
            <w:tcW w:w="5670"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vAlign w:val="center"/>
          </w:tcPr>
          <w:p w14:paraId="608C963A" w14:textId="421CCFEF" w:rsidR="0056125B" w:rsidRPr="007F11E8" w:rsidRDefault="00AA44E4">
            <w:pPr>
              <w:keepLines/>
              <w:rPr>
                <w:bCs/>
                <w:sz w:val="22"/>
              </w:rPr>
            </w:pPr>
            <w:sdt>
              <w:sdtPr>
                <w:rPr>
                  <w:bCs/>
                  <w:sz w:val="22"/>
                </w:rPr>
                <w:id w:val="1062520255"/>
                <w14:checkbox>
                  <w14:checked w14:val="0"/>
                  <w14:checkedState w14:val="2612" w14:font="MS Gothic"/>
                  <w14:uncheckedState w14:val="2610" w14:font="MS Gothic"/>
                </w14:checkbox>
              </w:sdtPr>
              <w:sdtEndPr/>
              <w:sdtContent>
                <w:r w:rsidR="004F4CF2" w:rsidRPr="007F11E8">
                  <w:rPr>
                    <w:rFonts w:ascii="MS Gothic" w:eastAsia="MS Gothic" w:hAnsi="MS Gothic" w:hint="eastAsia"/>
                    <w:bCs/>
                    <w:sz w:val="22"/>
                  </w:rPr>
                  <w:t>☐</w:t>
                </w:r>
              </w:sdtContent>
            </w:sdt>
            <w:r w:rsidR="00AA05D2" w:rsidRPr="007F11E8">
              <w:rPr>
                <w:bCs/>
                <w:sz w:val="22"/>
              </w:rPr>
              <w:t xml:space="preserve"> MINOR PROJECT - $10,000-$25,000 per project; up to 75% of eligible cost</w:t>
            </w:r>
          </w:p>
        </w:tc>
        <w:tc>
          <w:tcPr>
            <w:tcW w:w="4626"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vAlign w:val="center"/>
          </w:tcPr>
          <w:p w14:paraId="0C6C29BB" w14:textId="3B62EDA4" w:rsidR="0056125B" w:rsidRPr="007F11E8" w:rsidRDefault="00AA05D2">
            <w:pPr>
              <w:keepLines/>
              <w:rPr>
                <w:bCs/>
                <w:sz w:val="22"/>
              </w:rPr>
            </w:pPr>
            <w:r w:rsidRPr="007F11E8">
              <w:rPr>
                <w:bCs/>
                <w:sz w:val="22"/>
              </w:rPr>
              <w:t xml:space="preserve">Examples: </w:t>
            </w:r>
            <w:r w:rsidR="00FA5FED" w:rsidRPr="007F11E8">
              <w:rPr>
                <w:bCs/>
                <w:sz w:val="22"/>
              </w:rPr>
              <w:t xml:space="preserve">Permanently affixed </w:t>
            </w:r>
            <w:r w:rsidRPr="007F11E8">
              <w:rPr>
                <w:bCs/>
                <w:sz w:val="22"/>
              </w:rPr>
              <w:t>signage, awning, and painting</w:t>
            </w:r>
          </w:p>
        </w:tc>
      </w:tr>
      <w:tr w:rsidR="0056125B" w14:paraId="7CEDCF8A" w14:textId="77777777" w:rsidTr="00FA5FED">
        <w:trPr>
          <w:cantSplit/>
          <w:jc w:val="center"/>
        </w:trPr>
        <w:tc>
          <w:tcPr>
            <w:tcW w:w="5670"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vAlign w:val="center"/>
          </w:tcPr>
          <w:p w14:paraId="388BBCED" w14:textId="2D31E0FA" w:rsidR="0056125B" w:rsidRPr="007F11E8" w:rsidRDefault="00AA44E4">
            <w:pPr>
              <w:keepLines/>
              <w:rPr>
                <w:bCs/>
                <w:sz w:val="22"/>
              </w:rPr>
            </w:pPr>
            <w:sdt>
              <w:sdtPr>
                <w:rPr>
                  <w:bCs/>
                  <w:sz w:val="22"/>
                </w:rPr>
                <w:id w:val="346842390"/>
                <w14:checkbox>
                  <w14:checked w14:val="0"/>
                  <w14:checkedState w14:val="2612" w14:font="MS Gothic"/>
                  <w14:uncheckedState w14:val="2610" w14:font="MS Gothic"/>
                </w14:checkbox>
              </w:sdtPr>
              <w:sdtEndPr/>
              <w:sdtContent>
                <w:r w:rsidR="004F4CF2" w:rsidRPr="007F11E8">
                  <w:rPr>
                    <w:rFonts w:ascii="MS Gothic" w:eastAsia="MS Gothic" w:hAnsi="MS Gothic" w:hint="eastAsia"/>
                    <w:bCs/>
                    <w:sz w:val="22"/>
                  </w:rPr>
                  <w:t>☐</w:t>
                </w:r>
              </w:sdtContent>
            </w:sdt>
            <w:r w:rsidR="00AA05D2" w:rsidRPr="007F11E8">
              <w:rPr>
                <w:bCs/>
                <w:sz w:val="22"/>
              </w:rPr>
              <w:t xml:space="preserve"> SMALL BUSINESS ASSISTANCE - $5,000-$50,000 per project; up to 75% of eligible cost</w:t>
            </w:r>
          </w:p>
        </w:tc>
        <w:tc>
          <w:tcPr>
            <w:tcW w:w="4626" w:type="dxa"/>
            <w:tcBorders>
              <w:top w:val="single" w:sz="4" w:space="0" w:color="auto"/>
              <w:left w:val="single" w:sz="4" w:space="0" w:color="auto"/>
              <w:bottom w:val="single" w:sz="4" w:space="0" w:color="auto"/>
              <w:right w:val="single" w:sz="4" w:space="0" w:color="auto"/>
            </w:tcBorders>
            <w:tcMar>
              <w:top w:w="40" w:type="dxa"/>
              <w:left w:w="50" w:type="dxa"/>
              <w:bottom w:w="40" w:type="dxa"/>
              <w:right w:w="50" w:type="dxa"/>
            </w:tcMar>
            <w:vAlign w:val="center"/>
          </w:tcPr>
          <w:p w14:paraId="63DBA8F6" w14:textId="66FDE955" w:rsidR="0056125B" w:rsidRPr="007F11E8" w:rsidRDefault="00834DAE">
            <w:pPr>
              <w:keepLines/>
              <w:rPr>
                <w:bCs/>
                <w:sz w:val="22"/>
              </w:rPr>
            </w:pPr>
            <w:r w:rsidRPr="007F11E8">
              <w:rPr>
                <w:bCs/>
                <w:sz w:val="22"/>
              </w:rPr>
              <w:t>L</w:t>
            </w:r>
            <w:r w:rsidR="00AA05D2" w:rsidRPr="007F11E8">
              <w:rPr>
                <w:bCs/>
                <w:sz w:val="22"/>
              </w:rPr>
              <w:t>imited to eligible permanent commercial machinery and equipment</w:t>
            </w:r>
          </w:p>
        </w:tc>
      </w:tr>
      <w:tr w:rsidR="0056125B" w14:paraId="67DEABD6" w14:textId="77777777" w:rsidTr="00FA5FED">
        <w:trPr>
          <w:cantSplit/>
          <w:jc w:val="center"/>
        </w:trPr>
        <w:tc>
          <w:tcPr>
            <w:tcW w:w="5670" w:type="dxa"/>
            <w:tcBorders>
              <w:top w:val="single" w:sz="4" w:space="0" w:color="auto"/>
            </w:tcBorders>
            <w:tcMar>
              <w:top w:w="40" w:type="dxa"/>
              <w:left w:w="50" w:type="dxa"/>
              <w:bottom w:w="40" w:type="dxa"/>
              <w:right w:w="50" w:type="dxa"/>
            </w:tcMar>
            <w:vAlign w:val="center"/>
          </w:tcPr>
          <w:p w14:paraId="4A3FC9BB" w14:textId="3AA4EA32" w:rsidR="0056125B" w:rsidRPr="00402EE3" w:rsidRDefault="0056125B">
            <w:pPr>
              <w:keepLines/>
              <w:rPr>
                <w:sz w:val="20"/>
                <w:szCs w:val="20"/>
              </w:rPr>
            </w:pPr>
          </w:p>
        </w:tc>
        <w:tc>
          <w:tcPr>
            <w:tcW w:w="4626" w:type="dxa"/>
            <w:tcBorders>
              <w:top w:val="single" w:sz="4" w:space="0" w:color="auto"/>
            </w:tcBorders>
            <w:tcMar>
              <w:top w:w="40" w:type="dxa"/>
              <w:left w:w="50" w:type="dxa"/>
              <w:bottom w:w="40" w:type="dxa"/>
              <w:right w:w="50" w:type="dxa"/>
            </w:tcMar>
            <w:vAlign w:val="center"/>
          </w:tcPr>
          <w:p w14:paraId="0C2AFAA8" w14:textId="7713B5A7" w:rsidR="0056125B" w:rsidRPr="00402EE3" w:rsidRDefault="0056125B">
            <w:pPr>
              <w:keepLines/>
              <w:rPr>
                <w:sz w:val="20"/>
                <w:szCs w:val="20"/>
              </w:rPr>
            </w:pPr>
          </w:p>
        </w:tc>
      </w:tr>
    </w:tbl>
    <w:p w14:paraId="4E3A2B8C" w14:textId="6AA9C82E" w:rsidR="0056125B" w:rsidRDefault="000255CF" w:rsidP="00926453">
      <w:pPr>
        <w:spacing w:after="60"/>
      </w:pPr>
      <w:r>
        <w:rPr>
          <w:b/>
          <w:color w:val="17365D"/>
          <w:sz w:val="22"/>
        </w:rPr>
        <w:t xml:space="preserve">3.1 </w:t>
      </w:r>
      <w:r w:rsidR="00AA05D2" w:rsidRPr="0060043C">
        <w:rPr>
          <w:b/>
          <w:color w:val="17365D"/>
          <w:sz w:val="22"/>
        </w:rPr>
        <w:t>Project Summary</w:t>
      </w:r>
      <w:r w:rsidR="00AA05D2">
        <w:rPr>
          <w:color w:val="595959"/>
          <w:sz w:val="17"/>
        </w:rPr>
        <w:br/>
      </w:r>
      <w:r w:rsidR="00AA05D2" w:rsidRPr="0060043C">
        <w:rPr>
          <w:color w:val="595959"/>
          <w:sz w:val="20"/>
          <w:szCs w:val="20"/>
        </w:rPr>
        <w:t xml:space="preserve">In 3-5 sentences, </w:t>
      </w:r>
      <w:r w:rsidR="00B33E2C">
        <w:rPr>
          <w:color w:val="595959"/>
          <w:sz w:val="20"/>
          <w:szCs w:val="20"/>
        </w:rPr>
        <w:t>describe the project to be undertaken to include</w:t>
      </w:r>
      <w:r w:rsidR="00CA6449">
        <w:rPr>
          <w:color w:val="595959"/>
          <w:sz w:val="20"/>
          <w:szCs w:val="20"/>
        </w:rPr>
        <w:t>:</w:t>
      </w:r>
      <w:r w:rsidR="00AA05D2" w:rsidRPr="0060043C">
        <w:rPr>
          <w:color w:val="595959"/>
          <w:sz w:val="20"/>
          <w:szCs w:val="20"/>
        </w:rPr>
        <w:t xml:space="preserve"> what will be constructed, installed, rehabilitated,</w:t>
      </w:r>
      <w:r w:rsidR="00CA6449">
        <w:rPr>
          <w:color w:val="595959"/>
          <w:sz w:val="20"/>
          <w:szCs w:val="20"/>
        </w:rPr>
        <w:t xml:space="preserve"> or purchased</w:t>
      </w:r>
      <w:r w:rsidR="00AA05D2" w:rsidRPr="0060043C">
        <w:rPr>
          <w:color w:val="595959"/>
          <w:sz w:val="20"/>
          <w:szCs w:val="20"/>
        </w:rPr>
        <w:t>; where it will occur; and the intended result</w:t>
      </w:r>
      <w:r w:rsidR="00B33E2C">
        <w:rPr>
          <w:color w:val="595959"/>
          <w:sz w:val="20"/>
          <w:szCs w:val="20"/>
        </w:rPr>
        <w:t>(s)</w:t>
      </w:r>
      <w:r w:rsidR="00AA05D2" w:rsidRPr="0060043C">
        <w:rPr>
          <w:color w:val="595959"/>
          <w:sz w:val="20"/>
          <w:szCs w:val="20"/>
        </w:rPr>
        <w:t>.</w:t>
      </w:r>
      <w:r w:rsidR="00B33E2C">
        <w:rPr>
          <w:color w:val="595959"/>
          <w:sz w:val="20"/>
          <w:szCs w:val="20"/>
        </w:rPr>
        <w:t xml:space="preserve"> </w:t>
      </w:r>
    </w:p>
    <w:tbl>
      <w:tblPr>
        <w:tblW w:w="10677" w:type="dxa"/>
        <w:tblLook w:val="04A0" w:firstRow="1" w:lastRow="0" w:firstColumn="1" w:lastColumn="0" w:noHBand="0" w:noVBand="1"/>
      </w:tblPr>
      <w:tblGrid>
        <w:gridCol w:w="10677"/>
      </w:tblGrid>
      <w:tr w:rsidR="0056125B" w14:paraId="71E96271" w14:textId="77777777" w:rsidTr="00FC5756">
        <w:trPr>
          <w:cantSplit/>
          <w:trHeight w:val="2480"/>
        </w:trPr>
        <w:tc>
          <w:tcPr>
            <w:tcW w:w="10677"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28A58B9A" w14:textId="175AD839" w:rsidR="0056125B" w:rsidRPr="00834DAE" w:rsidRDefault="0056125B">
            <w:pPr>
              <w:keepLines/>
              <w:rPr>
                <w:iCs/>
              </w:rPr>
            </w:pPr>
          </w:p>
        </w:tc>
      </w:tr>
    </w:tbl>
    <w:p w14:paraId="21727E8A" w14:textId="77777777" w:rsidR="0056125B" w:rsidRDefault="0056125B">
      <w:pPr>
        <w:spacing w:after="0"/>
      </w:pPr>
    </w:p>
    <w:p w14:paraId="30D73600" w14:textId="77777777" w:rsidR="0056125B" w:rsidRPr="0060043C" w:rsidRDefault="0056125B">
      <w:pPr>
        <w:spacing w:after="0"/>
        <w:rPr>
          <w:sz w:val="20"/>
          <w:szCs w:val="20"/>
        </w:rPr>
      </w:pPr>
    </w:p>
    <w:p w14:paraId="313C84E2" w14:textId="77777777" w:rsidR="0056125B" w:rsidRDefault="0056125B">
      <w:pPr>
        <w:spacing w:after="0"/>
      </w:pPr>
    </w:p>
    <w:p w14:paraId="79C29C0D" w14:textId="031F31C1" w:rsidR="00926453" w:rsidRDefault="00926453">
      <w:pPr>
        <w:spacing w:after="200" w:line="276" w:lineRule="auto"/>
      </w:pPr>
      <w:r>
        <w:br w:type="page"/>
      </w:r>
    </w:p>
    <w:p w14:paraId="5EC4580F"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tblGrid>
      <w:tr w:rsidR="0056125B" w14:paraId="15C53411" w14:textId="77777777">
        <w:trPr>
          <w:cantSplit/>
          <w:jc w:val="center"/>
        </w:trPr>
        <w:tc>
          <w:tcPr>
            <w:tcW w:w="792" w:type="dxa"/>
            <w:shd w:val="clear" w:color="auto" w:fill="17365D"/>
            <w:tcMar>
              <w:top w:w="90" w:type="dxa"/>
              <w:left w:w="100" w:type="dxa"/>
              <w:bottom w:w="90" w:type="dxa"/>
              <w:right w:w="100" w:type="dxa"/>
            </w:tcMar>
            <w:vAlign w:val="center"/>
          </w:tcPr>
          <w:p w14:paraId="39E9A9A4" w14:textId="77777777" w:rsidR="0056125B" w:rsidRDefault="00AA05D2">
            <w:pPr>
              <w:keepNext/>
              <w:keepLines/>
              <w:jc w:val="center"/>
            </w:pPr>
            <w:r>
              <w:rPr>
                <w:b/>
                <w:color w:val="FFFFFF"/>
                <w:sz w:val="28"/>
              </w:rPr>
              <w:t>4</w:t>
            </w:r>
          </w:p>
        </w:tc>
        <w:tc>
          <w:tcPr>
            <w:tcW w:w="9432" w:type="dxa"/>
            <w:shd w:val="clear" w:color="auto" w:fill="2E65B0"/>
            <w:tcMar>
              <w:top w:w="90" w:type="dxa"/>
              <w:left w:w="100" w:type="dxa"/>
              <w:bottom w:w="90" w:type="dxa"/>
              <w:right w:w="100" w:type="dxa"/>
            </w:tcMar>
            <w:vAlign w:val="center"/>
          </w:tcPr>
          <w:p w14:paraId="541DC96D" w14:textId="554DD7B1" w:rsidR="0056125B" w:rsidRDefault="00AA05D2">
            <w:pPr>
              <w:keepNext/>
              <w:keepLines/>
            </w:pPr>
            <w:r>
              <w:rPr>
                <w:b/>
                <w:color w:val="FFFFFF"/>
                <w:sz w:val="24"/>
              </w:rPr>
              <w:t>DETAILED SCOPE OF WORK</w:t>
            </w:r>
            <w:r w:rsidR="000A1601">
              <w:rPr>
                <w:b/>
                <w:color w:val="FFFFFF"/>
                <w:sz w:val="24"/>
              </w:rPr>
              <w:t xml:space="preserve"> </w:t>
            </w:r>
            <w:r w:rsidR="00B33E2C">
              <w:rPr>
                <w:b/>
                <w:color w:val="FFFFFF"/>
                <w:sz w:val="24"/>
              </w:rPr>
              <w:t>-</w:t>
            </w:r>
            <w:r w:rsidR="000A1601">
              <w:rPr>
                <w:b/>
                <w:color w:val="FFFFFF"/>
                <w:sz w:val="24"/>
              </w:rPr>
              <w:t xml:space="preserve"> </w:t>
            </w:r>
            <w:r w:rsidR="00B33E2C">
              <w:rPr>
                <w:b/>
                <w:color w:val="FFFFFF"/>
                <w:sz w:val="24"/>
              </w:rPr>
              <w:t xml:space="preserve">RENOVATION </w:t>
            </w:r>
            <w:r w:rsidR="0074235F">
              <w:rPr>
                <w:b/>
                <w:color w:val="FFFFFF"/>
                <w:sz w:val="24"/>
              </w:rPr>
              <w:t xml:space="preserve">and MINOR </w:t>
            </w:r>
            <w:r w:rsidR="00B33E2C">
              <w:rPr>
                <w:b/>
                <w:color w:val="FFFFFF"/>
                <w:sz w:val="24"/>
              </w:rPr>
              <w:t>PROJECTS ONLY</w:t>
            </w:r>
          </w:p>
        </w:tc>
      </w:tr>
    </w:tbl>
    <w:p w14:paraId="50408451" w14:textId="3B6503F8" w:rsidR="00926453" w:rsidRDefault="00926453" w:rsidP="000255CF">
      <w:pPr>
        <w:keepNext/>
        <w:spacing w:after="60"/>
        <w:ind w:left="90"/>
      </w:pPr>
      <w:bookmarkStart w:id="1" w:name="_Hlk236751239"/>
      <w:r w:rsidRPr="0060043C">
        <w:rPr>
          <w:b/>
          <w:color w:val="17365D"/>
          <w:sz w:val="22"/>
        </w:rPr>
        <w:t>Detailed Proposed Work</w:t>
      </w:r>
      <w:r>
        <w:rPr>
          <w:b/>
          <w:color w:val="17365D"/>
          <w:sz w:val="22"/>
        </w:rPr>
        <w:t xml:space="preserve"> </w:t>
      </w:r>
      <w:bookmarkEnd w:id="1"/>
      <w:r>
        <w:rPr>
          <w:b/>
          <w:color w:val="17365D"/>
          <w:sz w:val="22"/>
        </w:rPr>
        <w:t xml:space="preserve">– </w:t>
      </w:r>
      <w:r w:rsidRPr="002B7203">
        <w:rPr>
          <w:bCs/>
          <w:sz w:val="22"/>
        </w:rPr>
        <w:t xml:space="preserve">The scope of work for a participating renovation project must address: Immediate health and safety concerns, the correction of existing code violations, environmental hazards, installation of energy conservation measures, accessibility for persons with disabilities, consistency with any other local program design guidelines, and preservation of historical elements of the building. The Village/LPA is responsible for coordinating renovation work write-ups with local officials, the State Historic Preservation Office, and other regulators. If needed, additional experts must be consulted. Both the Village/LPA and the property owner must sign-off on the formal scope of work. </w:t>
      </w:r>
      <w:r w:rsidRPr="002B7203">
        <w:rPr>
          <w:bCs/>
          <w:sz w:val="17"/>
        </w:rPr>
        <w:br/>
      </w:r>
    </w:p>
    <w:p w14:paraId="2D5606DA" w14:textId="113219C1" w:rsidR="002B7203" w:rsidRDefault="002B7203" w:rsidP="000255CF">
      <w:pPr>
        <w:keepNext/>
        <w:spacing w:after="60"/>
        <w:ind w:left="90"/>
        <w:rPr>
          <w:b/>
          <w:color w:val="17365D"/>
          <w:sz w:val="24"/>
          <w:szCs w:val="24"/>
        </w:rPr>
      </w:pPr>
      <w:r w:rsidRPr="002B7203">
        <w:rPr>
          <w:b/>
          <w:color w:val="17365D"/>
          <w:sz w:val="24"/>
          <w:szCs w:val="24"/>
        </w:rPr>
        <w:t>4.1</w:t>
      </w:r>
      <w:r w:rsidRPr="002B7203">
        <w:rPr>
          <w:sz w:val="21"/>
          <w:szCs w:val="24"/>
        </w:rPr>
        <w:t xml:space="preserve"> </w:t>
      </w:r>
      <w:r w:rsidRPr="002B7203">
        <w:rPr>
          <w:b/>
          <w:color w:val="17365D"/>
          <w:sz w:val="24"/>
          <w:szCs w:val="24"/>
        </w:rPr>
        <w:t>Building Renovations and Minor Projects Only</w:t>
      </w:r>
    </w:p>
    <w:p w14:paraId="4A12CAC4" w14:textId="104F8280" w:rsidR="002B7203" w:rsidRDefault="002B7203" w:rsidP="000255CF">
      <w:pPr>
        <w:keepNext/>
        <w:spacing w:after="60"/>
        <w:ind w:left="90"/>
        <w:rPr>
          <w:sz w:val="22"/>
        </w:rPr>
      </w:pPr>
      <w:r w:rsidRPr="002B7203">
        <w:rPr>
          <w:sz w:val="22"/>
        </w:rPr>
        <w:t>Complete the table below</w:t>
      </w:r>
      <w:r>
        <w:rPr>
          <w:sz w:val="22"/>
        </w:rPr>
        <w:t xml:space="preserve"> using the</w:t>
      </w:r>
      <w:r w:rsidRPr="002B7203">
        <w:rPr>
          <w:sz w:val="22"/>
        </w:rPr>
        <w:t xml:space="preserve"> examples </w:t>
      </w:r>
      <w:r>
        <w:rPr>
          <w:sz w:val="22"/>
        </w:rPr>
        <w:t>below</w:t>
      </w:r>
      <w:r w:rsidRPr="002B7203">
        <w:rPr>
          <w:sz w:val="22"/>
        </w:rPr>
        <w:t>. List each distinct component. The approved scope will be refined after conditional selection and will be the basis for procurement, contract documents, inspection, and reimbursement. Add rows or attach a continuation sheet as needed</w:t>
      </w:r>
      <w:r>
        <w:rPr>
          <w:sz w:val="22"/>
        </w:rPr>
        <w:t xml:space="preserve"> and include with the application any design drawings, prints, renderings, or cost estimates</w:t>
      </w:r>
      <w:r w:rsidRPr="002B7203">
        <w:rPr>
          <w:sz w:val="22"/>
        </w:rPr>
        <w:t>.</w:t>
      </w:r>
    </w:p>
    <w:p w14:paraId="554E21D2" w14:textId="77777777" w:rsidR="002B7203" w:rsidRPr="002B7203" w:rsidRDefault="002B7203" w:rsidP="000255CF">
      <w:pPr>
        <w:keepNext/>
        <w:spacing w:after="60"/>
        <w:ind w:left="90"/>
        <w:rPr>
          <w:sz w:val="21"/>
          <w:szCs w:val="24"/>
        </w:rPr>
      </w:pPr>
    </w:p>
    <w:p w14:paraId="5EC2C691" w14:textId="3395260B" w:rsidR="000255CF" w:rsidRPr="002B7203" w:rsidRDefault="000255CF" w:rsidP="000255CF">
      <w:pPr>
        <w:keepNext/>
        <w:spacing w:after="60"/>
        <w:ind w:left="90"/>
        <w:rPr>
          <w:i/>
          <w:iCs/>
          <w:sz w:val="21"/>
          <w:szCs w:val="24"/>
        </w:rPr>
      </w:pPr>
      <w:r w:rsidRPr="002B7203">
        <w:rPr>
          <w:b/>
          <w:bCs/>
          <w:i/>
          <w:iCs/>
          <w:color w:val="1F497D" w:themeColor="text2"/>
          <w:sz w:val="24"/>
          <w:szCs w:val="24"/>
        </w:rPr>
        <w:t>Examples</w:t>
      </w:r>
    </w:p>
    <w:p w14:paraId="0FF6DBA2" w14:textId="60F3812B" w:rsidR="00FA3F2A" w:rsidRPr="002B7203" w:rsidRDefault="00FA3F2A" w:rsidP="000255CF">
      <w:pPr>
        <w:ind w:left="90"/>
        <w:rPr>
          <w:b/>
          <w:bCs/>
          <w:i/>
          <w:iCs/>
          <w:color w:val="1F497D" w:themeColor="text2"/>
          <w:sz w:val="22"/>
        </w:rPr>
      </w:pPr>
      <w:r w:rsidRPr="002B7203">
        <w:rPr>
          <w:b/>
          <w:bCs/>
          <w:i/>
          <w:iCs/>
          <w:color w:val="1F497D" w:themeColor="text2"/>
          <w:sz w:val="22"/>
        </w:rPr>
        <w:t>Building Renovation Example: Activities include storefront improvements, façade restoration, and interior commercial renovations</w:t>
      </w:r>
      <w:r w:rsidR="00FD534B" w:rsidRPr="002B7203">
        <w:rPr>
          <w:b/>
          <w:bCs/>
          <w:i/>
          <w:iCs/>
          <w:color w:val="1F497D" w:themeColor="text2"/>
          <w:sz w:val="22"/>
        </w:rPr>
        <w:t>. Total Project Cost: $140,000; Grant Amount: $105,000 and Match Amount: $35,000</w:t>
      </w:r>
    </w:p>
    <w:tbl>
      <w:tblPr>
        <w:tblW w:w="5367" w:type="pct"/>
        <w:jc w:val="center"/>
        <w:tblLook w:val="04A0" w:firstRow="1" w:lastRow="0" w:firstColumn="1" w:lastColumn="0" w:noHBand="0" w:noVBand="1"/>
      </w:tblPr>
      <w:tblGrid>
        <w:gridCol w:w="294"/>
        <w:gridCol w:w="2126"/>
        <w:gridCol w:w="4396"/>
        <w:gridCol w:w="1345"/>
        <w:gridCol w:w="2957"/>
      </w:tblGrid>
      <w:tr w:rsidR="00FA3F2A" w:rsidRPr="007F11E8" w14:paraId="35F91CF0" w14:textId="77777777" w:rsidTr="00695B76">
        <w:trPr>
          <w:tblHeader/>
          <w:jc w:val="center"/>
        </w:trPr>
        <w:tc>
          <w:tcPr>
            <w:tcW w:w="132"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3176054" w14:textId="77777777" w:rsidR="00FA3F2A" w:rsidRPr="007F11E8" w:rsidRDefault="00FA3F2A" w:rsidP="00695B76">
            <w:pPr>
              <w:keepLines/>
              <w:jc w:val="center"/>
              <w:rPr>
                <w:sz w:val="22"/>
              </w:rPr>
            </w:pPr>
            <w:r w:rsidRPr="007F11E8">
              <w:rPr>
                <w:b/>
                <w:color w:val="FFFFFF"/>
                <w:sz w:val="22"/>
              </w:rPr>
              <w:t>#</w:t>
            </w:r>
          </w:p>
        </w:tc>
        <w:tc>
          <w:tcPr>
            <w:tcW w:w="956"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2D7323C" w14:textId="77777777" w:rsidR="00FA3F2A" w:rsidRPr="007F11E8" w:rsidRDefault="00FA3F2A" w:rsidP="00695B76">
            <w:pPr>
              <w:keepLines/>
              <w:jc w:val="center"/>
              <w:rPr>
                <w:b/>
                <w:color w:val="FFFFFF"/>
                <w:sz w:val="22"/>
              </w:rPr>
            </w:pPr>
            <w:r w:rsidRPr="007F11E8">
              <w:rPr>
                <w:b/>
                <w:color w:val="FFFFFF"/>
                <w:sz w:val="22"/>
              </w:rPr>
              <w:t>Work Item</w:t>
            </w:r>
          </w:p>
          <w:p w14:paraId="24AEF8B9" w14:textId="77777777" w:rsidR="00FA3F2A" w:rsidRPr="007F11E8" w:rsidRDefault="00FA3F2A" w:rsidP="00695B76">
            <w:pPr>
              <w:keepLines/>
              <w:jc w:val="center"/>
              <w:rPr>
                <w:sz w:val="22"/>
              </w:rPr>
            </w:pPr>
            <w:r w:rsidRPr="007F11E8">
              <w:rPr>
                <w:i/>
                <w:color w:val="FFFFFF" w:themeColor="background1"/>
                <w:sz w:val="22"/>
              </w:rPr>
              <w:t>[Work item</w:t>
            </w:r>
            <w:r>
              <w:rPr>
                <w:i/>
                <w:color w:val="FFFFFF" w:themeColor="background1"/>
                <w:sz w:val="22"/>
              </w:rPr>
              <w:t>]</w:t>
            </w:r>
          </w:p>
        </w:tc>
        <w:tc>
          <w:tcPr>
            <w:tcW w:w="1977"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7888B46" w14:textId="77777777" w:rsidR="00FA3F2A" w:rsidRPr="007F11E8" w:rsidRDefault="00FA3F2A" w:rsidP="00695B76">
            <w:pPr>
              <w:keepLines/>
              <w:jc w:val="center"/>
              <w:rPr>
                <w:sz w:val="22"/>
              </w:rPr>
            </w:pPr>
            <w:r w:rsidRPr="007F11E8">
              <w:rPr>
                <w:b/>
                <w:color w:val="FFFFFF"/>
                <w:sz w:val="22"/>
              </w:rPr>
              <w:t>Location / Quantity / Specifications</w:t>
            </w:r>
          </w:p>
        </w:tc>
        <w:tc>
          <w:tcPr>
            <w:tcW w:w="605"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C53F3DD" w14:textId="77777777" w:rsidR="00FA3F2A" w:rsidRPr="007F11E8" w:rsidRDefault="00FA3F2A" w:rsidP="00695B76">
            <w:pPr>
              <w:keepLines/>
              <w:jc w:val="center"/>
              <w:rPr>
                <w:sz w:val="22"/>
              </w:rPr>
            </w:pPr>
            <w:r w:rsidRPr="007F11E8">
              <w:rPr>
                <w:b/>
                <w:color w:val="FFFFFF"/>
                <w:sz w:val="22"/>
              </w:rPr>
              <w:t>Cost or Estimated Cost</w:t>
            </w:r>
          </w:p>
        </w:tc>
        <w:tc>
          <w:tcPr>
            <w:tcW w:w="1331"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3BBF53A8" w14:textId="77777777" w:rsidR="00FA3F2A" w:rsidRPr="007F11E8" w:rsidRDefault="00FA3F2A" w:rsidP="00695B76">
            <w:pPr>
              <w:keepLines/>
              <w:jc w:val="center"/>
              <w:rPr>
                <w:sz w:val="22"/>
              </w:rPr>
            </w:pPr>
            <w:r w:rsidRPr="007F11E8">
              <w:rPr>
                <w:b/>
                <w:color w:val="FFFFFF"/>
                <w:sz w:val="22"/>
              </w:rPr>
              <w:t>Funding</w:t>
            </w:r>
          </w:p>
        </w:tc>
      </w:tr>
      <w:tr w:rsidR="00FA3F2A" w:rsidRPr="007F11E8" w14:paraId="5AD09F1E" w14:textId="77777777" w:rsidTr="00695B76">
        <w:trPr>
          <w:cantSplit/>
          <w:jc w:val="center"/>
        </w:trPr>
        <w:tc>
          <w:tcPr>
            <w:tcW w:w="13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0D7F2EA" w14:textId="77777777" w:rsidR="00FA3F2A" w:rsidRPr="007F11E8" w:rsidRDefault="00FA3F2A" w:rsidP="00695B76">
            <w:pPr>
              <w:keepLines/>
              <w:rPr>
                <w:sz w:val="22"/>
              </w:rPr>
            </w:pPr>
            <w:r w:rsidRPr="007F11E8">
              <w:rPr>
                <w:color w:val="000000"/>
                <w:sz w:val="22"/>
              </w:rPr>
              <w:t>1</w:t>
            </w:r>
          </w:p>
        </w:tc>
        <w:tc>
          <w:tcPr>
            <w:tcW w:w="956"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78EB8AC" w14:textId="78392932" w:rsidR="00FA3F2A" w:rsidRPr="007F11E8" w:rsidRDefault="00FA3F2A" w:rsidP="00695B76">
            <w:pPr>
              <w:keepLines/>
              <w:rPr>
                <w:sz w:val="22"/>
              </w:rPr>
            </w:pPr>
            <w:r>
              <w:rPr>
                <w:sz w:val="22"/>
              </w:rPr>
              <w:t>Storefront improvements</w:t>
            </w:r>
          </w:p>
        </w:tc>
        <w:tc>
          <w:tcPr>
            <w:tcW w:w="1977"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94F8B21" w14:textId="3F001ABE" w:rsidR="00FA3F2A" w:rsidRPr="007F11E8" w:rsidRDefault="00FA3F2A" w:rsidP="00695B76">
            <w:pPr>
              <w:keepLines/>
              <w:rPr>
                <w:sz w:val="22"/>
              </w:rPr>
            </w:pPr>
            <w:r>
              <w:rPr>
                <w:sz w:val="22"/>
              </w:rPr>
              <w:t>Restore front building façade, replace storefront windows and doors</w:t>
            </w:r>
          </w:p>
        </w:tc>
        <w:tc>
          <w:tcPr>
            <w:tcW w:w="60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B99595D" w14:textId="45F3E33F" w:rsidR="00FA3F2A" w:rsidRPr="007F11E8" w:rsidRDefault="00FA3F2A" w:rsidP="00695B76">
            <w:pPr>
              <w:keepLines/>
              <w:rPr>
                <w:sz w:val="22"/>
              </w:rPr>
            </w:pPr>
            <w:r>
              <w:rPr>
                <w:sz w:val="22"/>
              </w:rPr>
              <w:t xml:space="preserve">Estimated cost: $40,000 </w:t>
            </w:r>
          </w:p>
        </w:tc>
        <w:tc>
          <w:tcPr>
            <w:tcW w:w="1331"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tcPr>
          <w:p w14:paraId="35061F99" w14:textId="77777777" w:rsidR="00FA3F2A" w:rsidRDefault="00FA3F2A" w:rsidP="00695B76">
            <w:pPr>
              <w:keepLines/>
              <w:rPr>
                <w:sz w:val="22"/>
              </w:rPr>
            </w:pPr>
            <w:r>
              <w:rPr>
                <w:sz w:val="22"/>
              </w:rPr>
              <w:t>Grant Amount:</w:t>
            </w:r>
          </w:p>
          <w:p w14:paraId="46F7101E" w14:textId="161D2021" w:rsidR="00FA3F2A" w:rsidRDefault="00FA3F2A" w:rsidP="00695B76">
            <w:pPr>
              <w:keepLines/>
              <w:rPr>
                <w:sz w:val="22"/>
              </w:rPr>
            </w:pPr>
            <w:r>
              <w:rPr>
                <w:sz w:val="22"/>
              </w:rPr>
              <w:t>$30,000</w:t>
            </w:r>
          </w:p>
          <w:p w14:paraId="0F321915" w14:textId="77777777" w:rsidR="00FA3F2A" w:rsidRDefault="00FA3F2A" w:rsidP="00695B76">
            <w:pPr>
              <w:keepLines/>
              <w:rPr>
                <w:sz w:val="22"/>
              </w:rPr>
            </w:pPr>
            <w:r>
              <w:rPr>
                <w:sz w:val="22"/>
              </w:rPr>
              <w:t>Match Amount:</w:t>
            </w:r>
          </w:p>
          <w:p w14:paraId="0FF8E75D" w14:textId="578D73A7" w:rsidR="00FA3F2A" w:rsidRPr="007F11E8" w:rsidRDefault="00FA3F2A" w:rsidP="00695B76">
            <w:pPr>
              <w:keepLines/>
              <w:rPr>
                <w:sz w:val="22"/>
              </w:rPr>
            </w:pPr>
            <w:r>
              <w:rPr>
                <w:sz w:val="22"/>
              </w:rPr>
              <w:t>$10,000</w:t>
            </w:r>
          </w:p>
        </w:tc>
      </w:tr>
      <w:tr w:rsidR="00FA3F2A" w:rsidRPr="007F11E8" w14:paraId="39D393CF" w14:textId="77777777" w:rsidTr="00695B76">
        <w:trPr>
          <w:cantSplit/>
          <w:jc w:val="center"/>
        </w:trPr>
        <w:tc>
          <w:tcPr>
            <w:tcW w:w="13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5239AB1" w14:textId="04DA340F" w:rsidR="00FA3F2A" w:rsidRPr="007F11E8" w:rsidRDefault="00FA3F2A" w:rsidP="00695B76">
            <w:pPr>
              <w:keepLines/>
              <w:rPr>
                <w:color w:val="000000"/>
                <w:sz w:val="22"/>
              </w:rPr>
            </w:pPr>
            <w:r>
              <w:rPr>
                <w:color w:val="000000"/>
                <w:sz w:val="22"/>
              </w:rPr>
              <w:t>2</w:t>
            </w:r>
          </w:p>
        </w:tc>
        <w:tc>
          <w:tcPr>
            <w:tcW w:w="956"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1F23B23" w14:textId="1455D09B" w:rsidR="00FA3F2A" w:rsidRDefault="00FA3F2A" w:rsidP="00695B76">
            <w:pPr>
              <w:keepLines/>
              <w:rPr>
                <w:sz w:val="22"/>
              </w:rPr>
            </w:pPr>
            <w:r>
              <w:rPr>
                <w:sz w:val="22"/>
              </w:rPr>
              <w:t>Commercial Interior Renovation</w:t>
            </w:r>
          </w:p>
        </w:tc>
        <w:tc>
          <w:tcPr>
            <w:tcW w:w="1977"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D38875" w14:textId="5DA5108E" w:rsidR="00FA3F2A" w:rsidRDefault="00FA3F2A" w:rsidP="00695B76">
            <w:pPr>
              <w:keepLines/>
              <w:rPr>
                <w:sz w:val="22"/>
              </w:rPr>
            </w:pPr>
            <w:r>
              <w:rPr>
                <w:sz w:val="22"/>
              </w:rPr>
              <w:t>Renovate vacant commercial space including demolition, construction of customer service areas and offices, installation of code-compliant restrooms with electrical upgrades and interior finishes</w:t>
            </w:r>
          </w:p>
        </w:tc>
        <w:tc>
          <w:tcPr>
            <w:tcW w:w="60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226A2B5" w14:textId="55CF8DD9" w:rsidR="00FA3F2A" w:rsidRDefault="00FA3F2A" w:rsidP="00695B76">
            <w:pPr>
              <w:keepLines/>
              <w:rPr>
                <w:sz w:val="22"/>
              </w:rPr>
            </w:pPr>
            <w:r>
              <w:rPr>
                <w:sz w:val="22"/>
              </w:rPr>
              <w:t>Estimated cost: $100,000</w:t>
            </w:r>
          </w:p>
        </w:tc>
        <w:tc>
          <w:tcPr>
            <w:tcW w:w="1331"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tcPr>
          <w:p w14:paraId="5003B0D7" w14:textId="77777777" w:rsidR="00FA3F2A" w:rsidRDefault="00FA3F2A" w:rsidP="00FA3F2A">
            <w:pPr>
              <w:keepLines/>
              <w:rPr>
                <w:sz w:val="22"/>
              </w:rPr>
            </w:pPr>
            <w:r>
              <w:rPr>
                <w:sz w:val="22"/>
              </w:rPr>
              <w:t>Grant Amount:</w:t>
            </w:r>
          </w:p>
          <w:p w14:paraId="38A405B1" w14:textId="1390BAF0" w:rsidR="00FA3F2A" w:rsidRDefault="00FA3F2A" w:rsidP="00FA3F2A">
            <w:pPr>
              <w:keepLines/>
              <w:rPr>
                <w:sz w:val="22"/>
              </w:rPr>
            </w:pPr>
            <w:r>
              <w:rPr>
                <w:sz w:val="22"/>
              </w:rPr>
              <w:t>$75,000</w:t>
            </w:r>
          </w:p>
          <w:p w14:paraId="077B2C20" w14:textId="77777777" w:rsidR="00FA3F2A" w:rsidRDefault="00FA3F2A" w:rsidP="00FA3F2A">
            <w:pPr>
              <w:keepLines/>
              <w:rPr>
                <w:sz w:val="22"/>
              </w:rPr>
            </w:pPr>
            <w:r>
              <w:rPr>
                <w:sz w:val="22"/>
              </w:rPr>
              <w:t>Match Amount:</w:t>
            </w:r>
          </w:p>
          <w:p w14:paraId="5F3CC80D" w14:textId="37AACD83" w:rsidR="00FA3F2A" w:rsidRDefault="00FA3F2A" w:rsidP="00FA3F2A">
            <w:pPr>
              <w:keepLines/>
              <w:rPr>
                <w:sz w:val="22"/>
              </w:rPr>
            </w:pPr>
            <w:r>
              <w:rPr>
                <w:sz w:val="22"/>
              </w:rPr>
              <w:t>$25,000</w:t>
            </w:r>
          </w:p>
        </w:tc>
      </w:tr>
    </w:tbl>
    <w:p w14:paraId="45B745A1" w14:textId="77777777" w:rsidR="00FA3F2A" w:rsidRDefault="00FA3F2A">
      <w:pPr>
        <w:rPr>
          <w:b/>
          <w:bCs/>
          <w:color w:val="1F497D" w:themeColor="text2"/>
          <w:sz w:val="22"/>
        </w:rPr>
      </w:pPr>
    </w:p>
    <w:p w14:paraId="49DD3C2C" w14:textId="778BB54D" w:rsidR="002773C0" w:rsidRPr="002B7203" w:rsidRDefault="002773C0">
      <w:pPr>
        <w:rPr>
          <w:b/>
          <w:bCs/>
          <w:i/>
          <w:iCs/>
          <w:color w:val="1F497D" w:themeColor="text2"/>
          <w:sz w:val="22"/>
        </w:rPr>
      </w:pPr>
      <w:r w:rsidRPr="002B7203">
        <w:rPr>
          <w:b/>
          <w:bCs/>
          <w:i/>
          <w:iCs/>
          <w:color w:val="1F497D" w:themeColor="text2"/>
          <w:sz w:val="22"/>
        </w:rPr>
        <w:t xml:space="preserve">Minor Project Example: </w:t>
      </w:r>
      <w:r w:rsidR="000A1601" w:rsidRPr="002B7203">
        <w:rPr>
          <w:b/>
          <w:bCs/>
          <w:i/>
          <w:iCs/>
          <w:color w:val="1F497D" w:themeColor="text2"/>
          <w:sz w:val="22"/>
        </w:rPr>
        <w:t>Activities include signage, awning, and painting</w:t>
      </w:r>
    </w:p>
    <w:tbl>
      <w:tblPr>
        <w:tblW w:w="5367" w:type="pct"/>
        <w:jc w:val="center"/>
        <w:tblLook w:val="04A0" w:firstRow="1" w:lastRow="0" w:firstColumn="1" w:lastColumn="0" w:noHBand="0" w:noVBand="1"/>
      </w:tblPr>
      <w:tblGrid>
        <w:gridCol w:w="294"/>
        <w:gridCol w:w="2126"/>
        <w:gridCol w:w="4396"/>
        <w:gridCol w:w="1345"/>
        <w:gridCol w:w="2957"/>
      </w:tblGrid>
      <w:tr w:rsidR="007D5BEA" w:rsidRPr="007F11E8" w14:paraId="772C55B4" w14:textId="77777777" w:rsidTr="007D5BEA">
        <w:trPr>
          <w:tblHeader/>
          <w:jc w:val="center"/>
        </w:trPr>
        <w:tc>
          <w:tcPr>
            <w:tcW w:w="132"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BCE72EA" w14:textId="77777777" w:rsidR="00175E0F" w:rsidRPr="007F11E8" w:rsidRDefault="00175E0F" w:rsidP="00B1167F">
            <w:pPr>
              <w:keepLines/>
              <w:jc w:val="center"/>
              <w:rPr>
                <w:sz w:val="22"/>
              </w:rPr>
            </w:pPr>
            <w:bookmarkStart w:id="2" w:name="_Hlk236724951"/>
            <w:r w:rsidRPr="007F11E8">
              <w:rPr>
                <w:b/>
                <w:color w:val="FFFFFF"/>
                <w:sz w:val="22"/>
              </w:rPr>
              <w:t>#</w:t>
            </w:r>
          </w:p>
        </w:tc>
        <w:tc>
          <w:tcPr>
            <w:tcW w:w="956"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A1B45C9" w14:textId="77777777" w:rsidR="00175E0F" w:rsidRPr="007F11E8" w:rsidRDefault="00175E0F" w:rsidP="00B1167F">
            <w:pPr>
              <w:keepLines/>
              <w:jc w:val="center"/>
              <w:rPr>
                <w:b/>
                <w:color w:val="FFFFFF"/>
                <w:sz w:val="22"/>
              </w:rPr>
            </w:pPr>
            <w:r w:rsidRPr="007F11E8">
              <w:rPr>
                <w:b/>
                <w:color w:val="FFFFFF"/>
                <w:sz w:val="22"/>
              </w:rPr>
              <w:t>Work Item</w:t>
            </w:r>
          </w:p>
          <w:p w14:paraId="13511480" w14:textId="77777777" w:rsidR="00175E0F" w:rsidRPr="007F11E8" w:rsidRDefault="00175E0F" w:rsidP="00B1167F">
            <w:pPr>
              <w:keepLines/>
              <w:jc w:val="center"/>
              <w:rPr>
                <w:sz w:val="22"/>
              </w:rPr>
            </w:pPr>
            <w:r w:rsidRPr="007F11E8">
              <w:rPr>
                <w:i/>
                <w:color w:val="FFFFFF" w:themeColor="background1"/>
                <w:sz w:val="22"/>
              </w:rPr>
              <w:t>[Work item</w:t>
            </w:r>
            <w:r>
              <w:rPr>
                <w:i/>
                <w:color w:val="FFFFFF" w:themeColor="background1"/>
                <w:sz w:val="22"/>
              </w:rPr>
              <w:t>]</w:t>
            </w:r>
          </w:p>
        </w:tc>
        <w:tc>
          <w:tcPr>
            <w:tcW w:w="1977"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88C3C3B" w14:textId="77777777" w:rsidR="00175E0F" w:rsidRPr="007F11E8" w:rsidRDefault="00175E0F" w:rsidP="00B1167F">
            <w:pPr>
              <w:keepLines/>
              <w:jc w:val="center"/>
              <w:rPr>
                <w:sz w:val="22"/>
              </w:rPr>
            </w:pPr>
            <w:r w:rsidRPr="007F11E8">
              <w:rPr>
                <w:b/>
                <w:color w:val="FFFFFF"/>
                <w:sz w:val="22"/>
              </w:rPr>
              <w:t>Location / Quantity / Specifications</w:t>
            </w:r>
          </w:p>
        </w:tc>
        <w:tc>
          <w:tcPr>
            <w:tcW w:w="605"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6EF7316" w14:textId="77777777" w:rsidR="00175E0F" w:rsidRPr="007F11E8" w:rsidRDefault="00175E0F" w:rsidP="00B1167F">
            <w:pPr>
              <w:keepLines/>
              <w:jc w:val="center"/>
              <w:rPr>
                <w:sz w:val="22"/>
              </w:rPr>
            </w:pPr>
            <w:r w:rsidRPr="007F11E8">
              <w:rPr>
                <w:b/>
                <w:color w:val="FFFFFF"/>
                <w:sz w:val="22"/>
              </w:rPr>
              <w:t>Cost or Estimated Cost</w:t>
            </w:r>
          </w:p>
        </w:tc>
        <w:tc>
          <w:tcPr>
            <w:tcW w:w="1331"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B1EC9B1" w14:textId="77777777" w:rsidR="00175E0F" w:rsidRPr="007F11E8" w:rsidRDefault="00175E0F" w:rsidP="00B1167F">
            <w:pPr>
              <w:keepLines/>
              <w:jc w:val="center"/>
              <w:rPr>
                <w:sz w:val="22"/>
              </w:rPr>
            </w:pPr>
            <w:r w:rsidRPr="007F11E8">
              <w:rPr>
                <w:b/>
                <w:color w:val="FFFFFF"/>
                <w:sz w:val="22"/>
              </w:rPr>
              <w:t>Funding</w:t>
            </w:r>
          </w:p>
        </w:tc>
      </w:tr>
      <w:tr w:rsidR="007D5BEA" w:rsidRPr="007F11E8" w14:paraId="15A3D926" w14:textId="77777777" w:rsidTr="007D5BEA">
        <w:trPr>
          <w:cantSplit/>
          <w:jc w:val="center"/>
        </w:trPr>
        <w:tc>
          <w:tcPr>
            <w:tcW w:w="13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AE0C263" w14:textId="55B8E022" w:rsidR="00175E0F" w:rsidRPr="007F11E8" w:rsidRDefault="00175E0F" w:rsidP="00B1167F">
            <w:pPr>
              <w:keepLines/>
              <w:rPr>
                <w:sz w:val="22"/>
              </w:rPr>
            </w:pPr>
            <w:r w:rsidRPr="007F11E8">
              <w:rPr>
                <w:color w:val="000000"/>
                <w:sz w:val="22"/>
              </w:rPr>
              <w:t>1</w:t>
            </w:r>
          </w:p>
        </w:tc>
        <w:tc>
          <w:tcPr>
            <w:tcW w:w="956"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B8E54AA" w14:textId="77226AB9" w:rsidR="00175E0F" w:rsidRPr="007F11E8" w:rsidRDefault="002773C0" w:rsidP="00B1167F">
            <w:pPr>
              <w:keepLines/>
              <w:rPr>
                <w:sz w:val="22"/>
              </w:rPr>
            </w:pPr>
            <w:r>
              <w:rPr>
                <w:sz w:val="22"/>
              </w:rPr>
              <w:t>Storefront awning and façade painting</w:t>
            </w:r>
          </w:p>
        </w:tc>
        <w:tc>
          <w:tcPr>
            <w:tcW w:w="1977"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E52CB9C" w14:textId="443E80E9" w:rsidR="00175E0F" w:rsidRPr="007F11E8" w:rsidRDefault="002773C0" w:rsidP="00B1167F">
            <w:pPr>
              <w:keepLines/>
              <w:rPr>
                <w:sz w:val="22"/>
              </w:rPr>
            </w:pPr>
            <w:r>
              <w:rPr>
                <w:sz w:val="22"/>
              </w:rPr>
              <w:t>Front storefront; install one permanently affixed awning and prepare/repaint the street-facing façade in according with approved design standards</w:t>
            </w:r>
          </w:p>
        </w:tc>
        <w:tc>
          <w:tcPr>
            <w:tcW w:w="60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959EEF3" w14:textId="4B757612" w:rsidR="00175E0F" w:rsidRPr="007F11E8" w:rsidRDefault="008C237F" w:rsidP="00B1167F">
            <w:pPr>
              <w:keepLines/>
              <w:rPr>
                <w:sz w:val="22"/>
              </w:rPr>
            </w:pPr>
            <w:r>
              <w:rPr>
                <w:sz w:val="22"/>
              </w:rPr>
              <w:t xml:space="preserve">Estimated cost: $20,000 </w:t>
            </w:r>
          </w:p>
        </w:tc>
        <w:tc>
          <w:tcPr>
            <w:tcW w:w="1331"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tcPr>
          <w:p w14:paraId="529782BC" w14:textId="77777777" w:rsidR="00175E0F" w:rsidRDefault="0059724F" w:rsidP="00B1167F">
            <w:pPr>
              <w:keepLines/>
              <w:rPr>
                <w:sz w:val="22"/>
              </w:rPr>
            </w:pPr>
            <w:r>
              <w:rPr>
                <w:sz w:val="22"/>
              </w:rPr>
              <w:t>Grant Amount:</w:t>
            </w:r>
          </w:p>
          <w:p w14:paraId="556E11E5" w14:textId="535833EB" w:rsidR="0059724F" w:rsidRDefault="0059724F" w:rsidP="00B1167F">
            <w:pPr>
              <w:keepLines/>
              <w:rPr>
                <w:sz w:val="22"/>
              </w:rPr>
            </w:pPr>
            <w:r>
              <w:rPr>
                <w:sz w:val="22"/>
              </w:rPr>
              <w:t>$15,000</w:t>
            </w:r>
          </w:p>
          <w:p w14:paraId="50383AE6" w14:textId="77777777" w:rsidR="0059724F" w:rsidRDefault="0059724F" w:rsidP="00B1167F">
            <w:pPr>
              <w:keepLines/>
              <w:rPr>
                <w:sz w:val="22"/>
              </w:rPr>
            </w:pPr>
            <w:r>
              <w:rPr>
                <w:sz w:val="22"/>
              </w:rPr>
              <w:t>Match Amount:</w:t>
            </w:r>
          </w:p>
          <w:p w14:paraId="5A309A7F" w14:textId="1C2ADE92" w:rsidR="0059724F" w:rsidRPr="007F11E8" w:rsidRDefault="0059724F" w:rsidP="00B1167F">
            <w:pPr>
              <w:keepLines/>
              <w:rPr>
                <w:sz w:val="22"/>
              </w:rPr>
            </w:pPr>
            <w:r>
              <w:rPr>
                <w:sz w:val="22"/>
              </w:rPr>
              <w:t>$5,000</w:t>
            </w:r>
          </w:p>
        </w:tc>
      </w:tr>
      <w:bookmarkEnd w:id="2"/>
    </w:tbl>
    <w:p w14:paraId="06AADF92" w14:textId="644F877A" w:rsidR="00175E0F" w:rsidRDefault="00175E0F">
      <w:pPr>
        <w:rPr>
          <w:color w:val="595959"/>
          <w:sz w:val="18"/>
          <w:szCs w:val="18"/>
        </w:rPr>
      </w:pPr>
    </w:p>
    <w:p w14:paraId="5A0D504D" w14:textId="11F57910" w:rsidR="00175E0F" w:rsidRPr="002B7203" w:rsidRDefault="00175E0F">
      <w:pPr>
        <w:rPr>
          <w:sz w:val="22"/>
        </w:rPr>
      </w:pPr>
    </w:p>
    <w:tbl>
      <w:tblPr>
        <w:tblW w:w="11155" w:type="dxa"/>
        <w:jc w:val="center"/>
        <w:tblLayout w:type="fixed"/>
        <w:tblLook w:val="04A0" w:firstRow="1" w:lastRow="0" w:firstColumn="1" w:lastColumn="0" w:noHBand="0" w:noVBand="1"/>
      </w:tblPr>
      <w:tblGrid>
        <w:gridCol w:w="304"/>
        <w:gridCol w:w="1462"/>
        <w:gridCol w:w="4067"/>
        <w:gridCol w:w="2656"/>
        <w:gridCol w:w="2666"/>
      </w:tblGrid>
      <w:tr w:rsidR="0056125B" w14:paraId="2EFDA9FB" w14:textId="77777777" w:rsidTr="007D5BEA">
        <w:trPr>
          <w:tblHeader/>
          <w:jc w:val="center"/>
        </w:trPr>
        <w:tc>
          <w:tcPr>
            <w:tcW w:w="304"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D91575C" w14:textId="77777777" w:rsidR="0056125B" w:rsidRPr="007F11E8" w:rsidRDefault="00AA05D2">
            <w:pPr>
              <w:keepLines/>
              <w:jc w:val="center"/>
              <w:rPr>
                <w:sz w:val="22"/>
              </w:rPr>
            </w:pPr>
            <w:r w:rsidRPr="007F11E8">
              <w:rPr>
                <w:b/>
                <w:color w:val="FFFFFF"/>
                <w:sz w:val="22"/>
              </w:rPr>
              <w:lastRenderedPageBreak/>
              <w:t>#</w:t>
            </w:r>
          </w:p>
        </w:tc>
        <w:tc>
          <w:tcPr>
            <w:tcW w:w="146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273B3DC" w14:textId="77777777" w:rsidR="0056125B" w:rsidRPr="007F11E8" w:rsidRDefault="00AA05D2">
            <w:pPr>
              <w:keepLines/>
              <w:jc w:val="center"/>
              <w:rPr>
                <w:b/>
                <w:color w:val="FFFFFF"/>
                <w:sz w:val="22"/>
              </w:rPr>
            </w:pPr>
            <w:r w:rsidRPr="007F11E8">
              <w:rPr>
                <w:b/>
                <w:color w:val="FFFFFF"/>
                <w:sz w:val="22"/>
              </w:rPr>
              <w:t>Work Item</w:t>
            </w:r>
          </w:p>
          <w:p w14:paraId="3BD130C6" w14:textId="00671783" w:rsidR="00926453" w:rsidRPr="007F11E8" w:rsidRDefault="00926453">
            <w:pPr>
              <w:keepLines/>
              <w:jc w:val="center"/>
              <w:rPr>
                <w:sz w:val="22"/>
              </w:rPr>
            </w:pPr>
            <w:r w:rsidRPr="007F11E8">
              <w:rPr>
                <w:i/>
                <w:color w:val="FFFFFF" w:themeColor="background1"/>
                <w:sz w:val="22"/>
              </w:rPr>
              <w:t>[Work item</w:t>
            </w:r>
            <w:r w:rsidR="00175E0F">
              <w:rPr>
                <w:i/>
                <w:color w:val="FFFFFF" w:themeColor="background1"/>
                <w:sz w:val="22"/>
              </w:rPr>
              <w:t>]</w:t>
            </w:r>
          </w:p>
        </w:tc>
        <w:tc>
          <w:tcPr>
            <w:tcW w:w="4067"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348F94A" w14:textId="77777777" w:rsidR="0056125B" w:rsidRPr="007F11E8" w:rsidRDefault="00AA05D2">
            <w:pPr>
              <w:keepLines/>
              <w:jc w:val="center"/>
              <w:rPr>
                <w:sz w:val="22"/>
              </w:rPr>
            </w:pPr>
            <w:r w:rsidRPr="007F11E8">
              <w:rPr>
                <w:b/>
                <w:color w:val="FFFFFF"/>
                <w:sz w:val="22"/>
              </w:rPr>
              <w:t>Location / Quantity / Specifications</w:t>
            </w:r>
          </w:p>
        </w:tc>
        <w:tc>
          <w:tcPr>
            <w:tcW w:w="265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0190722A" w14:textId="528FDB77" w:rsidR="0056125B" w:rsidRPr="007F11E8" w:rsidRDefault="00AA05D2">
            <w:pPr>
              <w:keepLines/>
              <w:jc w:val="center"/>
              <w:rPr>
                <w:sz w:val="22"/>
              </w:rPr>
            </w:pPr>
            <w:r w:rsidRPr="007F11E8">
              <w:rPr>
                <w:b/>
                <w:color w:val="FFFFFF"/>
                <w:sz w:val="22"/>
              </w:rPr>
              <w:t>Cost</w:t>
            </w:r>
            <w:r w:rsidR="00926453" w:rsidRPr="007F11E8">
              <w:rPr>
                <w:b/>
                <w:color w:val="FFFFFF"/>
                <w:sz w:val="22"/>
              </w:rPr>
              <w:t xml:space="preserve"> or Estimated Cost</w:t>
            </w:r>
          </w:p>
        </w:tc>
        <w:tc>
          <w:tcPr>
            <w:tcW w:w="266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D78666A" w14:textId="77777777" w:rsidR="0056125B" w:rsidRPr="007F11E8" w:rsidRDefault="00AA05D2">
            <w:pPr>
              <w:keepLines/>
              <w:jc w:val="center"/>
              <w:rPr>
                <w:sz w:val="22"/>
              </w:rPr>
            </w:pPr>
            <w:r w:rsidRPr="007F11E8">
              <w:rPr>
                <w:b/>
                <w:color w:val="FFFFFF"/>
                <w:sz w:val="22"/>
              </w:rPr>
              <w:t>Funding</w:t>
            </w:r>
          </w:p>
        </w:tc>
      </w:tr>
      <w:tr w:rsidR="0056125B" w14:paraId="7B341E73"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46ECD60" w14:textId="77777777" w:rsidR="0056125B" w:rsidRPr="007F11E8" w:rsidRDefault="00AA05D2">
            <w:pPr>
              <w:keepLines/>
              <w:rPr>
                <w:sz w:val="22"/>
              </w:rPr>
            </w:pPr>
            <w:r w:rsidRPr="007F11E8">
              <w:rPr>
                <w:color w:val="000000"/>
                <w:sz w:val="22"/>
              </w:rPr>
              <w:t>1</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9C9AD23" w14:textId="43EBD0A1"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903DE00" w14:textId="48AF8203"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4686802" w14:textId="6AD1C8BB"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A07EA50" w14:textId="77777777" w:rsidR="0059724F" w:rsidRDefault="0059724F">
            <w:pPr>
              <w:keepLines/>
              <w:rPr>
                <w:color w:val="000000"/>
                <w:sz w:val="22"/>
              </w:rPr>
            </w:pPr>
            <w:r>
              <w:rPr>
                <w:color w:val="000000"/>
                <w:sz w:val="22"/>
              </w:rPr>
              <w:t>Grant Amount:</w:t>
            </w:r>
          </w:p>
          <w:p w14:paraId="1973C0C2" w14:textId="77777777" w:rsidR="0059724F" w:rsidRDefault="0059724F">
            <w:pPr>
              <w:keepLines/>
              <w:rPr>
                <w:color w:val="000000"/>
                <w:sz w:val="22"/>
              </w:rPr>
            </w:pPr>
            <w:r>
              <w:rPr>
                <w:color w:val="000000"/>
                <w:sz w:val="22"/>
              </w:rPr>
              <w:t>$__________</w:t>
            </w:r>
          </w:p>
          <w:p w14:paraId="2CDF8E45" w14:textId="77777777" w:rsidR="0056125B" w:rsidRDefault="0059724F">
            <w:pPr>
              <w:keepLines/>
              <w:rPr>
                <w:color w:val="000000"/>
                <w:sz w:val="22"/>
              </w:rPr>
            </w:pPr>
            <w:r>
              <w:rPr>
                <w:color w:val="000000"/>
                <w:sz w:val="22"/>
              </w:rPr>
              <w:t>Match Amount:</w:t>
            </w:r>
          </w:p>
          <w:p w14:paraId="646B15E7" w14:textId="56CFC9EC" w:rsidR="0059724F" w:rsidRPr="007F11E8" w:rsidRDefault="0059724F">
            <w:pPr>
              <w:keepLines/>
              <w:rPr>
                <w:sz w:val="22"/>
              </w:rPr>
            </w:pPr>
            <w:r>
              <w:rPr>
                <w:color w:val="000000"/>
                <w:sz w:val="22"/>
              </w:rPr>
              <w:t>$___________</w:t>
            </w:r>
          </w:p>
        </w:tc>
      </w:tr>
      <w:tr w:rsidR="0056125B" w14:paraId="143EAD8B"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9811253" w14:textId="77777777" w:rsidR="0056125B" w:rsidRPr="007F11E8" w:rsidRDefault="00AA05D2">
            <w:pPr>
              <w:keepLines/>
              <w:rPr>
                <w:sz w:val="22"/>
              </w:rPr>
            </w:pPr>
            <w:r w:rsidRPr="007F11E8">
              <w:rPr>
                <w:color w:val="000000"/>
                <w:sz w:val="22"/>
              </w:rPr>
              <w:t>2</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A8A70A" w14:textId="73E34961"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C1CD68A" w14:textId="718316AE"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95F56E8" w14:textId="4D0A0892"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25C177E" w14:textId="77777777" w:rsidR="0059724F" w:rsidRDefault="0059724F" w:rsidP="0059724F">
            <w:pPr>
              <w:keepLines/>
              <w:rPr>
                <w:color w:val="000000"/>
                <w:sz w:val="22"/>
              </w:rPr>
            </w:pPr>
            <w:r>
              <w:rPr>
                <w:color w:val="000000"/>
                <w:sz w:val="22"/>
              </w:rPr>
              <w:t>Grant Amount:</w:t>
            </w:r>
          </w:p>
          <w:p w14:paraId="21FDE16A" w14:textId="77777777" w:rsidR="0059724F" w:rsidRDefault="0059724F" w:rsidP="0059724F">
            <w:pPr>
              <w:keepLines/>
              <w:rPr>
                <w:color w:val="000000"/>
                <w:sz w:val="22"/>
              </w:rPr>
            </w:pPr>
            <w:r>
              <w:rPr>
                <w:color w:val="000000"/>
                <w:sz w:val="22"/>
              </w:rPr>
              <w:t>$__________</w:t>
            </w:r>
          </w:p>
          <w:p w14:paraId="23BD7288" w14:textId="77777777" w:rsidR="0059724F" w:rsidRDefault="0059724F" w:rsidP="0059724F">
            <w:pPr>
              <w:keepLines/>
              <w:rPr>
                <w:color w:val="000000"/>
                <w:sz w:val="22"/>
              </w:rPr>
            </w:pPr>
            <w:r>
              <w:rPr>
                <w:color w:val="000000"/>
                <w:sz w:val="22"/>
              </w:rPr>
              <w:t>Match Amount:</w:t>
            </w:r>
          </w:p>
          <w:p w14:paraId="4995D5FA" w14:textId="35DF9FC7" w:rsidR="0056125B" w:rsidRPr="007F11E8" w:rsidRDefault="0059724F" w:rsidP="0059724F">
            <w:pPr>
              <w:keepLines/>
              <w:rPr>
                <w:sz w:val="22"/>
              </w:rPr>
            </w:pPr>
            <w:r>
              <w:rPr>
                <w:color w:val="000000"/>
                <w:sz w:val="22"/>
              </w:rPr>
              <w:t>$___________</w:t>
            </w:r>
          </w:p>
        </w:tc>
      </w:tr>
      <w:tr w:rsidR="0056125B" w14:paraId="1DA36942"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394592E" w14:textId="77777777" w:rsidR="0056125B" w:rsidRPr="007F11E8" w:rsidRDefault="00AA05D2">
            <w:pPr>
              <w:keepLines/>
              <w:rPr>
                <w:sz w:val="22"/>
              </w:rPr>
            </w:pPr>
            <w:r w:rsidRPr="007F11E8">
              <w:rPr>
                <w:color w:val="000000"/>
                <w:sz w:val="22"/>
              </w:rPr>
              <w:t>3</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D2E0F95" w14:textId="7D3B8BDF"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B1880BF" w14:textId="261BB7C0"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6101360" w14:textId="106519D8"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2599C52" w14:textId="77777777" w:rsidR="0059724F" w:rsidRDefault="0059724F" w:rsidP="0059724F">
            <w:pPr>
              <w:keepLines/>
              <w:rPr>
                <w:color w:val="000000"/>
                <w:sz w:val="22"/>
              </w:rPr>
            </w:pPr>
            <w:r>
              <w:rPr>
                <w:color w:val="000000"/>
                <w:sz w:val="22"/>
              </w:rPr>
              <w:t>Grant Amount:</w:t>
            </w:r>
          </w:p>
          <w:p w14:paraId="52CECF07" w14:textId="77777777" w:rsidR="0059724F" w:rsidRDefault="0059724F" w:rsidP="0059724F">
            <w:pPr>
              <w:keepLines/>
              <w:rPr>
                <w:color w:val="000000"/>
                <w:sz w:val="22"/>
              </w:rPr>
            </w:pPr>
            <w:r>
              <w:rPr>
                <w:color w:val="000000"/>
                <w:sz w:val="22"/>
              </w:rPr>
              <w:t>$__________</w:t>
            </w:r>
          </w:p>
          <w:p w14:paraId="62E92631" w14:textId="77777777" w:rsidR="0059724F" w:rsidRDefault="0059724F" w:rsidP="0059724F">
            <w:pPr>
              <w:keepLines/>
              <w:rPr>
                <w:color w:val="000000"/>
                <w:sz w:val="22"/>
              </w:rPr>
            </w:pPr>
            <w:r>
              <w:rPr>
                <w:color w:val="000000"/>
                <w:sz w:val="22"/>
              </w:rPr>
              <w:t>Match Amount:</w:t>
            </w:r>
          </w:p>
          <w:p w14:paraId="41C42A9C" w14:textId="256B2029" w:rsidR="0056125B" w:rsidRPr="007F11E8" w:rsidRDefault="0059724F" w:rsidP="0059724F">
            <w:pPr>
              <w:keepLines/>
              <w:rPr>
                <w:sz w:val="22"/>
              </w:rPr>
            </w:pPr>
            <w:r>
              <w:rPr>
                <w:color w:val="000000"/>
                <w:sz w:val="22"/>
              </w:rPr>
              <w:t>$___________</w:t>
            </w:r>
          </w:p>
        </w:tc>
      </w:tr>
      <w:tr w:rsidR="0056125B" w14:paraId="6A2EB957"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109C080" w14:textId="77777777" w:rsidR="0056125B" w:rsidRPr="007F11E8" w:rsidRDefault="00AA05D2">
            <w:pPr>
              <w:keepLines/>
              <w:rPr>
                <w:sz w:val="22"/>
              </w:rPr>
            </w:pPr>
            <w:r w:rsidRPr="007F11E8">
              <w:rPr>
                <w:color w:val="000000"/>
                <w:sz w:val="22"/>
              </w:rPr>
              <w:t>4</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E2AB8D5" w14:textId="54C0C586"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8017E0D" w14:textId="02669687"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C4D74D2" w14:textId="34A95B49"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84EDD31" w14:textId="77777777" w:rsidR="0059724F" w:rsidRDefault="0059724F" w:rsidP="0059724F">
            <w:pPr>
              <w:keepLines/>
              <w:rPr>
                <w:color w:val="000000"/>
                <w:sz w:val="22"/>
              </w:rPr>
            </w:pPr>
            <w:r>
              <w:rPr>
                <w:color w:val="000000"/>
                <w:sz w:val="22"/>
              </w:rPr>
              <w:t>Grant Amount:</w:t>
            </w:r>
          </w:p>
          <w:p w14:paraId="248851CE" w14:textId="77777777" w:rsidR="0059724F" w:rsidRDefault="0059724F" w:rsidP="0059724F">
            <w:pPr>
              <w:keepLines/>
              <w:rPr>
                <w:color w:val="000000"/>
                <w:sz w:val="22"/>
              </w:rPr>
            </w:pPr>
            <w:r>
              <w:rPr>
                <w:color w:val="000000"/>
                <w:sz w:val="22"/>
              </w:rPr>
              <w:t>$__________</w:t>
            </w:r>
          </w:p>
          <w:p w14:paraId="1CB71DBC" w14:textId="77777777" w:rsidR="0059724F" w:rsidRDefault="0059724F" w:rsidP="0059724F">
            <w:pPr>
              <w:keepLines/>
              <w:rPr>
                <w:color w:val="000000"/>
                <w:sz w:val="22"/>
              </w:rPr>
            </w:pPr>
            <w:r>
              <w:rPr>
                <w:color w:val="000000"/>
                <w:sz w:val="22"/>
              </w:rPr>
              <w:t>Match Amount:</w:t>
            </w:r>
          </w:p>
          <w:p w14:paraId="12874354" w14:textId="37FC7D3B" w:rsidR="0056125B" w:rsidRPr="007F11E8" w:rsidRDefault="0059724F" w:rsidP="0059724F">
            <w:pPr>
              <w:keepLines/>
              <w:rPr>
                <w:sz w:val="22"/>
              </w:rPr>
            </w:pPr>
            <w:r>
              <w:rPr>
                <w:color w:val="000000"/>
                <w:sz w:val="22"/>
              </w:rPr>
              <w:t>$___________</w:t>
            </w:r>
          </w:p>
        </w:tc>
      </w:tr>
      <w:tr w:rsidR="0056125B" w14:paraId="3A7D1353"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D8937EB" w14:textId="77777777" w:rsidR="0056125B" w:rsidRPr="007F11E8" w:rsidRDefault="00AA05D2">
            <w:pPr>
              <w:keepLines/>
              <w:rPr>
                <w:sz w:val="22"/>
              </w:rPr>
            </w:pPr>
            <w:r w:rsidRPr="007F11E8">
              <w:rPr>
                <w:color w:val="000000"/>
                <w:sz w:val="22"/>
              </w:rPr>
              <w:t>5</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432E8C5" w14:textId="0E3B2D39"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018A276" w14:textId="77987872"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C1D5AFC" w14:textId="1BD4D188"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72DEA7C" w14:textId="77777777" w:rsidR="0059724F" w:rsidRDefault="0059724F" w:rsidP="0059724F">
            <w:pPr>
              <w:keepLines/>
              <w:rPr>
                <w:color w:val="000000"/>
                <w:sz w:val="22"/>
              </w:rPr>
            </w:pPr>
            <w:r>
              <w:rPr>
                <w:color w:val="000000"/>
                <w:sz w:val="22"/>
              </w:rPr>
              <w:t>Grant Amount:</w:t>
            </w:r>
          </w:p>
          <w:p w14:paraId="47897EF9" w14:textId="77777777" w:rsidR="0059724F" w:rsidRDefault="0059724F" w:rsidP="0059724F">
            <w:pPr>
              <w:keepLines/>
              <w:rPr>
                <w:color w:val="000000"/>
                <w:sz w:val="22"/>
              </w:rPr>
            </w:pPr>
            <w:r>
              <w:rPr>
                <w:color w:val="000000"/>
                <w:sz w:val="22"/>
              </w:rPr>
              <w:t>$__________</w:t>
            </w:r>
          </w:p>
          <w:p w14:paraId="00D8EDD4" w14:textId="77777777" w:rsidR="0059724F" w:rsidRDefault="0059724F" w:rsidP="0059724F">
            <w:pPr>
              <w:keepLines/>
              <w:rPr>
                <w:color w:val="000000"/>
                <w:sz w:val="22"/>
              </w:rPr>
            </w:pPr>
            <w:r>
              <w:rPr>
                <w:color w:val="000000"/>
                <w:sz w:val="22"/>
              </w:rPr>
              <w:t>Match Amount:</w:t>
            </w:r>
          </w:p>
          <w:p w14:paraId="3D3878BF" w14:textId="1D28898D" w:rsidR="0056125B" w:rsidRPr="007F11E8" w:rsidRDefault="0059724F" w:rsidP="0059724F">
            <w:pPr>
              <w:keepLines/>
              <w:rPr>
                <w:sz w:val="22"/>
              </w:rPr>
            </w:pPr>
            <w:r>
              <w:rPr>
                <w:color w:val="000000"/>
                <w:sz w:val="22"/>
              </w:rPr>
              <w:t>$___________</w:t>
            </w:r>
          </w:p>
        </w:tc>
      </w:tr>
      <w:tr w:rsidR="0056125B" w14:paraId="24BC2B70"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B5B2C1E" w14:textId="77777777" w:rsidR="0056125B" w:rsidRPr="007F11E8" w:rsidRDefault="00AA05D2">
            <w:pPr>
              <w:keepLines/>
              <w:rPr>
                <w:sz w:val="22"/>
              </w:rPr>
            </w:pPr>
            <w:r w:rsidRPr="007F11E8">
              <w:rPr>
                <w:color w:val="000000"/>
                <w:sz w:val="22"/>
              </w:rPr>
              <w:t>6</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3B87A5B" w14:textId="1653CF76"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73AA77B" w14:textId="278BC77F"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0382341" w14:textId="3871178C"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05D899A" w14:textId="77777777" w:rsidR="0059724F" w:rsidRDefault="0059724F" w:rsidP="0059724F">
            <w:pPr>
              <w:keepLines/>
              <w:rPr>
                <w:color w:val="000000"/>
                <w:sz w:val="22"/>
              </w:rPr>
            </w:pPr>
            <w:r>
              <w:rPr>
                <w:color w:val="000000"/>
                <w:sz w:val="22"/>
              </w:rPr>
              <w:t>Grant Amount:</w:t>
            </w:r>
          </w:p>
          <w:p w14:paraId="7F74C6A3" w14:textId="77777777" w:rsidR="0059724F" w:rsidRDefault="0059724F" w:rsidP="0059724F">
            <w:pPr>
              <w:keepLines/>
              <w:rPr>
                <w:color w:val="000000"/>
                <w:sz w:val="22"/>
              </w:rPr>
            </w:pPr>
            <w:r>
              <w:rPr>
                <w:color w:val="000000"/>
                <w:sz w:val="22"/>
              </w:rPr>
              <w:t>$__________</w:t>
            </w:r>
          </w:p>
          <w:p w14:paraId="3DF5586C" w14:textId="77777777" w:rsidR="0059724F" w:rsidRDefault="0059724F" w:rsidP="0059724F">
            <w:pPr>
              <w:keepLines/>
              <w:rPr>
                <w:color w:val="000000"/>
                <w:sz w:val="22"/>
              </w:rPr>
            </w:pPr>
            <w:r>
              <w:rPr>
                <w:color w:val="000000"/>
                <w:sz w:val="22"/>
              </w:rPr>
              <w:t>Match Amount:</w:t>
            </w:r>
          </w:p>
          <w:p w14:paraId="24AD3AF9" w14:textId="084DEECB" w:rsidR="0056125B" w:rsidRPr="007F11E8" w:rsidRDefault="0059724F" w:rsidP="0059724F">
            <w:pPr>
              <w:keepLines/>
              <w:rPr>
                <w:sz w:val="22"/>
              </w:rPr>
            </w:pPr>
            <w:r>
              <w:rPr>
                <w:color w:val="000000"/>
                <w:sz w:val="22"/>
              </w:rPr>
              <w:t>$___________</w:t>
            </w:r>
          </w:p>
        </w:tc>
      </w:tr>
      <w:tr w:rsidR="0056125B" w14:paraId="697788A7" w14:textId="77777777" w:rsidTr="007D5BEA">
        <w:trPr>
          <w:cantSplit/>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1DB3E61" w14:textId="77777777" w:rsidR="0056125B" w:rsidRPr="007F11E8" w:rsidRDefault="00AA05D2">
            <w:pPr>
              <w:keepLines/>
              <w:rPr>
                <w:sz w:val="22"/>
              </w:rPr>
            </w:pPr>
            <w:r w:rsidRPr="007F11E8">
              <w:rPr>
                <w:color w:val="000000"/>
                <w:sz w:val="22"/>
              </w:rPr>
              <w:t>7</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2F4EF26" w14:textId="7652D27D"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9874B75" w14:textId="65A1297A"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666D2B8" w14:textId="72C1226E"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2EE7E79" w14:textId="77777777" w:rsidR="0059724F" w:rsidRDefault="0059724F" w:rsidP="0059724F">
            <w:pPr>
              <w:keepLines/>
              <w:rPr>
                <w:color w:val="000000"/>
                <w:sz w:val="22"/>
              </w:rPr>
            </w:pPr>
            <w:r>
              <w:rPr>
                <w:color w:val="000000"/>
                <w:sz w:val="22"/>
              </w:rPr>
              <w:t>Grant Amount:</w:t>
            </w:r>
          </w:p>
          <w:p w14:paraId="1276A780" w14:textId="77777777" w:rsidR="0059724F" w:rsidRDefault="0059724F" w:rsidP="0059724F">
            <w:pPr>
              <w:keepLines/>
              <w:rPr>
                <w:color w:val="000000"/>
                <w:sz w:val="22"/>
              </w:rPr>
            </w:pPr>
            <w:r>
              <w:rPr>
                <w:color w:val="000000"/>
                <w:sz w:val="22"/>
              </w:rPr>
              <w:t>$__________</w:t>
            </w:r>
          </w:p>
          <w:p w14:paraId="6D048E2D" w14:textId="77777777" w:rsidR="0059724F" w:rsidRDefault="0059724F" w:rsidP="0059724F">
            <w:pPr>
              <w:keepLines/>
              <w:rPr>
                <w:color w:val="000000"/>
                <w:sz w:val="22"/>
              </w:rPr>
            </w:pPr>
            <w:r>
              <w:rPr>
                <w:color w:val="000000"/>
                <w:sz w:val="22"/>
              </w:rPr>
              <w:t>Match Amount:</w:t>
            </w:r>
          </w:p>
          <w:p w14:paraId="41AEC991" w14:textId="62CF396D" w:rsidR="0056125B" w:rsidRPr="007F11E8" w:rsidRDefault="0059724F" w:rsidP="0059724F">
            <w:pPr>
              <w:keepLines/>
              <w:rPr>
                <w:sz w:val="22"/>
              </w:rPr>
            </w:pPr>
            <w:r>
              <w:rPr>
                <w:color w:val="000000"/>
                <w:sz w:val="22"/>
              </w:rPr>
              <w:t>$___________</w:t>
            </w:r>
          </w:p>
        </w:tc>
      </w:tr>
      <w:tr w:rsidR="0056125B" w14:paraId="69936362" w14:textId="77777777" w:rsidTr="007D5BEA">
        <w:trPr>
          <w:cantSplit/>
          <w:trHeight w:val="1117"/>
          <w:jc w:val="center"/>
        </w:trPr>
        <w:tc>
          <w:tcPr>
            <w:tcW w:w="30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9C26BBA" w14:textId="77777777" w:rsidR="0056125B" w:rsidRPr="007F11E8" w:rsidRDefault="00AA05D2">
            <w:pPr>
              <w:keepLines/>
              <w:rPr>
                <w:sz w:val="22"/>
              </w:rPr>
            </w:pPr>
            <w:r w:rsidRPr="007F11E8">
              <w:rPr>
                <w:color w:val="000000"/>
                <w:sz w:val="22"/>
              </w:rPr>
              <w:t>8</w:t>
            </w:r>
          </w:p>
        </w:tc>
        <w:tc>
          <w:tcPr>
            <w:tcW w:w="146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2AB781E" w14:textId="6262016A" w:rsidR="0056125B" w:rsidRPr="007F11E8" w:rsidRDefault="0056125B">
            <w:pPr>
              <w:keepLines/>
              <w:rPr>
                <w:sz w:val="22"/>
              </w:rPr>
            </w:pPr>
          </w:p>
        </w:tc>
        <w:tc>
          <w:tcPr>
            <w:tcW w:w="4067"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72BDD8F" w14:textId="64DD3106" w:rsidR="0056125B" w:rsidRPr="007F11E8" w:rsidRDefault="0056125B">
            <w:pPr>
              <w:keepLines/>
              <w:rPr>
                <w:sz w:val="22"/>
              </w:rPr>
            </w:pPr>
          </w:p>
        </w:tc>
        <w:tc>
          <w:tcPr>
            <w:tcW w:w="265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8DF7570" w14:textId="0875DE35" w:rsidR="0056125B" w:rsidRPr="007F11E8" w:rsidRDefault="0056125B">
            <w:pPr>
              <w:keepLines/>
              <w:rPr>
                <w:sz w:val="22"/>
              </w:rPr>
            </w:pPr>
          </w:p>
        </w:tc>
        <w:tc>
          <w:tcPr>
            <w:tcW w:w="2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2AE2C08" w14:textId="77777777" w:rsidR="0059724F" w:rsidRDefault="0059724F" w:rsidP="0059724F">
            <w:pPr>
              <w:keepLines/>
              <w:rPr>
                <w:color w:val="000000"/>
                <w:sz w:val="22"/>
              </w:rPr>
            </w:pPr>
            <w:r>
              <w:rPr>
                <w:color w:val="000000"/>
                <w:sz w:val="22"/>
              </w:rPr>
              <w:t>Grant Amount:</w:t>
            </w:r>
          </w:p>
          <w:p w14:paraId="4EDC0AD8" w14:textId="77777777" w:rsidR="0059724F" w:rsidRDefault="0059724F" w:rsidP="0059724F">
            <w:pPr>
              <w:keepLines/>
              <w:rPr>
                <w:color w:val="000000"/>
                <w:sz w:val="22"/>
              </w:rPr>
            </w:pPr>
            <w:r>
              <w:rPr>
                <w:color w:val="000000"/>
                <w:sz w:val="22"/>
              </w:rPr>
              <w:t>$__________</w:t>
            </w:r>
          </w:p>
          <w:p w14:paraId="6A98D56F" w14:textId="77777777" w:rsidR="0059724F" w:rsidRDefault="0059724F" w:rsidP="0059724F">
            <w:pPr>
              <w:keepLines/>
              <w:rPr>
                <w:color w:val="000000"/>
                <w:sz w:val="22"/>
              </w:rPr>
            </w:pPr>
            <w:r>
              <w:rPr>
                <w:color w:val="000000"/>
                <w:sz w:val="22"/>
              </w:rPr>
              <w:t>Match Amount:</w:t>
            </w:r>
          </w:p>
          <w:p w14:paraId="0FA93643" w14:textId="044102C8" w:rsidR="0056125B" w:rsidRPr="007F11E8" w:rsidRDefault="0059724F" w:rsidP="0059724F">
            <w:pPr>
              <w:keepLines/>
              <w:rPr>
                <w:sz w:val="22"/>
              </w:rPr>
            </w:pPr>
            <w:r>
              <w:rPr>
                <w:color w:val="000000"/>
                <w:sz w:val="22"/>
              </w:rPr>
              <w:t>$___________</w:t>
            </w:r>
          </w:p>
        </w:tc>
      </w:tr>
    </w:tbl>
    <w:p w14:paraId="70E0EB34" w14:textId="77777777" w:rsidR="007D5BEA" w:rsidRDefault="007D5BEA" w:rsidP="001734D5">
      <w:pPr>
        <w:spacing w:after="0"/>
      </w:pPr>
    </w:p>
    <w:p w14:paraId="10F747D4" w14:textId="77777777" w:rsidR="002B7203" w:rsidRDefault="002B7203" w:rsidP="001734D5">
      <w:pPr>
        <w:spacing w:after="0"/>
        <w:rPr>
          <w:b/>
          <w:color w:val="17365D"/>
          <w:sz w:val="22"/>
        </w:rPr>
      </w:pPr>
    </w:p>
    <w:p w14:paraId="72522048" w14:textId="77777777" w:rsidR="002B7203" w:rsidRDefault="002B7203" w:rsidP="001734D5">
      <w:pPr>
        <w:spacing w:after="0"/>
        <w:rPr>
          <w:b/>
          <w:color w:val="17365D"/>
          <w:sz w:val="22"/>
        </w:rPr>
      </w:pPr>
    </w:p>
    <w:p w14:paraId="41593324" w14:textId="239C5A95" w:rsidR="001734D5" w:rsidRPr="002B7203" w:rsidRDefault="002B7203" w:rsidP="001734D5">
      <w:pPr>
        <w:spacing w:after="0"/>
        <w:rPr>
          <w:b/>
          <w:color w:val="17365D"/>
          <w:sz w:val="24"/>
          <w:szCs w:val="24"/>
        </w:rPr>
      </w:pPr>
      <w:r w:rsidRPr="002B7203">
        <w:rPr>
          <w:b/>
          <w:color w:val="17365D"/>
          <w:sz w:val="24"/>
          <w:szCs w:val="24"/>
        </w:rPr>
        <w:lastRenderedPageBreak/>
        <w:t xml:space="preserve">4.2 </w:t>
      </w:r>
      <w:r w:rsidR="00AA05D2" w:rsidRPr="002B7203">
        <w:rPr>
          <w:b/>
          <w:color w:val="17365D"/>
          <w:sz w:val="24"/>
          <w:szCs w:val="24"/>
        </w:rPr>
        <w:t xml:space="preserve">Permanent Machinery / Equipment Details </w:t>
      </w:r>
      <w:r w:rsidR="006761BF" w:rsidRPr="002B7203">
        <w:rPr>
          <w:b/>
          <w:color w:val="17365D"/>
          <w:sz w:val="24"/>
          <w:szCs w:val="24"/>
        </w:rPr>
        <w:t xml:space="preserve">– Small Business Assistance Only </w:t>
      </w:r>
    </w:p>
    <w:p w14:paraId="7C14BAD3" w14:textId="1604D8EB" w:rsidR="002B7203" w:rsidRDefault="002B7203" w:rsidP="002B7203">
      <w:pPr>
        <w:keepNext/>
        <w:spacing w:after="60"/>
        <w:ind w:left="90"/>
        <w:rPr>
          <w:sz w:val="22"/>
        </w:rPr>
      </w:pPr>
      <w:r w:rsidRPr="002B7203">
        <w:rPr>
          <w:sz w:val="22"/>
        </w:rPr>
        <w:t>Complete the table below</w:t>
      </w:r>
      <w:r>
        <w:rPr>
          <w:sz w:val="22"/>
        </w:rPr>
        <w:t xml:space="preserve"> using the</w:t>
      </w:r>
      <w:r w:rsidRPr="002B7203">
        <w:rPr>
          <w:sz w:val="22"/>
        </w:rPr>
        <w:t xml:space="preserve"> example </w:t>
      </w:r>
      <w:r>
        <w:rPr>
          <w:sz w:val="22"/>
        </w:rPr>
        <w:t>below</w:t>
      </w:r>
      <w:r w:rsidRPr="002B7203">
        <w:rPr>
          <w:sz w:val="22"/>
        </w:rPr>
        <w:t xml:space="preserve">. List each </w:t>
      </w:r>
      <w:r>
        <w:rPr>
          <w:sz w:val="22"/>
        </w:rPr>
        <w:t>piece of machinery/equipment</w:t>
      </w:r>
      <w:r w:rsidRPr="002B7203">
        <w:rPr>
          <w:sz w:val="22"/>
        </w:rPr>
        <w:t>. The approved scope will be refined after conditional selection and will be the basis for procurement, contract documents, inspection, and reimbursement. Add rows or attach a continuation sheet as needed</w:t>
      </w:r>
      <w:r>
        <w:rPr>
          <w:sz w:val="22"/>
        </w:rPr>
        <w:t xml:space="preserve"> and include with the application any design drawings, prints, renderings, or cost estimates</w:t>
      </w:r>
      <w:r w:rsidRPr="002B7203">
        <w:rPr>
          <w:sz w:val="22"/>
        </w:rPr>
        <w:t>.</w:t>
      </w:r>
    </w:p>
    <w:p w14:paraId="47064D91" w14:textId="77777777" w:rsidR="001734D5" w:rsidRPr="000A1601" w:rsidRDefault="001734D5" w:rsidP="001734D5">
      <w:pPr>
        <w:pStyle w:val="ListParagraph"/>
        <w:numPr>
          <w:ilvl w:val="0"/>
          <w:numId w:val="23"/>
        </w:numPr>
        <w:spacing w:after="0"/>
        <w:rPr>
          <w:iCs/>
          <w:color w:val="000000" w:themeColor="text1"/>
          <w:sz w:val="22"/>
        </w:rPr>
      </w:pPr>
      <w:r w:rsidRPr="000A1601">
        <w:rPr>
          <w:iCs/>
          <w:color w:val="000000" w:themeColor="text1"/>
          <w:sz w:val="22"/>
        </w:rPr>
        <w:t>Small Business Assistance may be used only for eligible permanent commercial machinery and equipment. Furnishings, appliances, electronics, tools, supplies, incidental equipment, and non-permanent fixtures are not eligible.</w:t>
      </w:r>
    </w:p>
    <w:p w14:paraId="4C27F329" w14:textId="0113EAEB" w:rsidR="0056125B" w:rsidRPr="000A1601" w:rsidRDefault="00AA05D2" w:rsidP="001734D5">
      <w:pPr>
        <w:pStyle w:val="ListParagraph"/>
        <w:numPr>
          <w:ilvl w:val="0"/>
          <w:numId w:val="23"/>
        </w:numPr>
        <w:spacing w:after="0"/>
        <w:rPr>
          <w:iCs/>
          <w:color w:val="000000" w:themeColor="text1"/>
          <w:sz w:val="22"/>
        </w:rPr>
      </w:pPr>
      <w:r w:rsidRPr="000A1601">
        <w:rPr>
          <w:color w:val="000000" w:themeColor="text1"/>
          <w:sz w:val="22"/>
        </w:rPr>
        <w:t>Equipment must be integral to the business, have a useful life greater than one year, and have an acquisition cost of $2,000 or more per unit. Replacement equipment is eligible only when it enables additional or new products/services. Equipment must remain in approved use and is subject to annual physical inventory, safeguards against loss/damage/theft, maintenance procedures, and recapture if sold during the required period.</w:t>
      </w:r>
    </w:p>
    <w:p w14:paraId="7427F9A8" w14:textId="3EA81F3D" w:rsidR="000A1601" w:rsidRPr="000C1FEA" w:rsidRDefault="002B7203" w:rsidP="000A1601">
      <w:pPr>
        <w:spacing w:after="0"/>
        <w:rPr>
          <w:b/>
          <w:bCs/>
          <w:iCs/>
          <w:color w:val="1F497D" w:themeColor="text2"/>
          <w:sz w:val="22"/>
        </w:rPr>
      </w:pPr>
      <w:r>
        <w:rPr>
          <w:b/>
          <w:bCs/>
          <w:iCs/>
          <w:color w:val="1F497D" w:themeColor="text2"/>
          <w:sz w:val="22"/>
        </w:rPr>
        <w:br/>
      </w:r>
      <w:r w:rsidR="000C1FEA" w:rsidRPr="000C1FEA">
        <w:rPr>
          <w:b/>
          <w:bCs/>
          <w:iCs/>
          <w:color w:val="1F497D" w:themeColor="text2"/>
          <w:sz w:val="22"/>
        </w:rPr>
        <w:t>Small Business Assistance Example</w:t>
      </w:r>
      <w:r w:rsidR="000C1FEA">
        <w:rPr>
          <w:b/>
          <w:bCs/>
          <w:iCs/>
          <w:color w:val="1F497D" w:themeColor="text2"/>
          <w:sz w:val="22"/>
        </w:rPr>
        <w:t>:</w:t>
      </w:r>
      <w:r w:rsidR="00D13EAB">
        <w:rPr>
          <w:b/>
          <w:bCs/>
          <w:iCs/>
          <w:color w:val="1F497D" w:themeColor="text2"/>
          <w:sz w:val="22"/>
        </w:rPr>
        <w:t xml:space="preserve"> Total Estimated Cost: $20,000;</w:t>
      </w:r>
      <w:r w:rsidR="000C1FEA">
        <w:rPr>
          <w:b/>
          <w:bCs/>
          <w:iCs/>
          <w:color w:val="1F497D" w:themeColor="text2"/>
          <w:sz w:val="22"/>
        </w:rPr>
        <w:t xml:space="preserve"> $15,000 Grant; $5,000 applicant cash match</w:t>
      </w:r>
    </w:p>
    <w:tbl>
      <w:tblPr>
        <w:tblW w:w="11931" w:type="dxa"/>
        <w:jc w:val="center"/>
        <w:tblLayout w:type="fixed"/>
        <w:tblLook w:val="04A0" w:firstRow="1" w:lastRow="0" w:firstColumn="1" w:lastColumn="0" w:noHBand="0" w:noVBand="1"/>
      </w:tblPr>
      <w:tblGrid>
        <w:gridCol w:w="261"/>
        <w:gridCol w:w="2300"/>
        <w:gridCol w:w="3522"/>
        <w:gridCol w:w="1294"/>
        <w:gridCol w:w="1222"/>
        <w:gridCol w:w="1666"/>
        <w:gridCol w:w="1666"/>
      </w:tblGrid>
      <w:tr w:rsidR="0059724F" w:rsidRPr="007F11E8" w14:paraId="1F882C45" w14:textId="2EE3F3AB" w:rsidTr="007D5BEA">
        <w:trPr>
          <w:trHeight w:val="966"/>
          <w:tblHeader/>
          <w:jc w:val="center"/>
        </w:trPr>
        <w:tc>
          <w:tcPr>
            <w:tcW w:w="261"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50CA845" w14:textId="77777777" w:rsidR="0059724F" w:rsidRPr="007F11E8" w:rsidRDefault="0059724F" w:rsidP="00B1167F">
            <w:pPr>
              <w:keepLines/>
              <w:jc w:val="center"/>
              <w:rPr>
                <w:sz w:val="22"/>
              </w:rPr>
            </w:pPr>
            <w:r w:rsidRPr="007F11E8">
              <w:rPr>
                <w:b/>
                <w:color w:val="FFFFFF"/>
                <w:sz w:val="22"/>
              </w:rPr>
              <w:t>#</w:t>
            </w:r>
          </w:p>
        </w:tc>
        <w:tc>
          <w:tcPr>
            <w:tcW w:w="230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1A01B03" w14:textId="77777777" w:rsidR="0059724F" w:rsidRPr="007F11E8" w:rsidRDefault="0059724F" w:rsidP="00B1167F">
            <w:pPr>
              <w:keepLines/>
              <w:jc w:val="center"/>
              <w:rPr>
                <w:b/>
                <w:color w:val="FFFFFF"/>
                <w:sz w:val="22"/>
              </w:rPr>
            </w:pPr>
            <w:r w:rsidRPr="007F11E8">
              <w:rPr>
                <w:b/>
                <w:color w:val="FFFFFF"/>
                <w:sz w:val="22"/>
              </w:rPr>
              <w:t>Equipment</w:t>
            </w:r>
          </w:p>
          <w:p w14:paraId="1639018F" w14:textId="77777777" w:rsidR="0059724F" w:rsidRPr="007F11E8" w:rsidRDefault="0059724F" w:rsidP="00B1167F">
            <w:pPr>
              <w:keepLines/>
              <w:jc w:val="center"/>
              <w:rPr>
                <w:sz w:val="22"/>
              </w:rPr>
            </w:pPr>
            <w:r w:rsidRPr="007F11E8">
              <w:rPr>
                <w:i/>
                <w:color w:val="FFFFFF" w:themeColor="background1"/>
                <w:sz w:val="22"/>
              </w:rPr>
              <w:t>[Manufacturer/model]</w:t>
            </w:r>
          </w:p>
        </w:tc>
        <w:tc>
          <w:tcPr>
            <w:tcW w:w="352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3FD78A8" w14:textId="77777777" w:rsidR="0059724F" w:rsidRPr="007F11E8" w:rsidRDefault="0059724F" w:rsidP="00B1167F">
            <w:pPr>
              <w:keepLines/>
              <w:jc w:val="center"/>
              <w:rPr>
                <w:b/>
                <w:color w:val="FFFFFF"/>
                <w:sz w:val="22"/>
              </w:rPr>
            </w:pPr>
            <w:r w:rsidRPr="007F11E8">
              <w:rPr>
                <w:b/>
                <w:color w:val="FFFFFF"/>
                <w:sz w:val="22"/>
              </w:rPr>
              <w:t>Business Purpose</w:t>
            </w:r>
          </w:p>
          <w:p w14:paraId="4E0A973A" w14:textId="77777777" w:rsidR="0059724F" w:rsidRPr="007F11E8" w:rsidRDefault="0059724F" w:rsidP="00B1167F">
            <w:pPr>
              <w:keepLines/>
              <w:jc w:val="center"/>
              <w:rPr>
                <w:sz w:val="22"/>
              </w:rPr>
            </w:pPr>
            <w:r w:rsidRPr="007F11E8">
              <w:rPr>
                <w:i/>
                <w:color w:val="FFFFFF" w:themeColor="background1"/>
                <w:sz w:val="22"/>
              </w:rPr>
              <w:t>[Purpose / new capacity]</w:t>
            </w:r>
          </w:p>
        </w:tc>
        <w:tc>
          <w:tcPr>
            <w:tcW w:w="1294"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07586FE1" w14:textId="77777777" w:rsidR="0059724F" w:rsidRPr="007F11E8" w:rsidRDefault="0059724F" w:rsidP="00B1167F">
            <w:pPr>
              <w:keepLines/>
              <w:jc w:val="center"/>
              <w:rPr>
                <w:b/>
                <w:color w:val="FFFFFF"/>
                <w:sz w:val="22"/>
              </w:rPr>
            </w:pPr>
            <w:r>
              <w:rPr>
                <w:b/>
                <w:color w:val="FFFFFF"/>
                <w:sz w:val="22"/>
              </w:rPr>
              <w:t xml:space="preserve">Estimated or Actual </w:t>
            </w:r>
            <w:r w:rsidRPr="007F11E8">
              <w:rPr>
                <w:b/>
                <w:color w:val="FFFFFF"/>
                <w:sz w:val="22"/>
              </w:rPr>
              <w:t xml:space="preserve">Cost </w:t>
            </w:r>
          </w:p>
          <w:p w14:paraId="66C8BC1D" w14:textId="77777777" w:rsidR="0059724F" w:rsidRPr="007F11E8" w:rsidRDefault="0059724F" w:rsidP="00B1167F">
            <w:pPr>
              <w:keepLines/>
              <w:jc w:val="center"/>
              <w:rPr>
                <w:sz w:val="22"/>
              </w:rPr>
            </w:pPr>
            <w:r w:rsidRPr="007F11E8">
              <w:rPr>
                <w:b/>
                <w:color w:val="FFFFFF"/>
                <w:sz w:val="22"/>
              </w:rPr>
              <w:t>[Unit Cost]</w:t>
            </w:r>
          </w:p>
        </w:tc>
        <w:tc>
          <w:tcPr>
            <w:tcW w:w="122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3DE59946" w14:textId="77777777" w:rsidR="0059724F" w:rsidRPr="007F11E8" w:rsidRDefault="0059724F" w:rsidP="00B1167F">
            <w:pPr>
              <w:keepLines/>
              <w:jc w:val="center"/>
              <w:rPr>
                <w:b/>
                <w:color w:val="FFFFFF"/>
                <w:sz w:val="22"/>
              </w:rPr>
            </w:pPr>
            <w:r w:rsidRPr="007F11E8">
              <w:rPr>
                <w:b/>
                <w:color w:val="FFFFFF"/>
                <w:sz w:val="22"/>
              </w:rPr>
              <w:t>Life</w:t>
            </w:r>
          </w:p>
          <w:p w14:paraId="2C35EC1F" w14:textId="77777777" w:rsidR="0059724F" w:rsidRPr="007F11E8" w:rsidRDefault="0059724F" w:rsidP="00B1167F">
            <w:pPr>
              <w:keepLines/>
              <w:jc w:val="center"/>
              <w:rPr>
                <w:sz w:val="22"/>
              </w:rPr>
            </w:pPr>
            <w:r w:rsidRPr="007F11E8">
              <w:rPr>
                <w:b/>
                <w:color w:val="FFFFFF"/>
                <w:sz w:val="22"/>
              </w:rPr>
              <w:t>[Useful Life]</w:t>
            </w:r>
          </w:p>
        </w:tc>
        <w:tc>
          <w:tcPr>
            <w:tcW w:w="166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BB02500" w14:textId="77777777" w:rsidR="0059724F" w:rsidRPr="007F11E8" w:rsidRDefault="0059724F" w:rsidP="00B1167F">
            <w:pPr>
              <w:keepLines/>
              <w:jc w:val="center"/>
              <w:rPr>
                <w:sz w:val="22"/>
              </w:rPr>
            </w:pPr>
            <w:r w:rsidRPr="007F11E8">
              <w:rPr>
                <w:b/>
                <w:color w:val="FFFFFF"/>
                <w:sz w:val="22"/>
              </w:rPr>
              <w:t>Status</w:t>
            </w:r>
          </w:p>
        </w:tc>
        <w:tc>
          <w:tcPr>
            <w:tcW w:w="1666" w:type="dxa"/>
            <w:tcBorders>
              <w:top w:val="single" w:sz="4" w:space="0" w:color="FFFFFF"/>
              <w:left w:val="single" w:sz="4" w:space="0" w:color="FFFFFF"/>
              <w:bottom w:val="single" w:sz="4" w:space="0" w:color="FFFFFF"/>
              <w:right w:val="single" w:sz="4" w:space="0" w:color="FFFFFF"/>
            </w:tcBorders>
            <w:shd w:val="clear" w:color="auto" w:fill="2E65B0"/>
            <w:vAlign w:val="center"/>
          </w:tcPr>
          <w:p w14:paraId="7A07B57E" w14:textId="6C535E3F" w:rsidR="0059724F" w:rsidRPr="007F11E8" w:rsidRDefault="0059724F" w:rsidP="0059724F">
            <w:pPr>
              <w:keepLines/>
              <w:jc w:val="center"/>
              <w:rPr>
                <w:b/>
                <w:color w:val="FFFFFF"/>
                <w:sz w:val="22"/>
              </w:rPr>
            </w:pPr>
            <w:r>
              <w:rPr>
                <w:b/>
                <w:color w:val="FFFFFF"/>
                <w:sz w:val="22"/>
              </w:rPr>
              <w:t>Funding</w:t>
            </w:r>
          </w:p>
        </w:tc>
      </w:tr>
      <w:tr w:rsidR="0059724F" w:rsidRPr="007F11E8" w14:paraId="5BD0E650" w14:textId="14CAA2D4" w:rsidTr="007D5BEA">
        <w:trPr>
          <w:cantSplit/>
          <w:trHeight w:val="936"/>
          <w:jc w:val="center"/>
        </w:trPr>
        <w:tc>
          <w:tcPr>
            <w:tcW w:w="261"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617208B" w14:textId="77777777" w:rsidR="0059724F" w:rsidRPr="007F11E8" w:rsidRDefault="0059724F" w:rsidP="00B1167F">
            <w:pPr>
              <w:keepLines/>
              <w:rPr>
                <w:sz w:val="22"/>
              </w:rPr>
            </w:pPr>
            <w:r w:rsidRPr="007F11E8">
              <w:rPr>
                <w:color w:val="000000"/>
                <w:sz w:val="22"/>
              </w:rPr>
              <w:t>1</w:t>
            </w:r>
          </w:p>
        </w:tc>
        <w:tc>
          <w:tcPr>
            <w:tcW w:w="230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048474C" w14:textId="6F69A9B1" w:rsidR="0059724F" w:rsidRPr="007F11E8" w:rsidRDefault="0059724F" w:rsidP="00B1167F">
            <w:pPr>
              <w:keepLines/>
              <w:rPr>
                <w:sz w:val="22"/>
              </w:rPr>
            </w:pPr>
            <w:r>
              <w:rPr>
                <w:sz w:val="22"/>
              </w:rPr>
              <w:t>Permanently installed commercial production oven – AMF Bakery Systems/Model #123</w:t>
            </w:r>
          </w:p>
        </w:tc>
        <w:tc>
          <w:tcPr>
            <w:tcW w:w="35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FE3D711" w14:textId="488973A2" w:rsidR="0059724F" w:rsidRPr="007F11E8" w:rsidRDefault="0059724F" w:rsidP="00B1167F">
            <w:pPr>
              <w:keepLines/>
              <w:rPr>
                <w:sz w:val="22"/>
              </w:rPr>
            </w:pPr>
            <w:r>
              <w:rPr>
                <w:sz w:val="22"/>
              </w:rPr>
              <w:t>Expands production capacity and enables the business to offer new baked products and year-round catering services</w:t>
            </w:r>
          </w:p>
        </w:tc>
        <w:tc>
          <w:tcPr>
            <w:tcW w:w="129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2BEAAAE" w14:textId="7959FAD9" w:rsidR="0059724F" w:rsidRPr="007F11E8" w:rsidRDefault="0059724F" w:rsidP="00B1167F">
            <w:pPr>
              <w:keepLines/>
              <w:rPr>
                <w:sz w:val="22"/>
              </w:rPr>
            </w:pPr>
            <w:r>
              <w:rPr>
                <w:sz w:val="22"/>
              </w:rPr>
              <w:t>$20,000</w:t>
            </w:r>
          </w:p>
        </w:tc>
        <w:tc>
          <w:tcPr>
            <w:tcW w:w="12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7A68EAF" w14:textId="1AFF52C2" w:rsidR="0059724F" w:rsidRPr="007F11E8" w:rsidRDefault="0059724F" w:rsidP="00B1167F">
            <w:pPr>
              <w:keepLines/>
              <w:rPr>
                <w:sz w:val="22"/>
              </w:rPr>
            </w:pPr>
            <w:r>
              <w:rPr>
                <w:sz w:val="22"/>
              </w:rPr>
              <w:t>10 years</w:t>
            </w:r>
          </w:p>
        </w:tc>
        <w:tc>
          <w:tcPr>
            <w:tcW w:w="1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BBC8F44" w14:textId="52631D4D" w:rsidR="0059724F" w:rsidRPr="007F11E8" w:rsidRDefault="00AA44E4" w:rsidP="00B1167F">
            <w:pPr>
              <w:keepLines/>
              <w:rPr>
                <w:sz w:val="22"/>
              </w:rPr>
            </w:pPr>
            <w:sdt>
              <w:sdtPr>
                <w:rPr>
                  <w:color w:val="000000"/>
                  <w:sz w:val="22"/>
                </w:rPr>
                <w:id w:val="-48924271"/>
                <w14:checkbox>
                  <w14:checked w14:val="1"/>
                  <w14:checkedState w14:val="2612" w14:font="MS Gothic"/>
                  <w14:uncheckedState w14:val="2610" w14:font="MS Gothic"/>
                </w14:checkbox>
              </w:sdtPr>
              <w:sdtEndPr/>
              <w:sdtContent>
                <w:r w:rsidR="0059724F">
                  <w:rPr>
                    <w:rFonts w:ascii="MS Gothic" w:eastAsia="MS Gothic" w:hAnsi="MS Gothic" w:hint="eastAsia"/>
                    <w:color w:val="000000"/>
                    <w:sz w:val="22"/>
                  </w:rPr>
                  <w:t>☒</w:t>
                </w:r>
              </w:sdtContent>
            </w:sdt>
            <w:r w:rsidR="0059724F" w:rsidRPr="007F11E8">
              <w:rPr>
                <w:color w:val="000000"/>
                <w:sz w:val="22"/>
              </w:rPr>
              <w:t xml:space="preserve"> New</w:t>
            </w:r>
            <w:r w:rsidR="0059724F" w:rsidRPr="007F11E8">
              <w:rPr>
                <w:color w:val="000000"/>
                <w:sz w:val="22"/>
              </w:rPr>
              <w:br/>
            </w:r>
            <w:sdt>
              <w:sdtPr>
                <w:rPr>
                  <w:color w:val="000000"/>
                  <w:sz w:val="22"/>
                </w:rPr>
                <w:id w:val="-1869982362"/>
                <w14:checkbox>
                  <w14:checked w14:val="0"/>
                  <w14:checkedState w14:val="2612" w14:font="MS Gothic"/>
                  <w14:uncheckedState w14:val="2610" w14:font="MS Gothic"/>
                </w14:checkbox>
              </w:sdtPr>
              <w:sdtEndPr/>
              <w:sdtContent>
                <w:r w:rsidR="0059724F">
                  <w:rPr>
                    <w:rFonts w:ascii="MS Gothic" w:eastAsia="MS Gothic" w:hAnsi="MS Gothic" w:hint="eastAsia"/>
                    <w:color w:val="000000"/>
                    <w:sz w:val="22"/>
                  </w:rPr>
                  <w:t>☐</w:t>
                </w:r>
              </w:sdtContent>
            </w:sdt>
            <w:r w:rsidR="0059724F" w:rsidRPr="007F11E8">
              <w:rPr>
                <w:color w:val="000000"/>
                <w:sz w:val="22"/>
              </w:rPr>
              <w:t xml:space="preserve"> Replacement</w:t>
            </w:r>
          </w:p>
        </w:tc>
        <w:tc>
          <w:tcPr>
            <w:tcW w:w="1666" w:type="dxa"/>
            <w:tcBorders>
              <w:top w:val="single" w:sz="4" w:space="0" w:color="B4C6E7"/>
              <w:left w:val="single" w:sz="4" w:space="0" w:color="B4C6E7"/>
              <w:bottom w:val="single" w:sz="4" w:space="0" w:color="B4C6E7"/>
              <w:right w:val="single" w:sz="4" w:space="0" w:color="B4C6E7"/>
            </w:tcBorders>
            <w:shd w:val="clear" w:color="auto" w:fill="F2F2F2"/>
          </w:tcPr>
          <w:p w14:paraId="17B33520" w14:textId="77777777" w:rsidR="0059724F" w:rsidRDefault="0059724F" w:rsidP="00B1167F">
            <w:pPr>
              <w:keepLines/>
              <w:rPr>
                <w:color w:val="000000"/>
                <w:sz w:val="22"/>
              </w:rPr>
            </w:pPr>
            <w:r>
              <w:rPr>
                <w:color w:val="000000"/>
                <w:sz w:val="22"/>
              </w:rPr>
              <w:t>Grant Amount:</w:t>
            </w:r>
          </w:p>
          <w:p w14:paraId="022EE82D" w14:textId="09861B2F" w:rsidR="0059724F" w:rsidRDefault="0059724F" w:rsidP="00B1167F">
            <w:pPr>
              <w:keepLines/>
              <w:rPr>
                <w:color w:val="000000"/>
                <w:sz w:val="22"/>
              </w:rPr>
            </w:pPr>
            <w:r>
              <w:rPr>
                <w:color w:val="000000"/>
                <w:sz w:val="22"/>
              </w:rPr>
              <w:t>$15,000</w:t>
            </w:r>
          </w:p>
          <w:p w14:paraId="50B47B2D" w14:textId="77777777" w:rsidR="0059724F" w:rsidRDefault="0059724F" w:rsidP="00B1167F">
            <w:pPr>
              <w:keepLines/>
              <w:rPr>
                <w:color w:val="000000"/>
                <w:sz w:val="22"/>
              </w:rPr>
            </w:pPr>
            <w:r>
              <w:rPr>
                <w:color w:val="000000"/>
                <w:sz w:val="22"/>
              </w:rPr>
              <w:t>Match Amount:</w:t>
            </w:r>
          </w:p>
          <w:p w14:paraId="3CD562D4" w14:textId="55693CCE" w:rsidR="0059724F" w:rsidRDefault="0059724F" w:rsidP="00B1167F">
            <w:pPr>
              <w:keepLines/>
              <w:rPr>
                <w:color w:val="000000"/>
                <w:sz w:val="22"/>
              </w:rPr>
            </w:pPr>
            <w:r>
              <w:rPr>
                <w:color w:val="000000"/>
                <w:sz w:val="22"/>
              </w:rPr>
              <w:t>$5,000</w:t>
            </w:r>
          </w:p>
        </w:tc>
      </w:tr>
    </w:tbl>
    <w:p w14:paraId="5A30968E" w14:textId="77777777" w:rsidR="000A1601" w:rsidRPr="000A1601" w:rsidRDefault="000A1601" w:rsidP="000A1601">
      <w:pPr>
        <w:spacing w:after="0"/>
        <w:rPr>
          <w:iCs/>
          <w:color w:val="000000" w:themeColor="text1"/>
          <w:sz w:val="22"/>
        </w:rPr>
      </w:pPr>
    </w:p>
    <w:tbl>
      <w:tblPr>
        <w:tblW w:w="11936" w:type="dxa"/>
        <w:jc w:val="center"/>
        <w:tblLayout w:type="fixed"/>
        <w:tblLook w:val="04A0" w:firstRow="1" w:lastRow="0" w:firstColumn="1" w:lastColumn="0" w:noHBand="0" w:noVBand="1"/>
      </w:tblPr>
      <w:tblGrid>
        <w:gridCol w:w="266"/>
        <w:gridCol w:w="2300"/>
        <w:gridCol w:w="3522"/>
        <w:gridCol w:w="1294"/>
        <w:gridCol w:w="1222"/>
        <w:gridCol w:w="1666"/>
        <w:gridCol w:w="1666"/>
      </w:tblGrid>
      <w:tr w:rsidR="0059724F" w14:paraId="6C95742E" w14:textId="12113F8F" w:rsidTr="007D5BEA">
        <w:trPr>
          <w:trHeight w:val="966"/>
          <w:tblHeader/>
          <w:jc w:val="center"/>
        </w:trPr>
        <w:tc>
          <w:tcPr>
            <w:tcW w:w="26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33A85399" w14:textId="77777777" w:rsidR="0059724F" w:rsidRPr="007F11E8" w:rsidRDefault="0059724F">
            <w:pPr>
              <w:keepLines/>
              <w:jc w:val="center"/>
              <w:rPr>
                <w:sz w:val="22"/>
              </w:rPr>
            </w:pPr>
            <w:r w:rsidRPr="007F11E8">
              <w:rPr>
                <w:b/>
                <w:color w:val="FFFFFF"/>
                <w:sz w:val="22"/>
              </w:rPr>
              <w:t>#</w:t>
            </w:r>
          </w:p>
        </w:tc>
        <w:tc>
          <w:tcPr>
            <w:tcW w:w="230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FBF2C68" w14:textId="77777777" w:rsidR="0059724F" w:rsidRPr="007F11E8" w:rsidRDefault="0059724F">
            <w:pPr>
              <w:keepLines/>
              <w:jc w:val="center"/>
              <w:rPr>
                <w:b/>
                <w:color w:val="FFFFFF"/>
                <w:sz w:val="22"/>
              </w:rPr>
            </w:pPr>
            <w:r w:rsidRPr="007F11E8">
              <w:rPr>
                <w:b/>
                <w:color w:val="FFFFFF"/>
                <w:sz w:val="22"/>
              </w:rPr>
              <w:t>Equipment</w:t>
            </w:r>
          </w:p>
          <w:p w14:paraId="5B9BD70B" w14:textId="14177584" w:rsidR="0059724F" w:rsidRPr="007F11E8" w:rsidRDefault="0059724F">
            <w:pPr>
              <w:keepLines/>
              <w:jc w:val="center"/>
              <w:rPr>
                <w:sz w:val="22"/>
              </w:rPr>
            </w:pPr>
            <w:r w:rsidRPr="007F11E8">
              <w:rPr>
                <w:i/>
                <w:color w:val="FFFFFF" w:themeColor="background1"/>
                <w:sz w:val="22"/>
              </w:rPr>
              <w:t>[Manufacturer/model]</w:t>
            </w:r>
          </w:p>
        </w:tc>
        <w:tc>
          <w:tcPr>
            <w:tcW w:w="352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0A80B23A" w14:textId="77777777" w:rsidR="0059724F" w:rsidRPr="007F11E8" w:rsidRDefault="0059724F">
            <w:pPr>
              <w:keepLines/>
              <w:jc w:val="center"/>
              <w:rPr>
                <w:b/>
                <w:color w:val="FFFFFF"/>
                <w:sz w:val="22"/>
              </w:rPr>
            </w:pPr>
            <w:r w:rsidRPr="007F11E8">
              <w:rPr>
                <w:b/>
                <w:color w:val="FFFFFF"/>
                <w:sz w:val="22"/>
              </w:rPr>
              <w:t>Business Purpose</w:t>
            </w:r>
          </w:p>
          <w:p w14:paraId="04959F43" w14:textId="06421212" w:rsidR="0059724F" w:rsidRPr="007F11E8" w:rsidRDefault="0059724F">
            <w:pPr>
              <w:keepLines/>
              <w:jc w:val="center"/>
              <w:rPr>
                <w:sz w:val="22"/>
              </w:rPr>
            </w:pPr>
            <w:r w:rsidRPr="007F11E8">
              <w:rPr>
                <w:i/>
                <w:color w:val="FFFFFF" w:themeColor="background1"/>
                <w:sz w:val="22"/>
              </w:rPr>
              <w:t>[Purpose / new capacity]</w:t>
            </w:r>
          </w:p>
        </w:tc>
        <w:tc>
          <w:tcPr>
            <w:tcW w:w="1294"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0B57559" w14:textId="0EE84EE4" w:rsidR="0059724F" w:rsidRPr="007F11E8" w:rsidRDefault="0059724F">
            <w:pPr>
              <w:keepLines/>
              <w:jc w:val="center"/>
              <w:rPr>
                <w:b/>
                <w:color w:val="FFFFFF"/>
                <w:sz w:val="22"/>
              </w:rPr>
            </w:pPr>
            <w:r>
              <w:rPr>
                <w:b/>
                <w:color w:val="FFFFFF"/>
                <w:sz w:val="22"/>
              </w:rPr>
              <w:t xml:space="preserve">Estimated or Actual </w:t>
            </w:r>
            <w:r w:rsidRPr="007F11E8">
              <w:rPr>
                <w:b/>
                <w:color w:val="FFFFFF"/>
                <w:sz w:val="22"/>
              </w:rPr>
              <w:t xml:space="preserve">Cost </w:t>
            </w:r>
          </w:p>
          <w:p w14:paraId="7B0B6DC8" w14:textId="40D61A23" w:rsidR="0059724F" w:rsidRPr="007F11E8" w:rsidRDefault="0059724F">
            <w:pPr>
              <w:keepLines/>
              <w:jc w:val="center"/>
              <w:rPr>
                <w:sz w:val="22"/>
              </w:rPr>
            </w:pPr>
            <w:r w:rsidRPr="007F11E8">
              <w:rPr>
                <w:b/>
                <w:color w:val="FFFFFF"/>
                <w:sz w:val="22"/>
              </w:rPr>
              <w:t>[Unit Cost]</w:t>
            </w:r>
          </w:p>
        </w:tc>
        <w:tc>
          <w:tcPr>
            <w:tcW w:w="122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9C41D63" w14:textId="77777777" w:rsidR="0059724F" w:rsidRPr="007F11E8" w:rsidRDefault="0059724F">
            <w:pPr>
              <w:keepLines/>
              <w:jc w:val="center"/>
              <w:rPr>
                <w:b/>
                <w:color w:val="FFFFFF"/>
                <w:sz w:val="22"/>
              </w:rPr>
            </w:pPr>
            <w:r w:rsidRPr="007F11E8">
              <w:rPr>
                <w:b/>
                <w:color w:val="FFFFFF"/>
                <w:sz w:val="22"/>
              </w:rPr>
              <w:t>Life</w:t>
            </w:r>
          </w:p>
          <w:p w14:paraId="007F8473" w14:textId="35ACE056" w:rsidR="0059724F" w:rsidRPr="007F11E8" w:rsidRDefault="0059724F">
            <w:pPr>
              <w:keepLines/>
              <w:jc w:val="center"/>
              <w:rPr>
                <w:sz w:val="22"/>
              </w:rPr>
            </w:pPr>
            <w:r w:rsidRPr="007F11E8">
              <w:rPr>
                <w:b/>
                <w:color w:val="FFFFFF"/>
                <w:sz w:val="22"/>
              </w:rPr>
              <w:t>[Useful Life]</w:t>
            </w:r>
          </w:p>
        </w:tc>
        <w:tc>
          <w:tcPr>
            <w:tcW w:w="166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3708EDBE" w14:textId="77777777" w:rsidR="0059724F" w:rsidRPr="007F11E8" w:rsidRDefault="0059724F">
            <w:pPr>
              <w:keepLines/>
              <w:jc w:val="center"/>
              <w:rPr>
                <w:sz w:val="22"/>
              </w:rPr>
            </w:pPr>
            <w:r w:rsidRPr="007F11E8">
              <w:rPr>
                <w:b/>
                <w:color w:val="FFFFFF"/>
                <w:sz w:val="22"/>
              </w:rPr>
              <w:t>Status</w:t>
            </w:r>
          </w:p>
        </w:tc>
        <w:tc>
          <w:tcPr>
            <w:tcW w:w="1666" w:type="dxa"/>
            <w:tcBorders>
              <w:top w:val="single" w:sz="4" w:space="0" w:color="FFFFFF"/>
              <w:left w:val="single" w:sz="4" w:space="0" w:color="FFFFFF"/>
              <w:bottom w:val="single" w:sz="4" w:space="0" w:color="FFFFFF"/>
              <w:right w:val="single" w:sz="4" w:space="0" w:color="FFFFFF"/>
            </w:tcBorders>
            <w:shd w:val="clear" w:color="auto" w:fill="2E65B0"/>
            <w:vAlign w:val="center"/>
          </w:tcPr>
          <w:p w14:paraId="3AC0116D" w14:textId="541498BC" w:rsidR="0059724F" w:rsidRPr="007F11E8" w:rsidRDefault="0059724F">
            <w:pPr>
              <w:keepLines/>
              <w:jc w:val="center"/>
              <w:rPr>
                <w:b/>
                <w:color w:val="FFFFFF"/>
                <w:sz w:val="22"/>
              </w:rPr>
            </w:pPr>
            <w:r>
              <w:rPr>
                <w:b/>
                <w:color w:val="FFFFFF"/>
                <w:sz w:val="22"/>
              </w:rPr>
              <w:t>Funding</w:t>
            </w:r>
          </w:p>
        </w:tc>
      </w:tr>
      <w:tr w:rsidR="0059724F" w14:paraId="5DFA9184" w14:textId="756954D4" w:rsidTr="007D5BEA">
        <w:trPr>
          <w:cantSplit/>
          <w:trHeight w:val="936"/>
          <w:jc w:val="center"/>
        </w:trPr>
        <w:tc>
          <w:tcPr>
            <w:tcW w:w="2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C96EC11" w14:textId="77777777" w:rsidR="0059724F" w:rsidRPr="007F11E8" w:rsidRDefault="0059724F">
            <w:pPr>
              <w:keepLines/>
              <w:rPr>
                <w:sz w:val="22"/>
              </w:rPr>
            </w:pPr>
            <w:r w:rsidRPr="007F11E8">
              <w:rPr>
                <w:color w:val="000000"/>
                <w:sz w:val="22"/>
              </w:rPr>
              <w:t>1</w:t>
            </w:r>
          </w:p>
        </w:tc>
        <w:tc>
          <w:tcPr>
            <w:tcW w:w="230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EB1CA0" w14:textId="4E625ED5" w:rsidR="0059724F" w:rsidRPr="007F11E8" w:rsidRDefault="0059724F">
            <w:pPr>
              <w:keepLines/>
              <w:rPr>
                <w:sz w:val="22"/>
              </w:rPr>
            </w:pPr>
          </w:p>
        </w:tc>
        <w:tc>
          <w:tcPr>
            <w:tcW w:w="35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AB5CE70" w14:textId="5063525C" w:rsidR="0059724F" w:rsidRPr="007F11E8" w:rsidRDefault="0059724F">
            <w:pPr>
              <w:keepLines/>
              <w:rPr>
                <w:sz w:val="22"/>
              </w:rPr>
            </w:pPr>
          </w:p>
        </w:tc>
        <w:tc>
          <w:tcPr>
            <w:tcW w:w="129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BBD6DE3" w14:textId="0EA83E67" w:rsidR="0059724F" w:rsidRPr="007F11E8" w:rsidRDefault="0059724F">
            <w:pPr>
              <w:keepLines/>
              <w:rPr>
                <w:sz w:val="22"/>
              </w:rPr>
            </w:pPr>
          </w:p>
        </w:tc>
        <w:tc>
          <w:tcPr>
            <w:tcW w:w="12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D2D7714" w14:textId="44270135" w:rsidR="0059724F" w:rsidRPr="007F11E8" w:rsidRDefault="0059724F">
            <w:pPr>
              <w:keepLines/>
              <w:rPr>
                <w:sz w:val="22"/>
              </w:rPr>
            </w:pPr>
          </w:p>
        </w:tc>
        <w:tc>
          <w:tcPr>
            <w:tcW w:w="1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3E1D66" w14:textId="77777777" w:rsidR="0059724F" w:rsidRPr="007F11E8" w:rsidRDefault="0059724F">
            <w:pPr>
              <w:keepLines/>
              <w:rPr>
                <w:sz w:val="22"/>
              </w:rPr>
            </w:pPr>
            <w:r w:rsidRPr="007F11E8">
              <w:rPr>
                <w:color w:val="000000"/>
                <w:sz w:val="22"/>
              </w:rPr>
              <w:t>☐ New</w:t>
            </w:r>
            <w:r w:rsidRPr="007F11E8">
              <w:rPr>
                <w:color w:val="000000"/>
                <w:sz w:val="22"/>
              </w:rPr>
              <w:br/>
              <w:t>☐ Replacement</w:t>
            </w:r>
          </w:p>
        </w:tc>
        <w:tc>
          <w:tcPr>
            <w:tcW w:w="1666" w:type="dxa"/>
            <w:tcBorders>
              <w:top w:val="single" w:sz="4" w:space="0" w:color="B4C6E7"/>
              <w:left w:val="single" w:sz="4" w:space="0" w:color="B4C6E7"/>
              <w:bottom w:val="single" w:sz="4" w:space="0" w:color="B4C6E7"/>
              <w:right w:val="single" w:sz="4" w:space="0" w:color="B4C6E7"/>
            </w:tcBorders>
            <w:shd w:val="clear" w:color="auto" w:fill="F2F2F2"/>
          </w:tcPr>
          <w:p w14:paraId="540324E2" w14:textId="77777777" w:rsidR="0059724F" w:rsidRDefault="0059724F">
            <w:pPr>
              <w:keepLines/>
              <w:rPr>
                <w:color w:val="000000"/>
                <w:sz w:val="22"/>
              </w:rPr>
            </w:pPr>
            <w:r>
              <w:rPr>
                <w:color w:val="000000"/>
                <w:sz w:val="22"/>
              </w:rPr>
              <w:t>Grant Amount:</w:t>
            </w:r>
          </w:p>
          <w:p w14:paraId="30C65621" w14:textId="77777777" w:rsidR="0059724F" w:rsidRDefault="0059724F">
            <w:pPr>
              <w:keepLines/>
              <w:rPr>
                <w:color w:val="000000"/>
                <w:sz w:val="22"/>
              </w:rPr>
            </w:pPr>
            <w:r>
              <w:rPr>
                <w:color w:val="000000"/>
                <w:sz w:val="22"/>
              </w:rPr>
              <w:t>$___________</w:t>
            </w:r>
          </w:p>
          <w:p w14:paraId="2485E119" w14:textId="77777777" w:rsidR="0059724F" w:rsidRDefault="0059724F">
            <w:pPr>
              <w:keepLines/>
              <w:rPr>
                <w:color w:val="000000"/>
                <w:sz w:val="22"/>
              </w:rPr>
            </w:pPr>
            <w:r>
              <w:rPr>
                <w:color w:val="000000"/>
                <w:sz w:val="22"/>
              </w:rPr>
              <w:t>Match Amount:</w:t>
            </w:r>
          </w:p>
          <w:p w14:paraId="64E84372" w14:textId="47599A24" w:rsidR="0059724F" w:rsidRPr="007F11E8" w:rsidRDefault="0059724F">
            <w:pPr>
              <w:keepLines/>
              <w:rPr>
                <w:color w:val="000000"/>
                <w:sz w:val="22"/>
              </w:rPr>
            </w:pPr>
            <w:r>
              <w:rPr>
                <w:color w:val="000000"/>
                <w:sz w:val="22"/>
              </w:rPr>
              <w:t>$___________</w:t>
            </w:r>
          </w:p>
        </w:tc>
      </w:tr>
      <w:tr w:rsidR="0059724F" w14:paraId="5B21E47F" w14:textId="3D706520" w:rsidTr="007D5BEA">
        <w:trPr>
          <w:cantSplit/>
          <w:trHeight w:val="936"/>
          <w:jc w:val="center"/>
        </w:trPr>
        <w:tc>
          <w:tcPr>
            <w:tcW w:w="2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0AD6F62" w14:textId="77777777" w:rsidR="0059724F" w:rsidRPr="007F11E8" w:rsidRDefault="0059724F">
            <w:pPr>
              <w:keepLines/>
              <w:rPr>
                <w:sz w:val="22"/>
              </w:rPr>
            </w:pPr>
            <w:r w:rsidRPr="007F11E8">
              <w:rPr>
                <w:color w:val="000000"/>
                <w:sz w:val="22"/>
              </w:rPr>
              <w:t>2</w:t>
            </w:r>
          </w:p>
        </w:tc>
        <w:tc>
          <w:tcPr>
            <w:tcW w:w="230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896FB29" w14:textId="27663069" w:rsidR="0059724F" w:rsidRPr="007F11E8" w:rsidRDefault="0059724F">
            <w:pPr>
              <w:keepLines/>
              <w:rPr>
                <w:sz w:val="22"/>
              </w:rPr>
            </w:pPr>
          </w:p>
        </w:tc>
        <w:tc>
          <w:tcPr>
            <w:tcW w:w="35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32E37C6" w14:textId="40336D42" w:rsidR="0059724F" w:rsidRPr="007F11E8" w:rsidRDefault="0059724F">
            <w:pPr>
              <w:keepLines/>
              <w:rPr>
                <w:sz w:val="22"/>
              </w:rPr>
            </w:pPr>
          </w:p>
        </w:tc>
        <w:tc>
          <w:tcPr>
            <w:tcW w:w="129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F1E85A3" w14:textId="0FF363B5" w:rsidR="0059724F" w:rsidRPr="007F11E8" w:rsidRDefault="0059724F">
            <w:pPr>
              <w:keepLines/>
              <w:rPr>
                <w:sz w:val="22"/>
              </w:rPr>
            </w:pPr>
          </w:p>
        </w:tc>
        <w:tc>
          <w:tcPr>
            <w:tcW w:w="12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0F9AED5" w14:textId="0744CB5B" w:rsidR="0059724F" w:rsidRPr="007F11E8" w:rsidRDefault="0059724F">
            <w:pPr>
              <w:keepLines/>
              <w:rPr>
                <w:sz w:val="22"/>
              </w:rPr>
            </w:pPr>
          </w:p>
        </w:tc>
        <w:tc>
          <w:tcPr>
            <w:tcW w:w="1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5B4FB85" w14:textId="77777777" w:rsidR="0059724F" w:rsidRPr="007F11E8" w:rsidRDefault="0059724F">
            <w:pPr>
              <w:keepLines/>
              <w:rPr>
                <w:sz w:val="22"/>
              </w:rPr>
            </w:pPr>
            <w:r w:rsidRPr="007F11E8">
              <w:rPr>
                <w:color w:val="000000"/>
                <w:sz w:val="22"/>
              </w:rPr>
              <w:t>☐ New</w:t>
            </w:r>
            <w:r w:rsidRPr="007F11E8">
              <w:rPr>
                <w:color w:val="000000"/>
                <w:sz w:val="22"/>
              </w:rPr>
              <w:br/>
              <w:t>☐ Replacement</w:t>
            </w:r>
          </w:p>
        </w:tc>
        <w:tc>
          <w:tcPr>
            <w:tcW w:w="1666" w:type="dxa"/>
            <w:tcBorders>
              <w:top w:val="single" w:sz="4" w:space="0" w:color="B4C6E7"/>
              <w:left w:val="single" w:sz="4" w:space="0" w:color="B4C6E7"/>
              <w:bottom w:val="single" w:sz="4" w:space="0" w:color="B4C6E7"/>
              <w:right w:val="single" w:sz="4" w:space="0" w:color="B4C6E7"/>
            </w:tcBorders>
            <w:shd w:val="clear" w:color="auto" w:fill="F2F2F2"/>
          </w:tcPr>
          <w:p w14:paraId="6A28B183" w14:textId="77777777" w:rsidR="0059724F" w:rsidRDefault="0059724F" w:rsidP="0059724F">
            <w:pPr>
              <w:keepLines/>
              <w:rPr>
                <w:color w:val="000000"/>
                <w:sz w:val="22"/>
              </w:rPr>
            </w:pPr>
            <w:r>
              <w:rPr>
                <w:color w:val="000000"/>
                <w:sz w:val="22"/>
              </w:rPr>
              <w:t>Grant Amount:</w:t>
            </w:r>
          </w:p>
          <w:p w14:paraId="362ED4CB" w14:textId="77777777" w:rsidR="0059724F" w:rsidRDefault="0059724F" w:rsidP="0059724F">
            <w:pPr>
              <w:keepLines/>
              <w:rPr>
                <w:color w:val="000000"/>
                <w:sz w:val="22"/>
              </w:rPr>
            </w:pPr>
            <w:r>
              <w:rPr>
                <w:color w:val="000000"/>
                <w:sz w:val="22"/>
              </w:rPr>
              <w:t>$___________</w:t>
            </w:r>
          </w:p>
          <w:p w14:paraId="3DA6404B" w14:textId="77777777" w:rsidR="0059724F" w:rsidRDefault="0059724F" w:rsidP="0059724F">
            <w:pPr>
              <w:keepLines/>
              <w:rPr>
                <w:color w:val="000000"/>
                <w:sz w:val="22"/>
              </w:rPr>
            </w:pPr>
            <w:r>
              <w:rPr>
                <w:color w:val="000000"/>
                <w:sz w:val="22"/>
              </w:rPr>
              <w:t>Match Amount:</w:t>
            </w:r>
          </w:p>
          <w:p w14:paraId="1BE44801" w14:textId="2DFD6134" w:rsidR="0059724F" w:rsidRPr="007F11E8" w:rsidRDefault="0059724F" w:rsidP="0059724F">
            <w:pPr>
              <w:keepLines/>
              <w:rPr>
                <w:color w:val="000000"/>
                <w:sz w:val="22"/>
              </w:rPr>
            </w:pPr>
            <w:r>
              <w:rPr>
                <w:color w:val="000000"/>
                <w:sz w:val="22"/>
              </w:rPr>
              <w:t>$___________</w:t>
            </w:r>
          </w:p>
        </w:tc>
      </w:tr>
      <w:tr w:rsidR="0059724F" w14:paraId="48C279B4" w14:textId="1FAB1DDD" w:rsidTr="007D5BEA">
        <w:trPr>
          <w:cantSplit/>
          <w:trHeight w:val="922"/>
          <w:jc w:val="center"/>
        </w:trPr>
        <w:tc>
          <w:tcPr>
            <w:tcW w:w="2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E47CB68" w14:textId="77777777" w:rsidR="0059724F" w:rsidRPr="007F11E8" w:rsidRDefault="0059724F">
            <w:pPr>
              <w:keepLines/>
              <w:rPr>
                <w:sz w:val="22"/>
              </w:rPr>
            </w:pPr>
            <w:r w:rsidRPr="007F11E8">
              <w:rPr>
                <w:color w:val="000000"/>
                <w:sz w:val="22"/>
              </w:rPr>
              <w:lastRenderedPageBreak/>
              <w:t>3</w:t>
            </w:r>
          </w:p>
        </w:tc>
        <w:tc>
          <w:tcPr>
            <w:tcW w:w="230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3532481" w14:textId="753A292A" w:rsidR="0059724F" w:rsidRPr="007F11E8" w:rsidRDefault="0059724F">
            <w:pPr>
              <w:keepLines/>
              <w:rPr>
                <w:sz w:val="22"/>
              </w:rPr>
            </w:pPr>
          </w:p>
        </w:tc>
        <w:tc>
          <w:tcPr>
            <w:tcW w:w="35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AC4CE5" w14:textId="534A188F" w:rsidR="0059724F" w:rsidRPr="007F11E8" w:rsidRDefault="0059724F">
            <w:pPr>
              <w:keepLines/>
              <w:rPr>
                <w:sz w:val="22"/>
              </w:rPr>
            </w:pPr>
          </w:p>
        </w:tc>
        <w:tc>
          <w:tcPr>
            <w:tcW w:w="129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80EB379" w14:textId="5C9CF9CB" w:rsidR="0059724F" w:rsidRPr="007F11E8" w:rsidRDefault="0059724F">
            <w:pPr>
              <w:keepLines/>
              <w:rPr>
                <w:sz w:val="22"/>
              </w:rPr>
            </w:pPr>
          </w:p>
        </w:tc>
        <w:tc>
          <w:tcPr>
            <w:tcW w:w="122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7081155" w14:textId="0D27C467" w:rsidR="0059724F" w:rsidRPr="007F11E8" w:rsidRDefault="0059724F">
            <w:pPr>
              <w:keepLines/>
              <w:rPr>
                <w:sz w:val="22"/>
              </w:rPr>
            </w:pPr>
          </w:p>
        </w:tc>
        <w:tc>
          <w:tcPr>
            <w:tcW w:w="166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B8DC4C4" w14:textId="77777777" w:rsidR="0059724F" w:rsidRPr="007F11E8" w:rsidRDefault="0059724F">
            <w:pPr>
              <w:keepLines/>
              <w:rPr>
                <w:sz w:val="22"/>
              </w:rPr>
            </w:pPr>
            <w:r w:rsidRPr="007F11E8">
              <w:rPr>
                <w:color w:val="000000"/>
                <w:sz w:val="22"/>
              </w:rPr>
              <w:t>☐ New</w:t>
            </w:r>
            <w:r w:rsidRPr="007F11E8">
              <w:rPr>
                <w:color w:val="000000"/>
                <w:sz w:val="22"/>
              </w:rPr>
              <w:br/>
              <w:t>☐ Replacement</w:t>
            </w:r>
          </w:p>
        </w:tc>
        <w:tc>
          <w:tcPr>
            <w:tcW w:w="1666" w:type="dxa"/>
            <w:tcBorders>
              <w:top w:val="single" w:sz="4" w:space="0" w:color="B4C6E7"/>
              <w:left w:val="single" w:sz="4" w:space="0" w:color="B4C6E7"/>
              <w:bottom w:val="single" w:sz="4" w:space="0" w:color="B4C6E7"/>
              <w:right w:val="single" w:sz="4" w:space="0" w:color="B4C6E7"/>
            </w:tcBorders>
            <w:shd w:val="clear" w:color="auto" w:fill="F2F2F2"/>
          </w:tcPr>
          <w:p w14:paraId="6C86C734" w14:textId="77777777" w:rsidR="0059724F" w:rsidRDefault="0059724F" w:rsidP="0059724F">
            <w:pPr>
              <w:keepLines/>
              <w:rPr>
                <w:color w:val="000000"/>
                <w:sz w:val="22"/>
              </w:rPr>
            </w:pPr>
            <w:r>
              <w:rPr>
                <w:color w:val="000000"/>
                <w:sz w:val="22"/>
              </w:rPr>
              <w:t>Grant Amount:</w:t>
            </w:r>
          </w:p>
          <w:p w14:paraId="09950264" w14:textId="77777777" w:rsidR="0059724F" w:rsidRDefault="0059724F" w:rsidP="0059724F">
            <w:pPr>
              <w:keepLines/>
              <w:rPr>
                <w:color w:val="000000"/>
                <w:sz w:val="22"/>
              </w:rPr>
            </w:pPr>
            <w:r>
              <w:rPr>
                <w:color w:val="000000"/>
                <w:sz w:val="22"/>
              </w:rPr>
              <w:t>$___________</w:t>
            </w:r>
          </w:p>
          <w:p w14:paraId="34896A68" w14:textId="77777777" w:rsidR="0059724F" w:rsidRDefault="0059724F" w:rsidP="0059724F">
            <w:pPr>
              <w:keepLines/>
              <w:rPr>
                <w:color w:val="000000"/>
                <w:sz w:val="22"/>
              </w:rPr>
            </w:pPr>
            <w:r>
              <w:rPr>
                <w:color w:val="000000"/>
                <w:sz w:val="22"/>
              </w:rPr>
              <w:t>Match Amount:</w:t>
            </w:r>
          </w:p>
          <w:p w14:paraId="02A5766A" w14:textId="16C3D47A" w:rsidR="0059724F" w:rsidRPr="007F11E8" w:rsidRDefault="0059724F" w:rsidP="0059724F">
            <w:pPr>
              <w:keepLines/>
              <w:rPr>
                <w:color w:val="000000"/>
                <w:sz w:val="22"/>
              </w:rPr>
            </w:pPr>
            <w:r>
              <w:rPr>
                <w:color w:val="000000"/>
                <w:sz w:val="22"/>
              </w:rPr>
              <w:t>$___________</w:t>
            </w:r>
          </w:p>
        </w:tc>
      </w:tr>
    </w:tbl>
    <w:p w14:paraId="7AD31599" w14:textId="0EF07636" w:rsidR="008E59E1" w:rsidRDefault="008E59E1">
      <w:pPr>
        <w:spacing w:after="0"/>
        <w:rPr>
          <w:i/>
          <w:color w:val="595959"/>
          <w:sz w:val="20"/>
          <w:szCs w:val="20"/>
        </w:rPr>
      </w:pPr>
    </w:p>
    <w:p w14:paraId="10AF702A" w14:textId="77777777" w:rsidR="00782769" w:rsidRDefault="00782769">
      <w:pPr>
        <w:spacing w:after="200" w:line="276" w:lineRule="auto"/>
        <w:rPr>
          <w:b/>
          <w:color w:val="17365D"/>
          <w:sz w:val="22"/>
        </w:rPr>
      </w:pPr>
      <w:r>
        <w:rPr>
          <w:b/>
          <w:color w:val="17365D"/>
          <w:sz w:val="22"/>
        </w:rPr>
        <w:br w:type="page"/>
      </w:r>
    </w:p>
    <w:p w14:paraId="6CEE0488" w14:textId="018886FC" w:rsidR="008E59E1" w:rsidRDefault="002B7203" w:rsidP="008E59E1">
      <w:pPr>
        <w:keepNext/>
        <w:spacing w:after="60"/>
      </w:pPr>
      <w:r>
        <w:rPr>
          <w:b/>
          <w:color w:val="17365D"/>
          <w:sz w:val="22"/>
        </w:rPr>
        <w:lastRenderedPageBreak/>
        <w:t xml:space="preserve">4.3 </w:t>
      </w:r>
      <w:r w:rsidR="008E59E1" w:rsidRPr="00300BAF">
        <w:rPr>
          <w:b/>
          <w:color w:val="17365D"/>
          <w:sz w:val="22"/>
        </w:rPr>
        <w:t>Design Approach and Materials</w:t>
      </w:r>
      <w:r w:rsidR="008E59E1">
        <w:rPr>
          <w:color w:val="595959"/>
          <w:sz w:val="17"/>
        </w:rPr>
        <w:br/>
      </w:r>
      <w:r>
        <w:rPr>
          <w:color w:val="595959"/>
          <w:sz w:val="20"/>
          <w:szCs w:val="20"/>
        </w:rPr>
        <w:t>For Building Renovations and Minor Projects d</w:t>
      </w:r>
      <w:r w:rsidR="008E59E1" w:rsidRPr="00300BAF">
        <w:rPr>
          <w:color w:val="595959"/>
          <w:sz w:val="20"/>
          <w:szCs w:val="20"/>
        </w:rPr>
        <w:t>escribe how the design fits the building and downtown context; preserves historic features; uses durable materials; improves storefront transparency, signs, lighting, accessibility, and overall appearance; and complies with Village design/zoning requirements</w:t>
      </w:r>
      <w:r>
        <w:rPr>
          <w:color w:val="595959"/>
          <w:sz w:val="20"/>
          <w:szCs w:val="20"/>
        </w:rPr>
        <w:t>, as applicable</w:t>
      </w:r>
      <w:r w:rsidR="008E59E1" w:rsidRPr="00300BAF">
        <w:rPr>
          <w:color w:val="595959"/>
          <w:sz w:val="20"/>
          <w:szCs w:val="20"/>
        </w:rPr>
        <w:t>.</w:t>
      </w:r>
      <w:r w:rsidR="006D36B3">
        <w:rPr>
          <w:color w:val="595959"/>
          <w:sz w:val="20"/>
          <w:szCs w:val="20"/>
        </w:rPr>
        <w:t xml:space="preserve"> Please state NA for Small Business Assistance.</w:t>
      </w:r>
    </w:p>
    <w:tbl>
      <w:tblPr>
        <w:tblW w:w="0" w:type="auto"/>
        <w:tblLook w:val="04A0" w:firstRow="1" w:lastRow="0" w:firstColumn="1" w:lastColumn="0" w:noHBand="0" w:noVBand="1"/>
      </w:tblPr>
      <w:tblGrid>
        <w:gridCol w:w="10358"/>
      </w:tblGrid>
      <w:tr w:rsidR="008E59E1" w14:paraId="24660B88" w14:textId="77777777" w:rsidTr="00B1167F">
        <w:trPr>
          <w:cantSplit/>
          <w:trHeight w:val="1728"/>
        </w:trPr>
        <w:tc>
          <w:tcPr>
            <w:tcW w:w="1036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0230C79A" w14:textId="77777777" w:rsidR="008E59E1" w:rsidRPr="001F26EE" w:rsidRDefault="008E59E1" w:rsidP="00B1167F">
            <w:pPr>
              <w:keepLines/>
              <w:rPr>
                <w:iCs/>
              </w:rPr>
            </w:pPr>
          </w:p>
        </w:tc>
      </w:tr>
    </w:tbl>
    <w:p w14:paraId="79D516CE" w14:textId="77777777" w:rsidR="008E59E1" w:rsidRDefault="008E59E1" w:rsidP="008E59E1">
      <w:pPr>
        <w:spacing w:after="0"/>
      </w:pPr>
    </w:p>
    <w:p w14:paraId="7ED8C8BB" w14:textId="0B5D8DCB" w:rsidR="008E59E1" w:rsidRDefault="000B51AA" w:rsidP="008E59E1">
      <w:pPr>
        <w:keepNext/>
        <w:spacing w:after="60"/>
      </w:pPr>
      <w:r>
        <w:rPr>
          <w:b/>
          <w:color w:val="17365D"/>
          <w:sz w:val="22"/>
        </w:rPr>
        <w:t xml:space="preserve">4.4 </w:t>
      </w:r>
      <w:r w:rsidR="008E59E1" w:rsidRPr="00300BAF">
        <w:rPr>
          <w:b/>
          <w:color w:val="17365D"/>
          <w:sz w:val="22"/>
        </w:rPr>
        <w:t>Energy Efficiency and Resiliency</w:t>
      </w:r>
      <w:r w:rsidR="008E59E1" w:rsidRPr="00300BAF">
        <w:rPr>
          <w:color w:val="595959"/>
          <w:sz w:val="22"/>
        </w:rPr>
        <w:br/>
      </w:r>
      <w:r>
        <w:rPr>
          <w:color w:val="595959"/>
          <w:sz w:val="20"/>
          <w:szCs w:val="20"/>
        </w:rPr>
        <w:t xml:space="preserve">For Building Renovation and Minor Projects </w:t>
      </w:r>
      <w:r w:rsidR="008E59E1" w:rsidRPr="00300BAF">
        <w:rPr>
          <w:color w:val="595959"/>
          <w:sz w:val="20"/>
          <w:szCs w:val="20"/>
        </w:rPr>
        <w:t>Identify energy-efficient windows/doors, insulation, HVAC, lighting, controls, air sealing, flood resilience, durable materials, or other measures included or considered. These measures are encouraged even when no specific decarbonization target applies.</w:t>
      </w:r>
      <w:r w:rsidR="006D36B3">
        <w:rPr>
          <w:color w:val="595959"/>
          <w:sz w:val="20"/>
          <w:szCs w:val="20"/>
        </w:rPr>
        <w:t xml:space="preserve"> For Small Business Assistance, explain how equipment will improve energy efficiency and/or resiliency, as applicable.</w:t>
      </w:r>
    </w:p>
    <w:tbl>
      <w:tblPr>
        <w:tblW w:w="0" w:type="auto"/>
        <w:tblLook w:val="04A0" w:firstRow="1" w:lastRow="0" w:firstColumn="1" w:lastColumn="0" w:noHBand="0" w:noVBand="1"/>
      </w:tblPr>
      <w:tblGrid>
        <w:gridCol w:w="10358"/>
      </w:tblGrid>
      <w:tr w:rsidR="008E59E1" w14:paraId="6936636E" w14:textId="77777777" w:rsidTr="00B1167F">
        <w:trPr>
          <w:cantSplit/>
          <w:trHeight w:val="1440"/>
        </w:trPr>
        <w:tc>
          <w:tcPr>
            <w:tcW w:w="1036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5D999D5A" w14:textId="77777777" w:rsidR="008E59E1" w:rsidRPr="008C4CE2" w:rsidRDefault="008E59E1" w:rsidP="00B1167F">
            <w:pPr>
              <w:keepLines/>
              <w:rPr>
                <w:iCs/>
              </w:rPr>
            </w:pPr>
          </w:p>
        </w:tc>
      </w:tr>
    </w:tbl>
    <w:p w14:paraId="5F5717A9" w14:textId="77777777" w:rsidR="00D13EAB" w:rsidRDefault="00D13EAB">
      <w:pPr>
        <w:rPr>
          <w:b/>
          <w:color w:val="17365D"/>
          <w:sz w:val="22"/>
        </w:rPr>
      </w:pPr>
    </w:p>
    <w:p w14:paraId="3CA1F743" w14:textId="75CCEA74" w:rsidR="0056125B" w:rsidRDefault="00AA05D2" w:rsidP="00782769">
      <w:pPr>
        <w:spacing w:after="200" w:line="276" w:lineRule="auto"/>
      </w:pPr>
      <w:r>
        <w:rPr>
          <w:b/>
          <w:color w:val="17365D"/>
          <w:sz w:val="22"/>
        </w:rPr>
        <w:t>Public Art Details (if applicable)</w:t>
      </w:r>
    </w:p>
    <w:p w14:paraId="2C97A147" w14:textId="77777777" w:rsidR="0056125B" w:rsidRDefault="00AA05D2">
      <w:pPr>
        <w:keepNext/>
        <w:spacing w:after="60"/>
      </w:pPr>
      <w:r w:rsidRPr="0060043C">
        <w:rPr>
          <w:b/>
          <w:color w:val="17365D"/>
          <w:sz w:val="22"/>
        </w:rPr>
        <w:t>Public Art Concept</w:t>
      </w:r>
      <w:r>
        <w:rPr>
          <w:color w:val="595959"/>
          <w:sz w:val="17"/>
        </w:rPr>
        <w:br/>
      </w:r>
      <w:r w:rsidRPr="0060043C">
        <w:rPr>
          <w:color w:val="595959"/>
          <w:sz w:val="20"/>
          <w:szCs w:val="20"/>
        </w:rPr>
        <w:t>Describe the artist/selection process, medium, dimensions, site control, installation method, public visibility, maintenance, useful life, community relevance, and permissions. Attach concept images and artist qualifications.</w:t>
      </w:r>
    </w:p>
    <w:tbl>
      <w:tblPr>
        <w:tblW w:w="10407" w:type="dxa"/>
        <w:tblLook w:val="04A0" w:firstRow="1" w:lastRow="0" w:firstColumn="1" w:lastColumn="0" w:noHBand="0" w:noVBand="1"/>
      </w:tblPr>
      <w:tblGrid>
        <w:gridCol w:w="10407"/>
      </w:tblGrid>
      <w:tr w:rsidR="0056125B" w14:paraId="026B12EF" w14:textId="77777777" w:rsidTr="00864C82">
        <w:trPr>
          <w:cantSplit/>
          <w:trHeight w:val="2731"/>
        </w:trPr>
        <w:tc>
          <w:tcPr>
            <w:tcW w:w="10407"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5012F5C3" w14:textId="2011B3F1" w:rsidR="0056125B" w:rsidRPr="00834DAE" w:rsidRDefault="0056125B">
            <w:pPr>
              <w:keepLines/>
              <w:rPr>
                <w:iCs/>
              </w:rPr>
            </w:pPr>
          </w:p>
        </w:tc>
      </w:tr>
    </w:tbl>
    <w:p w14:paraId="60C20D2D" w14:textId="77777777" w:rsidR="0056125B" w:rsidRDefault="0056125B">
      <w:pPr>
        <w:spacing w:after="0"/>
      </w:pPr>
    </w:p>
    <w:p w14:paraId="0F805397" w14:textId="77777777" w:rsidR="0056125B" w:rsidRDefault="00AA05D2">
      <w:r>
        <w:rPr>
          <w:b/>
          <w:color w:val="17365D"/>
          <w:sz w:val="22"/>
        </w:rPr>
        <w:t>Project Photographs</w:t>
      </w:r>
    </w:p>
    <w:p w14:paraId="491382F9" w14:textId="4188DC87" w:rsidR="0056125B" w:rsidRPr="007D5BEA" w:rsidRDefault="00AA44E4">
      <w:pPr>
        <w:pStyle w:val="FormCheckbox"/>
        <w:spacing w:after="20"/>
        <w:rPr>
          <w:sz w:val="22"/>
        </w:rPr>
      </w:pPr>
      <w:sdt>
        <w:sdtPr>
          <w:rPr>
            <w:sz w:val="22"/>
          </w:rPr>
          <w:id w:val="-1235930117"/>
          <w14:checkbox>
            <w14:checked w14:val="0"/>
            <w14:checkedState w14:val="2612" w14:font="MS Gothic"/>
            <w14:uncheckedState w14:val="2610" w14:font="MS Gothic"/>
          </w14:checkbox>
        </w:sdtPr>
        <w:sdtEndPr/>
        <w:sdtContent>
          <w:r w:rsidR="00A6005F" w:rsidRPr="007D5BEA">
            <w:rPr>
              <w:rFonts w:ascii="MS Gothic" w:eastAsia="MS Gothic" w:hAnsi="MS Gothic" w:hint="eastAsia"/>
              <w:sz w:val="22"/>
            </w:rPr>
            <w:t>☐</w:t>
          </w:r>
        </w:sdtContent>
      </w:sdt>
      <w:r w:rsidR="00AA05D2" w:rsidRPr="007D5BEA">
        <w:rPr>
          <w:sz w:val="22"/>
        </w:rPr>
        <w:t xml:space="preserve"> At least four current color photographs are attached and labeled with address, viewpoint, and date.</w:t>
      </w:r>
    </w:p>
    <w:p w14:paraId="0C94705D" w14:textId="7DC58C69" w:rsidR="0056125B" w:rsidRPr="007D5BEA" w:rsidRDefault="00AA44E4">
      <w:pPr>
        <w:pStyle w:val="FormCheckbox"/>
        <w:spacing w:after="20"/>
        <w:rPr>
          <w:sz w:val="22"/>
        </w:rPr>
      </w:pPr>
      <w:sdt>
        <w:sdtPr>
          <w:rPr>
            <w:sz w:val="22"/>
          </w:rPr>
          <w:id w:val="-1291966296"/>
          <w14:checkbox>
            <w14:checked w14:val="0"/>
            <w14:checkedState w14:val="2612" w14:font="MS Gothic"/>
            <w14:uncheckedState w14:val="2610" w14:font="MS Gothic"/>
          </w14:checkbox>
        </w:sdtPr>
        <w:sdtEndPr/>
        <w:sdtContent>
          <w:r w:rsidR="00A6005F" w:rsidRPr="007D5BEA">
            <w:rPr>
              <w:rFonts w:ascii="MS Gothic" w:eastAsia="MS Gothic" w:hAnsi="MS Gothic" w:hint="eastAsia"/>
              <w:sz w:val="22"/>
            </w:rPr>
            <w:t>☐</w:t>
          </w:r>
        </w:sdtContent>
      </w:sdt>
      <w:r w:rsidR="00AA05D2" w:rsidRPr="007D5BEA">
        <w:rPr>
          <w:sz w:val="22"/>
        </w:rPr>
        <w:t xml:space="preserve"> Photographs show the full façade/site and close-ups of each proposed work area.</w:t>
      </w:r>
    </w:p>
    <w:p w14:paraId="35A75476" w14:textId="601B0D38" w:rsidR="0056125B" w:rsidRPr="007D5BEA" w:rsidRDefault="00AA44E4">
      <w:pPr>
        <w:pStyle w:val="FormCheckbox"/>
        <w:spacing w:after="20"/>
        <w:rPr>
          <w:sz w:val="22"/>
        </w:rPr>
      </w:pPr>
      <w:sdt>
        <w:sdtPr>
          <w:rPr>
            <w:sz w:val="22"/>
          </w:rPr>
          <w:id w:val="-737556148"/>
          <w14:checkbox>
            <w14:checked w14:val="0"/>
            <w14:checkedState w14:val="2612" w14:font="MS Gothic"/>
            <w14:uncheckedState w14:val="2610" w14:font="MS Gothic"/>
          </w14:checkbox>
        </w:sdtPr>
        <w:sdtEndPr/>
        <w:sdtContent>
          <w:r w:rsidR="00A6005F" w:rsidRPr="007D5BEA">
            <w:rPr>
              <w:rFonts w:ascii="MS Gothic" w:eastAsia="MS Gothic" w:hAnsi="MS Gothic" w:hint="eastAsia"/>
              <w:sz w:val="22"/>
            </w:rPr>
            <w:t>☐</w:t>
          </w:r>
        </w:sdtContent>
      </w:sdt>
      <w:r w:rsidR="00AA05D2" w:rsidRPr="007D5BEA">
        <w:rPr>
          <w:sz w:val="22"/>
        </w:rPr>
        <w:t xml:space="preserve"> Interior photographs are included for interior work; equipment location is shown for equipment requests.</w:t>
      </w:r>
    </w:p>
    <w:p w14:paraId="6F6000F1"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gridCol w:w="144"/>
      </w:tblGrid>
      <w:tr w:rsidR="0056125B" w14:paraId="7C5F932B" w14:textId="77777777">
        <w:trPr>
          <w:gridAfter w:val="1"/>
          <w:wAfter w:w="104" w:type="dxa"/>
          <w:cantSplit/>
          <w:jc w:val="center"/>
        </w:trPr>
        <w:tc>
          <w:tcPr>
            <w:tcW w:w="792" w:type="dxa"/>
            <w:shd w:val="clear" w:color="auto" w:fill="17365D"/>
            <w:tcMar>
              <w:top w:w="90" w:type="dxa"/>
              <w:left w:w="100" w:type="dxa"/>
              <w:bottom w:w="90" w:type="dxa"/>
              <w:right w:w="100" w:type="dxa"/>
            </w:tcMar>
            <w:vAlign w:val="center"/>
          </w:tcPr>
          <w:p w14:paraId="511101BB" w14:textId="77777777" w:rsidR="0056125B" w:rsidRDefault="00AA05D2">
            <w:pPr>
              <w:keepNext/>
              <w:keepLines/>
              <w:jc w:val="center"/>
            </w:pPr>
            <w:r>
              <w:rPr>
                <w:b/>
                <w:color w:val="FFFFFF"/>
                <w:sz w:val="28"/>
              </w:rPr>
              <w:lastRenderedPageBreak/>
              <w:t>5</w:t>
            </w:r>
          </w:p>
        </w:tc>
        <w:tc>
          <w:tcPr>
            <w:tcW w:w="9432" w:type="dxa"/>
            <w:shd w:val="clear" w:color="auto" w:fill="2E65B0"/>
            <w:tcMar>
              <w:top w:w="90" w:type="dxa"/>
              <w:left w:w="100" w:type="dxa"/>
              <w:bottom w:w="90" w:type="dxa"/>
              <w:right w:w="100" w:type="dxa"/>
            </w:tcMar>
            <w:vAlign w:val="center"/>
          </w:tcPr>
          <w:p w14:paraId="147C373B" w14:textId="77777777" w:rsidR="0056125B" w:rsidRDefault="00AA05D2">
            <w:pPr>
              <w:keepNext/>
              <w:keepLines/>
            </w:pPr>
            <w:r>
              <w:rPr>
                <w:b/>
                <w:color w:val="FFFFFF"/>
                <w:sz w:val="24"/>
              </w:rPr>
              <w:t>PROJECT BUDGET AND GRANT REQUEST</w:t>
            </w:r>
          </w:p>
        </w:tc>
      </w:tr>
      <w:tr w:rsidR="0056125B" w14:paraId="3737EC8A" w14:textId="77777777">
        <w:trPr>
          <w:cantSplit/>
          <w:jc w:val="center"/>
        </w:trPr>
        <w:tc>
          <w:tcPr>
            <w:tcW w:w="10368" w:type="dxa"/>
            <w:gridSpan w:val="3"/>
            <w:tcBorders>
              <w:top w:val="single" w:sz="8" w:space="0" w:color="70AD47"/>
              <w:left w:val="single" w:sz="8" w:space="0" w:color="70AD47"/>
              <w:bottom w:val="single" w:sz="8" w:space="0" w:color="70AD47"/>
              <w:right w:val="single" w:sz="8" w:space="0" w:color="70AD47"/>
            </w:tcBorders>
            <w:shd w:val="clear" w:color="auto" w:fill="E2F0D9"/>
            <w:tcMar>
              <w:top w:w="120" w:type="dxa"/>
              <w:left w:w="140" w:type="dxa"/>
              <w:bottom w:w="120" w:type="dxa"/>
              <w:right w:w="140" w:type="dxa"/>
            </w:tcMar>
            <w:vAlign w:val="center"/>
          </w:tcPr>
          <w:p w14:paraId="799DD66C" w14:textId="77777777" w:rsidR="0056125B" w:rsidRDefault="00AA05D2">
            <w:pPr>
              <w:keepLines/>
              <w:spacing w:after="0"/>
            </w:pPr>
            <w:r w:rsidRPr="0060043C">
              <w:rPr>
                <w:b/>
                <w:color w:val="17365D"/>
                <w:sz w:val="22"/>
              </w:rPr>
              <w:t>GRANT LIMIT FORMULA</w:t>
            </w:r>
            <w:r>
              <w:rPr>
                <w:b/>
                <w:color w:val="17365D"/>
                <w:sz w:val="20"/>
              </w:rPr>
              <w:br/>
            </w:r>
            <w:r w:rsidRPr="007F11E8">
              <w:rPr>
                <w:color w:val="000000"/>
                <w:sz w:val="22"/>
              </w:rPr>
              <w:t>Requested Grant = lesser of (a) the applicable selected-category maximum or (b) 75% of Total Eligible Project Cost. The applicant must provide at least 25% cash match. Building Renovation, Minor Project, and Small Business Assistance minimum award levels also apply. Match must be cash; in-kind match is not eligible.</w:t>
            </w:r>
          </w:p>
        </w:tc>
      </w:tr>
    </w:tbl>
    <w:p w14:paraId="777A34FC" w14:textId="77777777" w:rsidR="0056125B" w:rsidRDefault="0056125B">
      <w:pPr>
        <w:spacing w:after="0"/>
      </w:pPr>
    </w:p>
    <w:tbl>
      <w:tblPr>
        <w:tblW w:w="5000" w:type="pct"/>
        <w:jc w:val="center"/>
        <w:tblLook w:val="04A0" w:firstRow="1" w:lastRow="0" w:firstColumn="1" w:lastColumn="0" w:noHBand="0" w:noVBand="1"/>
      </w:tblPr>
      <w:tblGrid>
        <w:gridCol w:w="3872"/>
        <w:gridCol w:w="1937"/>
        <w:gridCol w:w="1937"/>
        <w:gridCol w:w="2612"/>
      </w:tblGrid>
      <w:tr w:rsidR="00A6005F" w14:paraId="4F668B68" w14:textId="77777777" w:rsidTr="00A6005F">
        <w:trPr>
          <w:tblHeader/>
          <w:jc w:val="center"/>
        </w:trPr>
        <w:tc>
          <w:tcPr>
            <w:tcW w:w="1869"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64F92FF" w14:textId="69DD1D93" w:rsidR="00A6005F" w:rsidRPr="007F11E8" w:rsidRDefault="000B51AA">
            <w:pPr>
              <w:keepLines/>
              <w:jc w:val="center"/>
              <w:rPr>
                <w:sz w:val="22"/>
              </w:rPr>
            </w:pPr>
            <w:r>
              <w:rPr>
                <w:b/>
                <w:color w:val="FFFFFF"/>
                <w:sz w:val="22"/>
              </w:rPr>
              <w:t xml:space="preserve">5.1 </w:t>
            </w:r>
            <w:r w:rsidR="00A6005F" w:rsidRPr="007F11E8">
              <w:rPr>
                <w:b/>
                <w:color w:val="FFFFFF"/>
                <w:sz w:val="22"/>
              </w:rPr>
              <w:t>Cost Category</w:t>
            </w:r>
          </w:p>
        </w:tc>
        <w:tc>
          <w:tcPr>
            <w:tcW w:w="935"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5C70665" w14:textId="4BC3BC91" w:rsidR="00A6005F" w:rsidRPr="007F11E8" w:rsidRDefault="00A6005F">
            <w:pPr>
              <w:keepLines/>
              <w:jc w:val="center"/>
              <w:rPr>
                <w:color w:val="FFFFFF" w:themeColor="background1"/>
                <w:sz w:val="22"/>
              </w:rPr>
            </w:pPr>
            <w:r w:rsidRPr="007F11E8">
              <w:rPr>
                <w:b/>
                <w:color w:val="FFFFFF"/>
                <w:sz w:val="22"/>
              </w:rPr>
              <w:t xml:space="preserve">Total </w:t>
            </w:r>
            <w:r w:rsidRPr="007F11E8">
              <w:rPr>
                <w:b/>
                <w:color w:val="FFFFFF" w:themeColor="background1"/>
                <w:sz w:val="22"/>
              </w:rPr>
              <w:t xml:space="preserve">Cost </w:t>
            </w:r>
            <w:r w:rsidRPr="007F11E8">
              <w:rPr>
                <w:b/>
                <w:i/>
                <w:color w:val="FFFFFF" w:themeColor="background1"/>
                <w:sz w:val="22"/>
              </w:rPr>
              <w:t>[A]</w:t>
            </w:r>
          </w:p>
        </w:tc>
        <w:tc>
          <w:tcPr>
            <w:tcW w:w="935"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F4D2EA7" w14:textId="273B871A" w:rsidR="00A6005F" w:rsidRPr="007F11E8" w:rsidRDefault="00A6005F">
            <w:pPr>
              <w:keepLines/>
              <w:jc w:val="center"/>
              <w:rPr>
                <w:sz w:val="22"/>
              </w:rPr>
            </w:pPr>
            <w:r w:rsidRPr="007F11E8">
              <w:rPr>
                <w:b/>
                <w:color w:val="FFFFFF"/>
                <w:sz w:val="22"/>
              </w:rPr>
              <w:t>Grant Funds [B]</w:t>
            </w:r>
          </w:p>
        </w:tc>
        <w:tc>
          <w:tcPr>
            <w:tcW w:w="1262"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F038DF7" w14:textId="12AF0EE6" w:rsidR="00A6005F" w:rsidRPr="007F11E8" w:rsidRDefault="00A6005F">
            <w:pPr>
              <w:keepLines/>
              <w:jc w:val="center"/>
              <w:rPr>
                <w:sz w:val="22"/>
              </w:rPr>
            </w:pPr>
            <w:r w:rsidRPr="007F11E8">
              <w:rPr>
                <w:b/>
                <w:color w:val="FFFFFF"/>
                <w:sz w:val="22"/>
              </w:rPr>
              <w:t>Applicant / Other Funds [C]</w:t>
            </w:r>
          </w:p>
        </w:tc>
      </w:tr>
      <w:tr w:rsidR="00A6005F" w14:paraId="6E1DC73A"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BFF0506" w14:textId="77777777" w:rsidR="00A6005F" w:rsidRPr="007F11E8" w:rsidRDefault="00A6005F">
            <w:pPr>
              <w:keepLines/>
              <w:rPr>
                <w:sz w:val="22"/>
              </w:rPr>
            </w:pPr>
            <w:r w:rsidRPr="007F11E8">
              <w:rPr>
                <w:color w:val="000000"/>
                <w:sz w:val="22"/>
              </w:rPr>
              <w:t>Construction / building renovation</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17094C3" w14:textId="41BADD02"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07F807" w14:textId="05ED4018"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7C2C955" w14:textId="56F8CF2F" w:rsidR="00A6005F" w:rsidRPr="007F11E8" w:rsidRDefault="00A6005F">
            <w:pPr>
              <w:keepLines/>
              <w:rPr>
                <w:sz w:val="22"/>
              </w:rPr>
            </w:pPr>
          </w:p>
        </w:tc>
      </w:tr>
      <w:tr w:rsidR="00A6005F" w14:paraId="1375E733"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0770F3F6" w14:textId="77777777" w:rsidR="00A6005F" w:rsidRPr="007F11E8" w:rsidRDefault="00A6005F">
            <w:pPr>
              <w:keepLines/>
              <w:rPr>
                <w:sz w:val="22"/>
              </w:rPr>
            </w:pPr>
            <w:r w:rsidRPr="007F11E8">
              <w:rPr>
                <w:color w:val="000000"/>
                <w:sz w:val="22"/>
              </w:rPr>
              <w:t>Façade / storefront / signage / awning</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34BC976" w14:textId="51FECBB4"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D7C63F8" w14:textId="0F2FF82B"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8141277" w14:textId="4791EBC5" w:rsidR="00A6005F" w:rsidRPr="007F11E8" w:rsidRDefault="00A6005F">
            <w:pPr>
              <w:keepLines/>
              <w:rPr>
                <w:sz w:val="22"/>
              </w:rPr>
            </w:pPr>
          </w:p>
        </w:tc>
      </w:tr>
      <w:tr w:rsidR="00A6005F" w14:paraId="6E5E1966"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D3339F0" w14:textId="77777777" w:rsidR="00A6005F" w:rsidRPr="007F11E8" w:rsidRDefault="00A6005F">
            <w:pPr>
              <w:keepLines/>
              <w:rPr>
                <w:sz w:val="22"/>
              </w:rPr>
            </w:pPr>
            <w:r w:rsidRPr="007F11E8">
              <w:rPr>
                <w:color w:val="000000"/>
                <w:sz w:val="22"/>
              </w:rPr>
              <w:t>Permanent machinery / equipment</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1427EB0" w14:textId="2EC49264"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F02D8E4" w14:textId="69F0A6D1"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B476A15" w14:textId="265A65DF" w:rsidR="00A6005F" w:rsidRPr="007F11E8" w:rsidRDefault="00A6005F">
            <w:pPr>
              <w:keepLines/>
              <w:rPr>
                <w:sz w:val="22"/>
              </w:rPr>
            </w:pPr>
          </w:p>
        </w:tc>
      </w:tr>
      <w:tr w:rsidR="00A6005F" w14:paraId="5B652457"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B015079" w14:textId="77777777" w:rsidR="00A6005F" w:rsidRPr="007F11E8" w:rsidRDefault="00A6005F">
            <w:pPr>
              <w:keepLines/>
              <w:rPr>
                <w:sz w:val="22"/>
              </w:rPr>
            </w:pPr>
            <w:r w:rsidRPr="007F11E8">
              <w:rPr>
                <w:color w:val="000000"/>
                <w:sz w:val="22"/>
              </w:rPr>
              <w:t>Architectural / engineering / environmental</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C78F384" w14:textId="5A74C9BE"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7230CAE" w14:textId="4D6C65B9"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6AA67A0" w14:textId="52875308" w:rsidR="00A6005F" w:rsidRPr="007F11E8" w:rsidRDefault="00A6005F">
            <w:pPr>
              <w:keepLines/>
              <w:rPr>
                <w:sz w:val="22"/>
              </w:rPr>
            </w:pPr>
          </w:p>
        </w:tc>
      </w:tr>
      <w:tr w:rsidR="00A6005F" w14:paraId="7468981C"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2300D79" w14:textId="77777777" w:rsidR="00A6005F" w:rsidRPr="007F11E8" w:rsidRDefault="00A6005F">
            <w:pPr>
              <w:keepLines/>
              <w:rPr>
                <w:sz w:val="22"/>
              </w:rPr>
            </w:pPr>
            <w:r w:rsidRPr="007F11E8">
              <w:rPr>
                <w:color w:val="000000"/>
                <w:sz w:val="22"/>
              </w:rPr>
              <w:t>Public art</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881BC11" w14:textId="5E13D782"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4189B3D" w14:textId="3A3F7131"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F083C70" w14:textId="2EE62BE9" w:rsidR="00A6005F" w:rsidRPr="007F11E8" w:rsidRDefault="00A6005F">
            <w:pPr>
              <w:keepLines/>
              <w:rPr>
                <w:sz w:val="22"/>
              </w:rPr>
            </w:pPr>
          </w:p>
        </w:tc>
      </w:tr>
      <w:tr w:rsidR="00A6005F" w14:paraId="60E37308"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BA05FBB" w14:textId="77777777" w:rsidR="00A6005F" w:rsidRPr="007F11E8" w:rsidRDefault="00A6005F">
            <w:pPr>
              <w:keepLines/>
              <w:rPr>
                <w:sz w:val="22"/>
              </w:rPr>
            </w:pPr>
            <w:r w:rsidRPr="007F11E8">
              <w:rPr>
                <w:color w:val="000000"/>
                <w:sz w:val="22"/>
              </w:rPr>
              <w:t>Other - describe</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28588FD" w14:textId="621F0C39"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7E515B8" w14:textId="1AEF1C58"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A7F1C73" w14:textId="3A42421D" w:rsidR="00A6005F" w:rsidRPr="007F11E8" w:rsidRDefault="00A6005F">
            <w:pPr>
              <w:keepLines/>
              <w:rPr>
                <w:sz w:val="22"/>
              </w:rPr>
            </w:pPr>
          </w:p>
        </w:tc>
      </w:tr>
      <w:tr w:rsidR="00A6005F" w14:paraId="719E3D0C" w14:textId="77777777" w:rsidTr="00A6005F">
        <w:trPr>
          <w:cantSplit/>
          <w:jc w:val="center"/>
        </w:trPr>
        <w:tc>
          <w:tcPr>
            <w:tcW w:w="1869"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10C0EC66" w14:textId="77777777" w:rsidR="00A6005F" w:rsidRPr="007F11E8" w:rsidRDefault="00A6005F">
            <w:pPr>
              <w:keepLines/>
              <w:rPr>
                <w:sz w:val="22"/>
              </w:rPr>
            </w:pPr>
            <w:r w:rsidRPr="007F11E8">
              <w:rPr>
                <w:color w:val="000000"/>
                <w:sz w:val="22"/>
              </w:rPr>
              <w:t>TOTAL ELIGIBLE PROJECT COST</w:t>
            </w: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439CD82" w14:textId="09FE201D" w:rsidR="00A6005F" w:rsidRPr="007F11E8" w:rsidRDefault="00A6005F">
            <w:pPr>
              <w:keepLines/>
              <w:rPr>
                <w:sz w:val="22"/>
              </w:rPr>
            </w:pPr>
          </w:p>
        </w:tc>
        <w:tc>
          <w:tcPr>
            <w:tcW w:w="935"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88DE6DE" w14:textId="4F3F51BC" w:rsidR="00A6005F" w:rsidRPr="007F11E8" w:rsidRDefault="00A6005F">
            <w:pPr>
              <w:keepLines/>
              <w:rPr>
                <w:sz w:val="22"/>
              </w:rPr>
            </w:pPr>
          </w:p>
        </w:tc>
        <w:tc>
          <w:tcPr>
            <w:tcW w:w="1262"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6DEA90B" w14:textId="6FF0A638" w:rsidR="00A6005F" w:rsidRPr="007F11E8" w:rsidRDefault="00A6005F">
            <w:pPr>
              <w:keepLines/>
              <w:rPr>
                <w:sz w:val="22"/>
              </w:rPr>
            </w:pPr>
          </w:p>
        </w:tc>
      </w:tr>
    </w:tbl>
    <w:p w14:paraId="19B5D560" w14:textId="5BF8DE5B" w:rsidR="0056125B" w:rsidRDefault="0056125B">
      <w:pPr>
        <w:spacing w:after="0"/>
      </w:pPr>
    </w:p>
    <w:p w14:paraId="659743E9" w14:textId="77777777" w:rsidR="0056125B" w:rsidRDefault="0056125B">
      <w:pPr>
        <w:spacing w:after="0"/>
      </w:pPr>
    </w:p>
    <w:tbl>
      <w:tblPr>
        <w:tblW w:w="0" w:type="auto"/>
        <w:jc w:val="center"/>
        <w:tblLook w:val="04A0" w:firstRow="1" w:lastRow="0" w:firstColumn="1" w:lastColumn="0" w:noHBand="0" w:noVBand="1"/>
      </w:tblPr>
      <w:tblGrid>
        <w:gridCol w:w="10348"/>
      </w:tblGrid>
      <w:tr w:rsidR="0056125B" w14:paraId="014D6465" w14:textId="77777777">
        <w:trPr>
          <w:cantSplit/>
          <w:jc w:val="center"/>
        </w:trPr>
        <w:tc>
          <w:tcPr>
            <w:tcW w:w="10368" w:type="dxa"/>
            <w:tcBorders>
              <w:top w:val="single" w:sz="8" w:space="0" w:color="C65911"/>
              <w:left w:val="single" w:sz="8" w:space="0" w:color="C65911"/>
              <w:bottom w:val="single" w:sz="8" w:space="0" w:color="C65911"/>
              <w:right w:val="single" w:sz="8" w:space="0" w:color="C65911"/>
            </w:tcBorders>
            <w:shd w:val="clear" w:color="auto" w:fill="FCE4D6"/>
            <w:tcMar>
              <w:top w:w="120" w:type="dxa"/>
              <w:left w:w="140" w:type="dxa"/>
              <w:bottom w:w="120" w:type="dxa"/>
              <w:right w:w="140" w:type="dxa"/>
            </w:tcMar>
            <w:vAlign w:val="center"/>
          </w:tcPr>
          <w:p w14:paraId="77152585" w14:textId="77777777" w:rsidR="0056125B" w:rsidRDefault="00AA05D2">
            <w:pPr>
              <w:keepLines/>
              <w:spacing w:after="0"/>
            </w:pPr>
            <w:r w:rsidRPr="0060043C">
              <w:rPr>
                <w:b/>
                <w:color w:val="17365D"/>
                <w:sz w:val="22"/>
              </w:rPr>
              <w:t>SOFT COST LIMIT</w:t>
            </w:r>
            <w:r>
              <w:rPr>
                <w:b/>
                <w:color w:val="17365D"/>
                <w:sz w:val="20"/>
              </w:rPr>
              <w:br/>
            </w:r>
            <w:r w:rsidRPr="007F11E8">
              <w:rPr>
                <w:color w:val="000000"/>
                <w:sz w:val="22"/>
              </w:rPr>
              <w:t>Eligible architectural, engineering, and environmental testing costs must relate to a specific eligible project, be included within the applicable project funding limit, require cash match, and may not exceed 18% of the Program funds awarded to that project. Soft costs for infeasible projects that do not receive other investment are not reimbursable, and soft costs may not be reimbursed before project completion.</w:t>
            </w:r>
          </w:p>
        </w:tc>
      </w:tr>
    </w:tbl>
    <w:p w14:paraId="11111A96" w14:textId="77777777" w:rsidR="0056125B" w:rsidRDefault="0056125B">
      <w:pPr>
        <w:spacing w:after="0"/>
      </w:pPr>
    </w:p>
    <w:p w14:paraId="5835A031" w14:textId="06EC5428" w:rsidR="0056125B" w:rsidRDefault="000B51AA">
      <w:pPr>
        <w:keepNext/>
      </w:pPr>
      <w:r>
        <w:rPr>
          <w:b/>
          <w:color w:val="17365D"/>
          <w:sz w:val="22"/>
        </w:rPr>
        <w:t xml:space="preserve">5.2 </w:t>
      </w:r>
      <w:r w:rsidR="00AA05D2">
        <w:rPr>
          <w:b/>
          <w:color w:val="17365D"/>
          <w:sz w:val="22"/>
        </w:rPr>
        <w:t>Other Funding Sources</w:t>
      </w:r>
    </w:p>
    <w:tbl>
      <w:tblPr>
        <w:tblW w:w="0" w:type="auto"/>
        <w:jc w:val="center"/>
        <w:tblLayout w:type="fixed"/>
        <w:tblLook w:val="04A0" w:firstRow="1" w:lastRow="0" w:firstColumn="1" w:lastColumn="0" w:noHBand="0" w:noVBand="1"/>
      </w:tblPr>
      <w:tblGrid>
        <w:gridCol w:w="1872"/>
        <w:gridCol w:w="3024"/>
        <w:gridCol w:w="1440"/>
        <w:gridCol w:w="2209"/>
        <w:gridCol w:w="1679"/>
      </w:tblGrid>
      <w:tr w:rsidR="0056125B" w14:paraId="74C0F1D3" w14:textId="77777777" w:rsidTr="00A6089D">
        <w:trPr>
          <w:tblHeader/>
          <w:jc w:val="center"/>
        </w:trPr>
        <w:tc>
          <w:tcPr>
            <w:tcW w:w="187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C4F69E2" w14:textId="77777777" w:rsidR="0056125B" w:rsidRPr="00A6089D" w:rsidRDefault="00AA05D2">
            <w:pPr>
              <w:keepLines/>
              <w:jc w:val="center"/>
              <w:rPr>
                <w:sz w:val="22"/>
              </w:rPr>
            </w:pPr>
            <w:r w:rsidRPr="00A6089D">
              <w:rPr>
                <w:b/>
                <w:color w:val="FFFFFF"/>
                <w:sz w:val="22"/>
              </w:rPr>
              <w:t>Type</w:t>
            </w:r>
          </w:p>
        </w:tc>
        <w:tc>
          <w:tcPr>
            <w:tcW w:w="3024"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D9DB874" w14:textId="77777777" w:rsidR="0056125B" w:rsidRPr="00A6089D" w:rsidRDefault="00AA05D2">
            <w:pPr>
              <w:keepLines/>
              <w:jc w:val="center"/>
              <w:rPr>
                <w:sz w:val="22"/>
              </w:rPr>
            </w:pPr>
            <w:r w:rsidRPr="00A6089D">
              <w:rPr>
                <w:b/>
                <w:color w:val="FFFFFF"/>
                <w:sz w:val="22"/>
              </w:rPr>
              <w:t>Source</w:t>
            </w:r>
          </w:p>
        </w:tc>
        <w:tc>
          <w:tcPr>
            <w:tcW w:w="144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6B9FA35" w14:textId="77777777" w:rsidR="0056125B" w:rsidRPr="00A6089D" w:rsidRDefault="00AA05D2">
            <w:pPr>
              <w:keepLines/>
              <w:jc w:val="center"/>
              <w:rPr>
                <w:sz w:val="22"/>
              </w:rPr>
            </w:pPr>
            <w:r w:rsidRPr="00A6089D">
              <w:rPr>
                <w:b/>
                <w:color w:val="FFFFFF"/>
                <w:sz w:val="22"/>
              </w:rPr>
              <w:t>Amount</w:t>
            </w:r>
          </w:p>
        </w:tc>
        <w:tc>
          <w:tcPr>
            <w:tcW w:w="2209"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7C08257" w14:textId="77777777" w:rsidR="0056125B" w:rsidRPr="00A6089D" w:rsidRDefault="00AA05D2">
            <w:pPr>
              <w:keepLines/>
              <w:jc w:val="center"/>
              <w:rPr>
                <w:sz w:val="22"/>
              </w:rPr>
            </w:pPr>
            <w:r w:rsidRPr="00A6089D">
              <w:rPr>
                <w:b/>
                <w:color w:val="FFFFFF"/>
                <w:sz w:val="22"/>
              </w:rPr>
              <w:t>Status</w:t>
            </w:r>
          </w:p>
        </w:tc>
        <w:tc>
          <w:tcPr>
            <w:tcW w:w="1679"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9E97C9B" w14:textId="77777777" w:rsidR="0056125B" w:rsidRDefault="00AA05D2">
            <w:pPr>
              <w:keepLines/>
              <w:jc w:val="center"/>
              <w:rPr>
                <w:b/>
                <w:color w:val="FFFFFF"/>
                <w:sz w:val="22"/>
              </w:rPr>
            </w:pPr>
            <w:r w:rsidRPr="00A6089D">
              <w:rPr>
                <w:b/>
                <w:color w:val="FFFFFF"/>
                <w:sz w:val="22"/>
              </w:rPr>
              <w:t>Proof Attached</w:t>
            </w:r>
          </w:p>
          <w:p w14:paraId="2F554190" w14:textId="1C8D018B" w:rsidR="000B51AA" w:rsidRPr="00A6089D" w:rsidRDefault="000B51AA">
            <w:pPr>
              <w:keepLines/>
              <w:jc w:val="center"/>
              <w:rPr>
                <w:sz w:val="22"/>
              </w:rPr>
            </w:pPr>
            <w:r>
              <w:rPr>
                <w:b/>
                <w:color w:val="FFFFFF"/>
                <w:sz w:val="22"/>
              </w:rPr>
              <w:t>(Y/N)</w:t>
            </w:r>
          </w:p>
        </w:tc>
      </w:tr>
      <w:tr w:rsidR="0056125B" w14:paraId="4D0C9338" w14:textId="77777777" w:rsidTr="00A6089D">
        <w:trPr>
          <w:cantSplit/>
          <w:jc w:val="center"/>
        </w:trPr>
        <w:tc>
          <w:tcPr>
            <w:tcW w:w="187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90A148E" w14:textId="77777777" w:rsidR="0056125B" w:rsidRPr="00A6089D" w:rsidRDefault="00AA05D2">
            <w:pPr>
              <w:keepLines/>
              <w:rPr>
                <w:sz w:val="22"/>
              </w:rPr>
            </w:pPr>
            <w:r w:rsidRPr="00A6089D">
              <w:rPr>
                <w:i/>
                <w:color w:val="595959"/>
                <w:sz w:val="22"/>
              </w:rPr>
              <w:t xml:space="preserve">[Cash / loan / </w:t>
            </w:r>
            <w:proofErr w:type="gramStart"/>
            <w:r w:rsidRPr="00A6089D">
              <w:rPr>
                <w:i/>
                <w:color w:val="595959"/>
                <w:sz w:val="22"/>
              </w:rPr>
              <w:t>other</w:t>
            </w:r>
            <w:proofErr w:type="gramEnd"/>
            <w:r w:rsidRPr="00A6089D">
              <w:rPr>
                <w:i/>
                <w:color w:val="595959"/>
                <w:sz w:val="22"/>
              </w:rPr>
              <w:t xml:space="preserve"> grant]</w:t>
            </w:r>
          </w:p>
        </w:tc>
        <w:tc>
          <w:tcPr>
            <w:tcW w:w="302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2C34A74" w14:textId="0ABCBD2F" w:rsidR="0056125B" w:rsidRPr="00A6089D"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90C06D4" w14:textId="05B26049" w:rsidR="0056125B" w:rsidRPr="00A6089D" w:rsidRDefault="0056125B">
            <w:pPr>
              <w:keepLines/>
              <w:rPr>
                <w:sz w:val="22"/>
              </w:rPr>
            </w:pPr>
          </w:p>
        </w:tc>
        <w:tc>
          <w:tcPr>
            <w:tcW w:w="220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D6EBFD1" w14:textId="57C900CF" w:rsidR="0056125B" w:rsidRPr="00A6089D" w:rsidRDefault="00AA44E4">
            <w:pPr>
              <w:keepLines/>
              <w:rPr>
                <w:sz w:val="22"/>
              </w:rPr>
            </w:pPr>
            <w:sdt>
              <w:sdtPr>
                <w:rPr>
                  <w:color w:val="000000"/>
                  <w:sz w:val="22"/>
                </w:rPr>
                <w:id w:val="1069235345"/>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Secured </w:t>
            </w:r>
            <w:sdt>
              <w:sdtPr>
                <w:rPr>
                  <w:color w:val="000000"/>
                  <w:sz w:val="22"/>
                </w:rPr>
                <w:id w:val="543179620"/>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Pending</w:t>
            </w:r>
          </w:p>
        </w:tc>
        <w:tc>
          <w:tcPr>
            <w:tcW w:w="16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CC1ACBD" w14:textId="27248A71" w:rsidR="0056125B" w:rsidRPr="00A6089D" w:rsidRDefault="0056125B">
            <w:pPr>
              <w:keepLines/>
              <w:rPr>
                <w:sz w:val="22"/>
              </w:rPr>
            </w:pPr>
          </w:p>
        </w:tc>
      </w:tr>
      <w:tr w:rsidR="0056125B" w14:paraId="7DBEA114" w14:textId="77777777" w:rsidTr="00A6089D">
        <w:trPr>
          <w:cantSplit/>
          <w:jc w:val="center"/>
        </w:trPr>
        <w:tc>
          <w:tcPr>
            <w:tcW w:w="187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678ACE6" w14:textId="77777777" w:rsidR="0056125B" w:rsidRPr="00A6089D" w:rsidRDefault="00AA05D2">
            <w:pPr>
              <w:keepLines/>
              <w:rPr>
                <w:sz w:val="22"/>
              </w:rPr>
            </w:pPr>
            <w:r w:rsidRPr="00A6089D">
              <w:rPr>
                <w:i/>
                <w:color w:val="595959"/>
                <w:sz w:val="22"/>
              </w:rPr>
              <w:t xml:space="preserve">[Cash / loan / </w:t>
            </w:r>
            <w:proofErr w:type="gramStart"/>
            <w:r w:rsidRPr="00A6089D">
              <w:rPr>
                <w:i/>
                <w:color w:val="595959"/>
                <w:sz w:val="22"/>
              </w:rPr>
              <w:t>other</w:t>
            </w:r>
            <w:proofErr w:type="gramEnd"/>
            <w:r w:rsidRPr="00A6089D">
              <w:rPr>
                <w:i/>
                <w:color w:val="595959"/>
                <w:sz w:val="22"/>
              </w:rPr>
              <w:t xml:space="preserve"> grant]</w:t>
            </w:r>
          </w:p>
        </w:tc>
        <w:tc>
          <w:tcPr>
            <w:tcW w:w="302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E8DE06E" w14:textId="3FDFD430" w:rsidR="0056125B" w:rsidRPr="00A6089D"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3E78C96" w14:textId="08DC05B0" w:rsidR="0056125B" w:rsidRPr="00A6089D" w:rsidRDefault="0056125B">
            <w:pPr>
              <w:keepLines/>
              <w:rPr>
                <w:sz w:val="22"/>
              </w:rPr>
            </w:pPr>
          </w:p>
        </w:tc>
        <w:tc>
          <w:tcPr>
            <w:tcW w:w="220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5095247" w14:textId="661A8B27" w:rsidR="0056125B" w:rsidRPr="00A6089D" w:rsidRDefault="00AA44E4">
            <w:pPr>
              <w:keepLines/>
              <w:rPr>
                <w:sz w:val="22"/>
              </w:rPr>
            </w:pPr>
            <w:sdt>
              <w:sdtPr>
                <w:rPr>
                  <w:color w:val="000000"/>
                  <w:sz w:val="22"/>
                </w:rPr>
                <w:id w:val="-1843842408"/>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Secured </w:t>
            </w:r>
            <w:sdt>
              <w:sdtPr>
                <w:rPr>
                  <w:color w:val="000000"/>
                  <w:sz w:val="22"/>
                </w:rPr>
                <w:id w:val="236063318"/>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 Pending</w:t>
            </w:r>
          </w:p>
        </w:tc>
        <w:tc>
          <w:tcPr>
            <w:tcW w:w="16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1A623F8" w14:textId="7BD2F904" w:rsidR="0056125B" w:rsidRPr="00A6089D" w:rsidRDefault="0056125B">
            <w:pPr>
              <w:keepLines/>
              <w:rPr>
                <w:sz w:val="22"/>
              </w:rPr>
            </w:pPr>
          </w:p>
        </w:tc>
      </w:tr>
      <w:tr w:rsidR="0056125B" w14:paraId="252A5BAB" w14:textId="77777777" w:rsidTr="00A6089D">
        <w:trPr>
          <w:cantSplit/>
          <w:jc w:val="center"/>
        </w:trPr>
        <w:tc>
          <w:tcPr>
            <w:tcW w:w="187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536811E" w14:textId="77777777" w:rsidR="0056125B" w:rsidRPr="00A6089D" w:rsidRDefault="00AA05D2">
            <w:pPr>
              <w:keepLines/>
              <w:rPr>
                <w:sz w:val="22"/>
              </w:rPr>
            </w:pPr>
            <w:r w:rsidRPr="00A6089D">
              <w:rPr>
                <w:i/>
                <w:color w:val="595959"/>
                <w:sz w:val="22"/>
              </w:rPr>
              <w:t xml:space="preserve">[Cash / loan / </w:t>
            </w:r>
            <w:proofErr w:type="gramStart"/>
            <w:r w:rsidRPr="00A6089D">
              <w:rPr>
                <w:i/>
                <w:color w:val="595959"/>
                <w:sz w:val="22"/>
              </w:rPr>
              <w:t>other</w:t>
            </w:r>
            <w:proofErr w:type="gramEnd"/>
            <w:r w:rsidRPr="00A6089D">
              <w:rPr>
                <w:i/>
                <w:color w:val="595959"/>
                <w:sz w:val="22"/>
              </w:rPr>
              <w:t xml:space="preserve"> grant]</w:t>
            </w:r>
          </w:p>
        </w:tc>
        <w:tc>
          <w:tcPr>
            <w:tcW w:w="302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7041152" w14:textId="67A8049D" w:rsidR="0056125B" w:rsidRPr="00A6089D"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2196430" w14:textId="33C5E61C" w:rsidR="0056125B" w:rsidRPr="00A6089D" w:rsidRDefault="0056125B">
            <w:pPr>
              <w:keepLines/>
              <w:rPr>
                <w:sz w:val="22"/>
              </w:rPr>
            </w:pPr>
          </w:p>
        </w:tc>
        <w:tc>
          <w:tcPr>
            <w:tcW w:w="220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3254068" w14:textId="7AF55D96" w:rsidR="0056125B" w:rsidRPr="00A6089D" w:rsidRDefault="00AA44E4">
            <w:pPr>
              <w:keepLines/>
              <w:rPr>
                <w:sz w:val="22"/>
              </w:rPr>
            </w:pPr>
            <w:sdt>
              <w:sdtPr>
                <w:rPr>
                  <w:color w:val="000000"/>
                  <w:sz w:val="22"/>
                </w:rPr>
                <w:id w:val="-1538965190"/>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Secured </w:t>
            </w:r>
            <w:sdt>
              <w:sdtPr>
                <w:rPr>
                  <w:color w:val="000000"/>
                  <w:sz w:val="22"/>
                </w:rPr>
                <w:id w:val="-702635428"/>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Pending</w:t>
            </w:r>
          </w:p>
        </w:tc>
        <w:tc>
          <w:tcPr>
            <w:tcW w:w="16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24ADC0" w14:textId="4A19894D" w:rsidR="0056125B" w:rsidRPr="00A6089D" w:rsidRDefault="0056125B">
            <w:pPr>
              <w:keepLines/>
              <w:rPr>
                <w:sz w:val="22"/>
              </w:rPr>
            </w:pPr>
          </w:p>
        </w:tc>
      </w:tr>
      <w:tr w:rsidR="0056125B" w14:paraId="341CC35F" w14:textId="77777777" w:rsidTr="00A6089D">
        <w:trPr>
          <w:cantSplit/>
          <w:jc w:val="center"/>
        </w:trPr>
        <w:tc>
          <w:tcPr>
            <w:tcW w:w="187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50B7C72" w14:textId="77777777" w:rsidR="0056125B" w:rsidRPr="00A6089D" w:rsidRDefault="00AA05D2">
            <w:pPr>
              <w:keepLines/>
              <w:rPr>
                <w:sz w:val="22"/>
              </w:rPr>
            </w:pPr>
            <w:r w:rsidRPr="00A6089D">
              <w:rPr>
                <w:i/>
                <w:color w:val="595959"/>
                <w:sz w:val="22"/>
              </w:rPr>
              <w:t xml:space="preserve">[Cash / loan / </w:t>
            </w:r>
            <w:proofErr w:type="gramStart"/>
            <w:r w:rsidRPr="00A6089D">
              <w:rPr>
                <w:i/>
                <w:color w:val="595959"/>
                <w:sz w:val="22"/>
              </w:rPr>
              <w:t>other</w:t>
            </w:r>
            <w:proofErr w:type="gramEnd"/>
            <w:r w:rsidRPr="00A6089D">
              <w:rPr>
                <w:i/>
                <w:color w:val="595959"/>
                <w:sz w:val="22"/>
              </w:rPr>
              <w:t xml:space="preserve"> grant]</w:t>
            </w:r>
          </w:p>
        </w:tc>
        <w:tc>
          <w:tcPr>
            <w:tcW w:w="302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B20CA4" w14:textId="50B5339A" w:rsidR="0056125B" w:rsidRPr="00A6089D"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D9BA048" w14:textId="5289729C" w:rsidR="0056125B" w:rsidRPr="00A6089D" w:rsidRDefault="0056125B">
            <w:pPr>
              <w:keepLines/>
              <w:rPr>
                <w:sz w:val="22"/>
              </w:rPr>
            </w:pPr>
          </w:p>
        </w:tc>
        <w:tc>
          <w:tcPr>
            <w:tcW w:w="220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660C68C" w14:textId="026B9CBB" w:rsidR="0056125B" w:rsidRPr="00A6089D" w:rsidRDefault="00AA44E4">
            <w:pPr>
              <w:keepLines/>
              <w:rPr>
                <w:sz w:val="22"/>
              </w:rPr>
            </w:pPr>
            <w:sdt>
              <w:sdtPr>
                <w:rPr>
                  <w:color w:val="000000"/>
                  <w:sz w:val="22"/>
                </w:rPr>
                <w:id w:val="-1618205407"/>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Secured </w:t>
            </w:r>
            <w:sdt>
              <w:sdtPr>
                <w:rPr>
                  <w:color w:val="000000"/>
                  <w:sz w:val="22"/>
                </w:rPr>
                <w:id w:val="-298758780"/>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Pending</w:t>
            </w:r>
          </w:p>
        </w:tc>
        <w:tc>
          <w:tcPr>
            <w:tcW w:w="16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9AD9AEA" w14:textId="7DFEB870" w:rsidR="0056125B" w:rsidRPr="00A6089D" w:rsidRDefault="0056125B">
            <w:pPr>
              <w:keepLines/>
              <w:rPr>
                <w:sz w:val="22"/>
              </w:rPr>
            </w:pPr>
          </w:p>
        </w:tc>
      </w:tr>
      <w:tr w:rsidR="0056125B" w14:paraId="6742B4EB" w14:textId="77777777" w:rsidTr="00A6089D">
        <w:trPr>
          <w:cantSplit/>
          <w:jc w:val="center"/>
        </w:trPr>
        <w:tc>
          <w:tcPr>
            <w:tcW w:w="187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E7FEE79" w14:textId="77777777" w:rsidR="0056125B" w:rsidRPr="00A6089D" w:rsidRDefault="00AA05D2">
            <w:pPr>
              <w:keepLines/>
              <w:rPr>
                <w:sz w:val="22"/>
              </w:rPr>
            </w:pPr>
            <w:r w:rsidRPr="00A6089D">
              <w:rPr>
                <w:i/>
                <w:color w:val="595959"/>
                <w:sz w:val="22"/>
              </w:rPr>
              <w:lastRenderedPageBreak/>
              <w:t xml:space="preserve">[Cash / loan / </w:t>
            </w:r>
            <w:proofErr w:type="gramStart"/>
            <w:r w:rsidRPr="00A6089D">
              <w:rPr>
                <w:i/>
                <w:color w:val="595959"/>
                <w:sz w:val="22"/>
              </w:rPr>
              <w:t>other</w:t>
            </w:r>
            <w:proofErr w:type="gramEnd"/>
            <w:r w:rsidRPr="00A6089D">
              <w:rPr>
                <w:i/>
                <w:color w:val="595959"/>
                <w:sz w:val="22"/>
              </w:rPr>
              <w:t xml:space="preserve"> grant]</w:t>
            </w:r>
          </w:p>
        </w:tc>
        <w:tc>
          <w:tcPr>
            <w:tcW w:w="3024"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CEC856E" w14:textId="65F12018" w:rsidR="0056125B" w:rsidRPr="00A6089D" w:rsidRDefault="0056125B">
            <w:pPr>
              <w:keepLines/>
              <w:rPr>
                <w:sz w:val="22"/>
              </w:rPr>
            </w:pPr>
          </w:p>
        </w:tc>
        <w:tc>
          <w:tcPr>
            <w:tcW w:w="1440"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8C78EE6" w14:textId="241F75A6" w:rsidR="0056125B" w:rsidRPr="00A6089D" w:rsidRDefault="0056125B">
            <w:pPr>
              <w:keepLines/>
              <w:rPr>
                <w:sz w:val="22"/>
              </w:rPr>
            </w:pPr>
          </w:p>
        </w:tc>
        <w:tc>
          <w:tcPr>
            <w:tcW w:w="220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AC1E166" w14:textId="4E8BBC7C" w:rsidR="0056125B" w:rsidRPr="00A6089D" w:rsidRDefault="00AA44E4">
            <w:pPr>
              <w:keepLines/>
              <w:rPr>
                <w:sz w:val="22"/>
              </w:rPr>
            </w:pPr>
            <w:sdt>
              <w:sdtPr>
                <w:rPr>
                  <w:color w:val="000000"/>
                  <w:sz w:val="22"/>
                </w:rPr>
                <w:id w:val="-1380776778"/>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 xml:space="preserve">Secured </w:t>
            </w:r>
            <w:sdt>
              <w:sdtPr>
                <w:rPr>
                  <w:color w:val="000000"/>
                  <w:sz w:val="22"/>
                </w:rPr>
                <w:id w:val="-1026086627"/>
                <w14:checkbox>
                  <w14:checked w14:val="0"/>
                  <w14:checkedState w14:val="2612" w14:font="MS Gothic"/>
                  <w14:uncheckedState w14:val="2610" w14:font="MS Gothic"/>
                </w14:checkbox>
              </w:sdtPr>
              <w:sdtEndPr/>
              <w:sdtContent>
                <w:r w:rsidR="00E00B42" w:rsidRPr="00A6089D">
                  <w:rPr>
                    <w:rFonts w:ascii="MS Gothic" w:eastAsia="MS Gothic" w:hAnsi="MS Gothic" w:hint="eastAsia"/>
                    <w:color w:val="000000"/>
                    <w:sz w:val="22"/>
                  </w:rPr>
                  <w:t>☐</w:t>
                </w:r>
              </w:sdtContent>
            </w:sdt>
            <w:r w:rsidR="00AA05D2" w:rsidRPr="00A6089D">
              <w:rPr>
                <w:color w:val="000000"/>
                <w:sz w:val="22"/>
              </w:rPr>
              <w:t>Pending</w:t>
            </w:r>
          </w:p>
        </w:tc>
        <w:tc>
          <w:tcPr>
            <w:tcW w:w="16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AF0E9B5" w14:textId="2FF6A4DD" w:rsidR="0056125B" w:rsidRPr="00A6089D" w:rsidRDefault="0056125B">
            <w:pPr>
              <w:keepLines/>
              <w:rPr>
                <w:sz w:val="22"/>
              </w:rPr>
            </w:pPr>
          </w:p>
        </w:tc>
      </w:tr>
    </w:tbl>
    <w:p w14:paraId="2FB0A3E9" w14:textId="77777777" w:rsidR="008E59E1" w:rsidRDefault="008E59E1" w:rsidP="007F11E8">
      <w:pPr>
        <w:widowControl w:val="0"/>
        <w:spacing w:after="60"/>
        <w:rPr>
          <w:b/>
          <w:color w:val="17365D"/>
          <w:sz w:val="22"/>
        </w:rPr>
      </w:pPr>
    </w:p>
    <w:p w14:paraId="41988DA3" w14:textId="6A0FB9FB" w:rsidR="0056125B" w:rsidRDefault="000B51AA" w:rsidP="007F11E8">
      <w:pPr>
        <w:widowControl w:val="0"/>
        <w:spacing w:after="60"/>
      </w:pPr>
      <w:r>
        <w:rPr>
          <w:b/>
          <w:color w:val="17365D"/>
          <w:sz w:val="22"/>
        </w:rPr>
        <w:t xml:space="preserve">5.3 </w:t>
      </w:r>
      <w:r w:rsidR="00AA05D2" w:rsidRPr="00E00B42">
        <w:rPr>
          <w:b/>
          <w:color w:val="17365D"/>
          <w:sz w:val="22"/>
        </w:rPr>
        <w:t>Budget Narrative</w:t>
      </w:r>
      <w:r w:rsidR="00AA05D2">
        <w:rPr>
          <w:color w:val="595959"/>
          <w:sz w:val="17"/>
        </w:rPr>
        <w:br/>
      </w:r>
      <w:r w:rsidR="007300E6">
        <w:rPr>
          <w:color w:val="595959"/>
          <w:sz w:val="20"/>
          <w:szCs w:val="20"/>
        </w:rPr>
        <w:t>In 3-5 sentences, e</w:t>
      </w:r>
      <w:r w:rsidR="00AA05D2" w:rsidRPr="00E00B42">
        <w:rPr>
          <w:color w:val="595959"/>
          <w:sz w:val="20"/>
          <w:szCs w:val="20"/>
        </w:rPr>
        <w:t>xplain how estimates were developed</w:t>
      </w:r>
      <w:r w:rsidR="007300E6">
        <w:rPr>
          <w:color w:val="595959"/>
          <w:sz w:val="20"/>
          <w:szCs w:val="20"/>
        </w:rPr>
        <w:t xml:space="preserve"> (i.e. contractor’s quotes, vendor quotes), and describe</w:t>
      </w:r>
      <w:r w:rsidR="00AA05D2" w:rsidRPr="00E00B42">
        <w:rPr>
          <w:color w:val="595959"/>
          <w:sz w:val="20"/>
          <w:szCs w:val="20"/>
        </w:rPr>
        <w:t xml:space="preserve"> how cost increases or grant reductions will be covered.</w:t>
      </w:r>
    </w:p>
    <w:tbl>
      <w:tblPr>
        <w:tblW w:w="10336" w:type="dxa"/>
        <w:tblLook w:val="04A0" w:firstRow="1" w:lastRow="0" w:firstColumn="1" w:lastColumn="0" w:noHBand="0" w:noVBand="1"/>
      </w:tblPr>
      <w:tblGrid>
        <w:gridCol w:w="10336"/>
      </w:tblGrid>
      <w:tr w:rsidR="0056125B" w14:paraId="51C1A4C0" w14:textId="77777777" w:rsidTr="00A6005F">
        <w:trPr>
          <w:cantSplit/>
          <w:trHeight w:val="2094"/>
        </w:trPr>
        <w:tc>
          <w:tcPr>
            <w:tcW w:w="10336"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147E70FF" w14:textId="6230D7A6" w:rsidR="0056125B" w:rsidRPr="00834DAE" w:rsidRDefault="0056125B">
            <w:pPr>
              <w:keepLines/>
              <w:rPr>
                <w:iCs/>
              </w:rPr>
            </w:pPr>
          </w:p>
        </w:tc>
      </w:tr>
    </w:tbl>
    <w:p w14:paraId="6765228A" w14:textId="77777777" w:rsidR="0056125B" w:rsidRDefault="0056125B">
      <w:pPr>
        <w:spacing w:after="0"/>
      </w:pPr>
    </w:p>
    <w:p w14:paraId="2D4FB31E"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gridCol w:w="144"/>
      </w:tblGrid>
      <w:tr w:rsidR="0056125B" w14:paraId="00340A92" w14:textId="77777777">
        <w:trPr>
          <w:gridAfter w:val="1"/>
          <w:wAfter w:w="104" w:type="dxa"/>
          <w:cantSplit/>
          <w:jc w:val="center"/>
        </w:trPr>
        <w:tc>
          <w:tcPr>
            <w:tcW w:w="792" w:type="dxa"/>
            <w:shd w:val="clear" w:color="auto" w:fill="17365D"/>
            <w:tcMar>
              <w:top w:w="90" w:type="dxa"/>
              <w:left w:w="100" w:type="dxa"/>
              <w:bottom w:w="90" w:type="dxa"/>
              <w:right w:w="100" w:type="dxa"/>
            </w:tcMar>
            <w:vAlign w:val="center"/>
          </w:tcPr>
          <w:p w14:paraId="659762F5" w14:textId="77777777" w:rsidR="0056125B" w:rsidRDefault="00AA05D2">
            <w:pPr>
              <w:keepNext/>
              <w:keepLines/>
              <w:jc w:val="center"/>
            </w:pPr>
            <w:r>
              <w:rPr>
                <w:b/>
                <w:color w:val="FFFFFF"/>
                <w:sz w:val="28"/>
              </w:rPr>
              <w:t>6</w:t>
            </w:r>
          </w:p>
        </w:tc>
        <w:tc>
          <w:tcPr>
            <w:tcW w:w="9432" w:type="dxa"/>
            <w:shd w:val="clear" w:color="auto" w:fill="2E65B0"/>
            <w:tcMar>
              <w:top w:w="90" w:type="dxa"/>
              <w:left w:w="100" w:type="dxa"/>
              <w:bottom w:w="90" w:type="dxa"/>
              <w:right w:w="100" w:type="dxa"/>
            </w:tcMar>
            <w:vAlign w:val="center"/>
          </w:tcPr>
          <w:p w14:paraId="7BBC41C5" w14:textId="77777777" w:rsidR="0056125B" w:rsidRDefault="00AA05D2">
            <w:pPr>
              <w:keepNext/>
              <w:keepLines/>
            </w:pPr>
            <w:r>
              <w:rPr>
                <w:b/>
                <w:color w:val="FFFFFF"/>
                <w:sz w:val="24"/>
              </w:rPr>
              <w:t>FINANCING AND REIMBURSEMENT READINESS</w:t>
            </w:r>
          </w:p>
        </w:tc>
      </w:tr>
      <w:tr w:rsidR="0056125B" w14:paraId="2392AFDE" w14:textId="77777777">
        <w:trPr>
          <w:cantSplit/>
          <w:jc w:val="center"/>
        </w:trPr>
        <w:tc>
          <w:tcPr>
            <w:tcW w:w="10368" w:type="dxa"/>
            <w:gridSpan w:val="3"/>
            <w:tcBorders>
              <w:top w:val="single" w:sz="8" w:space="0" w:color="2E65B0"/>
              <w:left w:val="single" w:sz="8" w:space="0" w:color="2E65B0"/>
              <w:bottom w:val="single" w:sz="8" w:space="0" w:color="2E65B0"/>
              <w:right w:val="single" w:sz="8" w:space="0" w:color="2E65B0"/>
            </w:tcBorders>
            <w:shd w:val="clear" w:color="auto" w:fill="EAF2F8"/>
            <w:tcMar>
              <w:top w:w="120" w:type="dxa"/>
              <w:left w:w="140" w:type="dxa"/>
              <w:bottom w:w="120" w:type="dxa"/>
              <w:right w:w="140" w:type="dxa"/>
            </w:tcMar>
            <w:vAlign w:val="center"/>
          </w:tcPr>
          <w:p w14:paraId="67863B02" w14:textId="77777777" w:rsidR="0056125B" w:rsidRDefault="00AA05D2">
            <w:pPr>
              <w:keepLines/>
              <w:spacing w:after="0"/>
            </w:pPr>
            <w:r w:rsidRPr="00E00B42">
              <w:rPr>
                <w:b/>
                <w:color w:val="17365D"/>
                <w:sz w:val="22"/>
              </w:rPr>
              <w:t>REIMBURSEMENT REQUIREMENT</w:t>
            </w:r>
            <w:r>
              <w:rPr>
                <w:b/>
                <w:color w:val="17365D"/>
                <w:sz w:val="20"/>
              </w:rPr>
              <w:br/>
            </w:r>
            <w:r w:rsidRPr="00E00B42">
              <w:rPr>
                <w:color w:val="000000"/>
                <w:sz w:val="20"/>
                <w:szCs w:val="20"/>
              </w:rPr>
              <w:t>The applicant is responsible for paying the full approved project cost. The Program operates fully as a reimbursement grant and payment is made only after the entire approved project is satisfactorily completed, inspected, paid, and documented. No partial reimbursement is available. Cash payments and cash receipts are not permitted.</w:t>
            </w:r>
          </w:p>
        </w:tc>
      </w:tr>
    </w:tbl>
    <w:p w14:paraId="4D71AE57" w14:textId="77777777" w:rsidR="0056125B" w:rsidRDefault="0056125B">
      <w:pPr>
        <w:spacing w:after="0"/>
      </w:pPr>
    </w:p>
    <w:tbl>
      <w:tblPr>
        <w:tblW w:w="0" w:type="auto"/>
        <w:jc w:val="center"/>
        <w:tblLayout w:type="fixed"/>
        <w:tblLook w:val="04A0" w:firstRow="1" w:lastRow="0" w:firstColumn="1" w:lastColumn="0" w:noHBand="0" w:noVBand="1"/>
      </w:tblPr>
      <w:tblGrid>
        <w:gridCol w:w="3240"/>
        <w:gridCol w:w="6983"/>
      </w:tblGrid>
      <w:tr w:rsidR="0056125B" w14:paraId="47913286"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1D3A1F84" w14:textId="77777777" w:rsidR="0056125B" w:rsidRPr="007F11E8" w:rsidRDefault="00AA05D2">
            <w:pPr>
              <w:keepLines/>
              <w:rPr>
                <w:sz w:val="22"/>
              </w:rPr>
            </w:pPr>
            <w:r w:rsidRPr="007F11E8">
              <w:rPr>
                <w:b/>
                <w:color w:val="17365D"/>
                <w:sz w:val="22"/>
              </w:rPr>
              <w:t>Can applicant finance 100% of project cost before reimbursement?</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9D7D19C" w14:textId="552E39CC" w:rsidR="0056125B" w:rsidRPr="007F11E8" w:rsidRDefault="00AA44E4">
            <w:pPr>
              <w:keepLines/>
              <w:rPr>
                <w:sz w:val="22"/>
              </w:rPr>
            </w:pPr>
            <w:sdt>
              <w:sdtPr>
                <w:rPr>
                  <w:color w:val="595959"/>
                  <w:sz w:val="22"/>
                </w:rPr>
                <w:id w:val="-1087765166"/>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 Yes   </w:t>
            </w:r>
            <w:sdt>
              <w:sdtPr>
                <w:rPr>
                  <w:color w:val="595959"/>
                  <w:sz w:val="22"/>
                </w:rPr>
                <w:id w:val="-420882296"/>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 No   </w:t>
            </w:r>
            <w:sdt>
              <w:sdtPr>
                <w:rPr>
                  <w:color w:val="595959"/>
                  <w:sz w:val="22"/>
                </w:rPr>
                <w:id w:val="-1817559678"/>
                <w14:checkbox>
                  <w14:checked w14:val="0"/>
                  <w14:checkedState w14:val="2612" w14:font="MS Gothic"/>
                  <w14:uncheckedState w14:val="2610" w14:font="MS Gothic"/>
                </w14:checkbox>
              </w:sdtPr>
              <w:sdtEndPr/>
              <w:sdtContent>
                <w:r w:rsidR="00A6089D">
                  <w:rPr>
                    <w:rFonts w:ascii="MS Gothic" w:eastAsia="MS Gothic" w:hAnsi="MS Gothic" w:hint="eastAsia"/>
                    <w:color w:val="595959"/>
                    <w:sz w:val="22"/>
                  </w:rPr>
                  <w:t>☐</w:t>
                </w:r>
              </w:sdtContent>
            </w:sdt>
            <w:r w:rsidR="00AA05D2" w:rsidRPr="007F11E8">
              <w:rPr>
                <w:color w:val="595959"/>
                <w:sz w:val="22"/>
              </w:rPr>
              <w:t xml:space="preserve"> Partially - explain</w:t>
            </w:r>
          </w:p>
        </w:tc>
      </w:tr>
      <w:tr w:rsidR="0056125B" w14:paraId="3CAC66F7"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284C2B41" w14:textId="77777777" w:rsidR="0056125B" w:rsidRPr="007F11E8" w:rsidRDefault="00AA05D2">
            <w:pPr>
              <w:keepLines/>
              <w:rPr>
                <w:sz w:val="22"/>
              </w:rPr>
            </w:pPr>
            <w:r w:rsidRPr="007F11E8">
              <w:rPr>
                <w:b/>
                <w:color w:val="17365D"/>
                <w:sz w:val="22"/>
              </w:rPr>
              <w:t>Primary financing method</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D2417A9" w14:textId="1D9A0D36" w:rsidR="0056125B" w:rsidRPr="007F11E8" w:rsidRDefault="00AA44E4">
            <w:pPr>
              <w:keepLines/>
              <w:rPr>
                <w:sz w:val="22"/>
              </w:rPr>
            </w:pPr>
            <w:sdt>
              <w:sdtPr>
                <w:rPr>
                  <w:color w:val="595959"/>
                  <w:sz w:val="22"/>
                </w:rPr>
                <w:id w:val="-1805839759"/>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Cash on hand   </w:t>
            </w:r>
            <w:sdt>
              <w:sdtPr>
                <w:rPr>
                  <w:color w:val="595959"/>
                  <w:sz w:val="22"/>
                </w:rPr>
                <w:id w:val="-1956709817"/>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 Line of credit   </w:t>
            </w:r>
            <w:sdt>
              <w:sdtPr>
                <w:rPr>
                  <w:color w:val="595959"/>
                  <w:sz w:val="22"/>
                </w:rPr>
                <w:id w:val="-1613349325"/>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 Bank loan   </w:t>
            </w:r>
            <w:sdt>
              <w:sdtPr>
                <w:rPr>
                  <w:color w:val="595959"/>
                  <w:sz w:val="22"/>
                </w:rPr>
                <w:id w:val="1450432354"/>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595959"/>
                    <w:sz w:val="22"/>
                  </w:rPr>
                  <w:t>☐</w:t>
                </w:r>
              </w:sdtContent>
            </w:sdt>
            <w:r w:rsidR="00AA05D2" w:rsidRPr="007F11E8">
              <w:rPr>
                <w:color w:val="595959"/>
                <w:sz w:val="22"/>
              </w:rPr>
              <w:t xml:space="preserve"> Other: ______</w:t>
            </w:r>
          </w:p>
        </w:tc>
      </w:tr>
      <w:tr w:rsidR="0056125B" w14:paraId="3113AABF"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3CF6F0E4" w14:textId="77777777" w:rsidR="0056125B" w:rsidRPr="007F11E8" w:rsidRDefault="00AA05D2">
            <w:pPr>
              <w:keepLines/>
              <w:rPr>
                <w:sz w:val="22"/>
              </w:rPr>
            </w:pPr>
            <w:r w:rsidRPr="007F11E8">
              <w:rPr>
                <w:b/>
                <w:color w:val="17365D"/>
                <w:sz w:val="22"/>
              </w:rPr>
              <w:t>Amount currently available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8842887" w14:textId="77777777" w:rsidR="0056125B" w:rsidRPr="007F11E8" w:rsidRDefault="00AA05D2">
            <w:pPr>
              <w:keepLines/>
              <w:rPr>
                <w:sz w:val="22"/>
              </w:rPr>
            </w:pPr>
            <w:r w:rsidRPr="007F11E8">
              <w:rPr>
                <w:color w:val="595959"/>
                <w:sz w:val="22"/>
              </w:rPr>
              <w:t>$ __________________</w:t>
            </w:r>
          </w:p>
        </w:tc>
      </w:tr>
      <w:tr w:rsidR="0056125B" w14:paraId="668BD186"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A8A23D9" w14:textId="77777777" w:rsidR="0056125B" w:rsidRPr="007F11E8" w:rsidRDefault="00AA05D2">
            <w:pPr>
              <w:keepLines/>
              <w:rPr>
                <w:sz w:val="22"/>
              </w:rPr>
            </w:pPr>
            <w:r w:rsidRPr="007F11E8">
              <w:rPr>
                <w:b/>
                <w:color w:val="17365D"/>
                <w:sz w:val="22"/>
              </w:rPr>
              <w:t>Amount still to be secured</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08E1A19" w14:textId="77777777" w:rsidR="0056125B" w:rsidRPr="007F11E8" w:rsidRDefault="00AA05D2">
            <w:pPr>
              <w:keepLines/>
              <w:rPr>
                <w:sz w:val="22"/>
              </w:rPr>
            </w:pPr>
            <w:r w:rsidRPr="007F11E8">
              <w:rPr>
                <w:color w:val="595959"/>
                <w:sz w:val="22"/>
              </w:rPr>
              <w:t>$ __________________</w:t>
            </w:r>
          </w:p>
        </w:tc>
      </w:tr>
      <w:tr w:rsidR="0056125B" w14:paraId="7355A31A"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1CF1F479" w14:textId="77777777" w:rsidR="0056125B" w:rsidRPr="007F11E8" w:rsidRDefault="00AA05D2">
            <w:pPr>
              <w:keepLines/>
              <w:rPr>
                <w:sz w:val="22"/>
              </w:rPr>
            </w:pPr>
            <w:r w:rsidRPr="007F11E8">
              <w:rPr>
                <w:b/>
                <w:color w:val="17365D"/>
                <w:sz w:val="22"/>
              </w:rPr>
              <w:t>Expected financing date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93C8F64" w14:textId="77777777" w:rsidR="0056125B" w:rsidRPr="007F11E8" w:rsidRDefault="00AA05D2">
            <w:pPr>
              <w:keepLines/>
              <w:rPr>
                <w:sz w:val="22"/>
              </w:rPr>
            </w:pPr>
            <w:r w:rsidRPr="007F11E8">
              <w:rPr>
                <w:color w:val="595959"/>
                <w:sz w:val="22"/>
              </w:rPr>
              <w:t>[Date]</w:t>
            </w:r>
          </w:p>
        </w:tc>
      </w:tr>
    </w:tbl>
    <w:p w14:paraId="2568A1C0" w14:textId="77777777" w:rsidR="0056125B" w:rsidRDefault="0056125B">
      <w:pPr>
        <w:spacing w:after="0"/>
      </w:pPr>
    </w:p>
    <w:p w14:paraId="3A11FDB8" w14:textId="77777777" w:rsidR="0056125B" w:rsidRPr="00E00B42" w:rsidRDefault="00AA05D2">
      <w:pPr>
        <w:rPr>
          <w:sz w:val="22"/>
        </w:rPr>
      </w:pPr>
      <w:r w:rsidRPr="00E00B42">
        <w:rPr>
          <w:b/>
          <w:color w:val="17365D"/>
          <w:sz w:val="22"/>
        </w:rPr>
        <w:t>Acceptable Proof of Financing</w:t>
      </w:r>
    </w:p>
    <w:p w14:paraId="5F3F53CF" w14:textId="28BC57AA" w:rsidR="0056125B" w:rsidRPr="007F11E8" w:rsidRDefault="00AA05D2" w:rsidP="00834DAE">
      <w:pPr>
        <w:pStyle w:val="FormCheckbox"/>
        <w:numPr>
          <w:ilvl w:val="0"/>
          <w:numId w:val="11"/>
        </w:numPr>
        <w:spacing w:after="20"/>
        <w:rPr>
          <w:sz w:val="22"/>
        </w:rPr>
      </w:pPr>
      <w:r w:rsidRPr="007F11E8">
        <w:rPr>
          <w:sz w:val="22"/>
        </w:rPr>
        <w:t>Recent bank statement showing applicant name and sufficient available balance (account number redacted).</w:t>
      </w:r>
    </w:p>
    <w:p w14:paraId="1B7F0F7B" w14:textId="25B5FC65" w:rsidR="0056125B" w:rsidRPr="007F11E8" w:rsidRDefault="00AA05D2" w:rsidP="008C4CE2">
      <w:pPr>
        <w:pStyle w:val="FormCheckbox"/>
        <w:numPr>
          <w:ilvl w:val="0"/>
          <w:numId w:val="11"/>
        </w:numPr>
        <w:spacing w:after="20"/>
        <w:rPr>
          <w:sz w:val="22"/>
        </w:rPr>
      </w:pPr>
      <w:r w:rsidRPr="007F11E8">
        <w:rPr>
          <w:sz w:val="22"/>
        </w:rPr>
        <w:t>Executed or conditional loan commitment / line-of-credit letter.</w:t>
      </w:r>
    </w:p>
    <w:p w14:paraId="7481AF02" w14:textId="40CD9E86" w:rsidR="0056125B" w:rsidRPr="007F11E8" w:rsidRDefault="00AA05D2" w:rsidP="008C4CE2">
      <w:pPr>
        <w:pStyle w:val="FormCheckbox"/>
        <w:numPr>
          <w:ilvl w:val="0"/>
          <w:numId w:val="11"/>
        </w:numPr>
        <w:spacing w:after="20"/>
        <w:rPr>
          <w:sz w:val="22"/>
        </w:rPr>
      </w:pPr>
      <w:r w:rsidRPr="007F11E8">
        <w:rPr>
          <w:sz w:val="22"/>
        </w:rPr>
        <w:t>Board or owner resolution committing cash to the project.</w:t>
      </w:r>
    </w:p>
    <w:p w14:paraId="2E23CAF3" w14:textId="337A69A9" w:rsidR="0056125B" w:rsidRPr="007F11E8" w:rsidRDefault="00AA05D2" w:rsidP="008C4CE2">
      <w:pPr>
        <w:pStyle w:val="FormCheckbox"/>
        <w:numPr>
          <w:ilvl w:val="0"/>
          <w:numId w:val="11"/>
        </w:numPr>
        <w:spacing w:after="20"/>
        <w:rPr>
          <w:sz w:val="22"/>
        </w:rPr>
      </w:pPr>
      <w:r w:rsidRPr="007F11E8">
        <w:rPr>
          <w:sz w:val="22"/>
        </w:rPr>
        <w:t>Documentation of committed third-party grant or investor funds.</w:t>
      </w:r>
    </w:p>
    <w:p w14:paraId="2E2DA36C" w14:textId="309758CD" w:rsidR="0056125B" w:rsidRPr="007F11E8" w:rsidRDefault="00AA05D2" w:rsidP="008C4CE2">
      <w:pPr>
        <w:pStyle w:val="FormCheckbox"/>
        <w:numPr>
          <w:ilvl w:val="0"/>
          <w:numId w:val="11"/>
        </w:numPr>
        <w:spacing w:after="20"/>
        <w:rPr>
          <w:sz w:val="22"/>
        </w:rPr>
      </w:pPr>
      <w:r w:rsidRPr="007F11E8">
        <w:rPr>
          <w:sz w:val="22"/>
        </w:rPr>
        <w:t>Other verifiable evidence approved by the Program Administrator.</w:t>
      </w:r>
    </w:p>
    <w:p w14:paraId="27E3233A" w14:textId="77777777" w:rsidR="0056125B" w:rsidRPr="00E00B42" w:rsidRDefault="00AA05D2">
      <w:pPr>
        <w:rPr>
          <w:sz w:val="22"/>
        </w:rPr>
      </w:pPr>
      <w:r w:rsidRPr="00E00B42">
        <w:rPr>
          <w:b/>
          <w:color w:val="17365D"/>
          <w:sz w:val="22"/>
        </w:rPr>
        <w:t>Reimbursement Documentation Acknowledgment</w:t>
      </w:r>
    </w:p>
    <w:p w14:paraId="4FCB3C5D" w14:textId="3B2E5AB9" w:rsidR="0056125B" w:rsidRPr="00E00B42" w:rsidRDefault="00AA05D2" w:rsidP="00834DAE">
      <w:pPr>
        <w:pStyle w:val="FormCheckbox"/>
        <w:numPr>
          <w:ilvl w:val="0"/>
          <w:numId w:val="10"/>
        </w:numPr>
        <w:spacing w:after="20"/>
        <w:rPr>
          <w:sz w:val="22"/>
        </w:rPr>
      </w:pPr>
      <w:r w:rsidRPr="00E00B42">
        <w:rPr>
          <w:sz w:val="22"/>
        </w:rPr>
        <w:lastRenderedPageBreak/>
        <w:t>I understand reimbursement may require executed contracts, itemized invoices, proof of electronic/check payment, cleared/cancelled checks or bank records, lien releases, inspection records, permits, certificates, photographs, and other documentation requested by the Village or HCR/HTFC.</w:t>
      </w:r>
    </w:p>
    <w:p w14:paraId="42D7A2E3" w14:textId="40E3E32D" w:rsidR="0056125B" w:rsidRPr="00E00B42" w:rsidRDefault="00AA05D2" w:rsidP="00834DAE">
      <w:pPr>
        <w:pStyle w:val="FormCheckbox"/>
        <w:numPr>
          <w:ilvl w:val="0"/>
          <w:numId w:val="10"/>
        </w:numPr>
        <w:spacing w:after="20"/>
        <w:rPr>
          <w:sz w:val="22"/>
        </w:rPr>
      </w:pPr>
      <w:r w:rsidRPr="00E00B42">
        <w:rPr>
          <w:sz w:val="22"/>
        </w:rPr>
        <w:t>I understand grant reimbursement is based on actual eligible, approved, documented costs and may be reduced if final costs are lower, work changes without approval, or documentation is inadequate.</w:t>
      </w:r>
    </w:p>
    <w:p w14:paraId="3143C0FD" w14:textId="2770B113" w:rsidR="0056125B" w:rsidRDefault="0056125B" w:rsidP="007F11E8">
      <w:pPr>
        <w:spacing w:after="200" w:line="276" w:lineRule="auto"/>
      </w:pPr>
    </w:p>
    <w:tbl>
      <w:tblPr>
        <w:tblW w:w="5000" w:type="pct"/>
        <w:jc w:val="center"/>
        <w:tblLook w:val="04A0" w:firstRow="1" w:lastRow="0" w:firstColumn="1" w:lastColumn="0" w:noHBand="0" w:noVBand="1"/>
      </w:tblPr>
      <w:tblGrid>
        <w:gridCol w:w="2774"/>
        <w:gridCol w:w="2447"/>
        <w:gridCol w:w="5124"/>
        <w:gridCol w:w="23"/>
      </w:tblGrid>
      <w:tr w:rsidR="0056125B" w14:paraId="08BDBEB7" w14:textId="77777777" w:rsidTr="008C4CE2">
        <w:trPr>
          <w:gridAfter w:val="1"/>
          <w:wAfter w:w="11" w:type="pct"/>
          <w:cantSplit/>
          <w:jc w:val="center"/>
        </w:trPr>
        <w:tc>
          <w:tcPr>
            <w:tcW w:w="1338" w:type="pct"/>
            <w:shd w:val="clear" w:color="auto" w:fill="17365D"/>
            <w:tcMar>
              <w:top w:w="90" w:type="dxa"/>
              <w:left w:w="100" w:type="dxa"/>
              <w:bottom w:w="90" w:type="dxa"/>
              <w:right w:w="100" w:type="dxa"/>
            </w:tcMar>
            <w:vAlign w:val="center"/>
          </w:tcPr>
          <w:p w14:paraId="7B9F5E25" w14:textId="77777777" w:rsidR="0056125B" w:rsidRDefault="00AA05D2">
            <w:pPr>
              <w:keepNext/>
              <w:keepLines/>
              <w:jc w:val="center"/>
            </w:pPr>
            <w:r>
              <w:rPr>
                <w:b/>
                <w:color w:val="FFFFFF"/>
                <w:sz w:val="28"/>
              </w:rPr>
              <w:t>7</w:t>
            </w:r>
          </w:p>
        </w:tc>
        <w:tc>
          <w:tcPr>
            <w:tcW w:w="3651" w:type="pct"/>
            <w:gridSpan w:val="2"/>
            <w:shd w:val="clear" w:color="auto" w:fill="2E65B0"/>
            <w:tcMar>
              <w:top w:w="90" w:type="dxa"/>
              <w:left w:w="100" w:type="dxa"/>
              <w:bottom w:w="90" w:type="dxa"/>
              <w:right w:w="100" w:type="dxa"/>
            </w:tcMar>
            <w:vAlign w:val="center"/>
          </w:tcPr>
          <w:p w14:paraId="2BEB9B9E" w14:textId="1320BEEE" w:rsidR="0056125B" w:rsidRDefault="00AA05D2">
            <w:pPr>
              <w:keepNext/>
              <w:keepLines/>
            </w:pPr>
            <w:r>
              <w:rPr>
                <w:b/>
                <w:color w:val="FFFFFF"/>
                <w:sz w:val="24"/>
              </w:rPr>
              <w:t>PROJECT READINESS AND IMPLEMENTATION SCHEDULE</w:t>
            </w:r>
            <w:r w:rsidR="006D36B3">
              <w:rPr>
                <w:b/>
                <w:color w:val="FFFFFF"/>
                <w:sz w:val="24"/>
              </w:rPr>
              <w:t xml:space="preserve">-Complete </w:t>
            </w:r>
            <w:proofErr w:type="gramStart"/>
            <w:r w:rsidR="006D36B3">
              <w:rPr>
                <w:b/>
                <w:color w:val="FFFFFF"/>
                <w:sz w:val="24"/>
              </w:rPr>
              <w:t>For</w:t>
            </w:r>
            <w:proofErr w:type="gramEnd"/>
            <w:r w:rsidR="006D36B3">
              <w:rPr>
                <w:b/>
                <w:color w:val="FFFFFF"/>
                <w:sz w:val="24"/>
              </w:rPr>
              <w:t xml:space="preserve"> Building Renovations and Minor Projects Only</w:t>
            </w:r>
          </w:p>
        </w:tc>
      </w:tr>
      <w:tr w:rsidR="0056125B" w14:paraId="215D7782" w14:textId="77777777" w:rsidTr="007F11E8">
        <w:trPr>
          <w:tblHeader/>
          <w:jc w:val="center"/>
        </w:trPr>
        <w:tc>
          <w:tcPr>
            <w:tcW w:w="1338"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724A1C70" w14:textId="77777777" w:rsidR="0056125B" w:rsidRPr="007F11E8" w:rsidRDefault="00AA05D2">
            <w:pPr>
              <w:keepLines/>
              <w:jc w:val="center"/>
              <w:rPr>
                <w:sz w:val="22"/>
              </w:rPr>
            </w:pPr>
            <w:r w:rsidRPr="007F11E8">
              <w:rPr>
                <w:b/>
                <w:color w:val="FFFFFF"/>
                <w:sz w:val="22"/>
              </w:rPr>
              <w:t>Readiness Item</w:t>
            </w:r>
          </w:p>
        </w:tc>
        <w:tc>
          <w:tcPr>
            <w:tcW w:w="1180"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2031EA1A" w14:textId="77777777" w:rsidR="0056125B" w:rsidRPr="007F11E8" w:rsidRDefault="00AA05D2">
            <w:pPr>
              <w:keepLines/>
              <w:jc w:val="center"/>
              <w:rPr>
                <w:sz w:val="22"/>
              </w:rPr>
            </w:pPr>
            <w:r w:rsidRPr="007F11E8">
              <w:rPr>
                <w:b/>
                <w:color w:val="FFFFFF"/>
                <w:sz w:val="22"/>
              </w:rPr>
              <w:t>Status</w:t>
            </w:r>
          </w:p>
        </w:tc>
        <w:tc>
          <w:tcPr>
            <w:tcW w:w="2483" w:type="pct"/>
            <w:gridSpan w:val="2"/>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35EEB333" w14:textId="17BA6329" w:rsidR="0056125B" w:rsidRPr="00B65FF9" w:rsidRDefault="00B65FF9">
            <w:pPr>
              <w:keepLines/>
              <w:jc w:val="center"/>
              <w:rPr>
                <w:b/>
                <w:bCs/>
                <w:color w:val="FFFFFF" w:themeColor="background1"/>
                <w:sz w:val="22"/>
              </w:rPr>
            </w:pPr>
            <w:r w:rsidRPr="00B65FF9">
              <w:rPr>
                <w:b/>
                <w:bCs/>
                <w:color w:val="FFFFFF" w:themeColor="background1"/>
                <w:sz w:val="22"/>
              </w:rPr>
              <w:t>Start Date-Completion Date</w:t>
            </w:r>
          </w:p>
        </w:tc>
      </w:tr>
      <w:tr w:rsidR="0056125B" w14:paraId="5EDB5F2D"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19BE70C0" w14:textId="77777777" w:rsidR="0056125B" w:rsidRPr="007F11E8" w:rsidRDefault="00AA05D2">
            <w:pPr>
              <w:keepLines/>
              <w:rPr>
                <w:sz w:val="22"/>
              </w:rPr>
            </w:pPr>
            <w:r w:rsidRPr="007F11E8">
              <w:rPr>
                <w:color w:val="000000"/>
                <w:sz w:val="22"/>
              </w:rPr>
              <w:t>Property control / owner consent</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9F823E8" w14:textId="460F474D" w:rsidR="0056125B" w:rsidRPr="007F11E8" w:rsidRDefault="00AA44E4">
            <w:pPr>
              <w:keepLines/>
              <w:rPr>
                <w:sz w:val="22"/>
              </w:rPr>
            </w:pPr>
            <w:sdt>
              <w:sdtPr>
                <w:rPr>
                  <w:color w:val="000000"/>
                  <w:sz w:val="22"/>
                </w:rPr>
                <w:id w:val="1053118024"/>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683663529"/>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Pending</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F8650EC" w14:textId="33F308D0" w:rsidR="0056125B" w:rsidRPr="007F11E8" w:rsidRDefault="0056125B">
            <w:pPr>
              <w:keepLines/>
              <w:rPr>
                <w:sz w:val="22"/>
              </w:rPr>
            </w:pPr>
          </w:p>
        </w:tc>
      </w:tr>
      <w:tr w:rsidR="0056125B" w14:paraId="7D878458"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0DF1B7D" w14:textId="77777777" w:rsidR="0056125B" w:rsidRPr="007F11E8" w:rsidRDefault="00AA05D2">
            <w:pPr>
              <w:keepLines/>
              <w:rPr>
                <w:sz w:val="22"/>
              </w:rPr>
            </w:pPr>
            <w:r w:rsidRPr="007F11E8">
              <w:rPr>
                <w:color w:val="000000"/>
                <w:sz w:val="22"/>
              </w:rPr>
              <w:t>Preliminary scope and cost estimate</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A2E5198" w14:textId="118F7B81" w:rsidR="0056125B" w:rsidRPr="007F11E8" w:rsidRDefault="00AA44E4">
            <w:pPr>
              <w:keepLines/>
              <w:rPr>
                <w:sz w:val="22"/>
              </w:rPr>
            </w:pPr>
            <w:sdt>
              <w:sdtPr>
                <w:rPr>
                  <w:color w:val="000000"/>
                  <w:sz w:val="22"/>
                </w:rPr>
                <w:id w:val="1103458265"/>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23449081"/>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Pending</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DFCFD20" w14:textId="0DA5E610" w:rsidR="0056125B" w:rsidRPr="007F11E8" w:rsidRDefault="0056125B">
            <w:pPr>
              <w:keepLines/>
              <w:rPr>
                <w:sz w:val="22"/>
              </w:rPr>
            </w:pPr>
          </w:p>
        </w:tc>
      </w:tr>
      <w:tr w:rsidR="0056125B" w14:paraId="48265613"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2ED2E5C" w14:textId="77777777" w:rsidR="0056125B" w:rsidRPr="007F11E8" w:rsidRDefault="00AA05D2">
            <w:pPr>
              <w:keepLines/>
              <w:rPr>
                <w:sz w:val="22"/>
              </w:rPr>
            </w:pPr>
            <w:r w:rsidRPr="007F11E8">
              <w:rPr>
                <w:color w:val="000000"/>
                <w:sz w:val="22"/>
              </w:rPr>
              <w:t>Design / drawings</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0186C24" w14:textId="3CAC9AEA" w:rsidR="0056125B" w:rsidRPr="007F11E8" w:rsidRDefault="00AA44E4">
            <w:pPr>
              <w:keepLines/>
              <w:rPr>
                <w:sz w:val="22"/>
              </w:rPr>
            </w:pPr>
            <w:sdt>
              <w:sdtPr>
                <w:rPr>
                  <w:color w:val="000000"/>
                  <w:sz w:val="22"/>
                </w:rPr>
                <w:id w:val="-882248438"/>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732128669"/>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Pending   </w:t>
            </w:r>
            <w:sdt>
              <w:sdtPr>
                <w:rPr>
                  <w:color w:val="000000"/>
                  <w:sz w:val="22"/>
                </w:rPr>
                <w:id w:val="54825773"/>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N/A</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3F9906B" w14:textId="6259A20C" w:rsidR="0056125B" w:rsidRPr="007F11E8" w:rsidRDefault="0056125B">
            <w:pPr>
              <w:keepLines/>
              <w:rPr>
                <w:sz w:val="22"/>
              </w:rPr>
            </w:pPr>
          </w:p>
        </w:tc>
      </w:tr>
      <w:tr w:rsidR="0056125B" w14:paraId="63846CA7"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01C104D4" w14:textId="77777777" w:rsidR="0056125B" w:rsidRPr="007F11E8" w:rsidRDefault="00AA05D2">
            <w:pPr>
              <w:keepLines/>
              <w:rPr>
                <w:sz w:val="22"/>
              </w:rPr>
            </w:pPr>
            <w:r w:rsidRPr="007F11E8">
              <w:rPr>
                <w:color w:val="000000"/>
                <w:sz w:val="22"/>
              </w:rPr>
              <w:t>Planning / zoning review</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4E2D809" w14:textId="3BB3F2EC" w:rsidR="0056125B" w:rsidRPr="007F11E8" w:rsidRDefault="00AA44E4">
            <w:pPr>
              <w:keepLines/>
              <w:rPr>
                <w:sz w:val="22"/>
              </w:rPr>
            </w:pPr>
            <w:sdt>
              <w:sdtPr>
                <w:rPr>
                  <w:color w:val="000000"/>
                  <w:sz w:val="22"/>
                </w:rPr>
                <w:id w:val="-1125841680"/>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414209169"/>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Pending   </w:t>
            </w:r>
            <w:sdt>
              <w:sdtPr>
                <w:rPr>
                  <w:color w:val="000000"/>
                  <w:sz w:val="22"/>
                </w:rPr>
                <w:id w:val="1332564035"/>
                <w14:checkbox>
                  <w14:checked w14:val="0"/>
                  <w14:checkedState w14:val="2612" w14:font="MS Gothic"/>
                  <w14:uncheckedState w14:val="2610" w14:font="MS Gothic"/>
                </w14:checkbox>
              </w:sdtPr>
              <w:sdtEndPr/>
              <w:sdtContent>
                <w:r w:rsidR="007A5FD6" w:rsidRPr="007F11E8">
                  <w:rPr>
                    <w:rFonts w:ascii="MS Gothic" w:eastAsia="MS Gothic" w:hAnsi="MS Gothic" w:hint="eastAsia"/>
                    <w:color w:val="000000"/>
                    <w:sz w:val="22"/>
                  </w:rPr>
                  <w:t>☐</w:t>
                </w:r>
              </w:sdtContent>
            </w:sdt>
            <w:r w:rsidR="00AA05D2" w:rsidRPr="007F11E8">
              <w:rPr>
                <w:color w:val="000000"/>
                <w:sz w:val="22"/>
              </w:rPr>
              <w:t xml:space="preserve"> N/A</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D86B2C0" w14:textId="3D716AA8" w:rsidR="0056125B" w:rsidRPr="007F11E8" w:rsidRDefault="0056125B">
            <w:pPr>
              <w:keepLines/>
              <w:rPr>
                <w:sz w:val="22"/>
              </w:rPr>
            </w:pPr>
          </w:p>
        </w:tc>
      </w:tr>
      <w:tr w:rsidR="0056125B" w14:paraId="60A62CDE"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A493B13" w14:textId="77777777" w:rsidR="0056125B" w:rsidRPr="007F11E8" w:rsidRDefault="00AA05D2">
            <w:pPr>
              <w:keepLines/>
              <w:rPr>
                <w:sz w:val="22"/>
              </w:rPr>
            </w:pPr>
            <w:r w:rsidRPr="007F11E8">
              <w:rPr>
                <w:color w:val="000000"/>
                <w:sz w:val="22"/>
              </w:rPr>
              <w:t>Building permit</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66C4423" w14:textId="4691E5A0" w:rsidR="0056125B" w:rsidRPr="007F11E8" w:rsidRDefault="00AA44E4">
            <w:pPr>
              <w:keepLines/>
              <w:rPr>
                <w:sz w:val="22"/>
              </w:rPr>
            </w:pPr>
            <w:sdt>
              <w:sdtPr>
                <w:rPr>
                  <w:color w:val="000000"/>
                  <w:sz w:val="22"/>
                </w:rPr>
                <w:id w:val="535168713"/>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283546917"/>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Pending   </w:t>
            </w:r>
            <w:sdt>
              <w:sdtPr>
                <w:rPr>
                  <w:color w:val="000000"/>
                  <w:sz w:val="22"/>
                </w:rPr>
                <w:id w:val="-2058922516"/>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N/A</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27EAC55" w14:textId="1E18CD88" w:rsidR="0056125B" w:rsidRPr="007F11E8" w:rsidRDefault="0056125B">
            <w:pPr>
              <w:keepLines/>
              <w:rPr>
                <w:sz w:val="22"/>
              </w:rPr>
            </w:pPr>
          </w:p>
        </w:tc>
      </w:tr>
      <w:tr w:rsidR="0056125B" w14:paraId="55B73AB2"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2142161" w14:textId="77777777" w:rsidR="0056125B" w:rsidRPr="007F11E8" w:rsidRDefault="00AA05D2">
            <w:pPr>
              <w:keepLines/>
              <w:rPr>
                <w:sz w:val="22"/>
              </w:rPr>
            </w:pPr>
            <w:r w:rsidRPr="007F11E8">
              <w:rPr>
                <w:color w:val="000000"/>
                <w:sz w:val="22"/>
              </w:rPr>
              <w:t>Historic / SHPO review</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951732F" w14:textId="6CA86D8D" w:rsidR="0056125B" w:rsidRPr="007F11E8" w:rsidRDefault="00AA44E4">
            <w:pPr>
              <w:keepLines/>
              <w:rPr>
                <w:sz w:val="22"/>
              </w:rPr>
            </w:pPr>
            <w:sdt>
              <w:sdtPr>
                <w:rPr>
                  <w:color w:val="000000"/>
                  <w:sz w:val="22"/>
                </w:rPr>
                <w:id w:val="1363475016"/>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248549207"/>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Pending   </w:t>
            </w:r>
            <w:sdt>
              <w:sdtPr>
                <w:rPr>
                  <w:color w:val="000000"/>
                  <w:sz w:val="22"/>
                </w:rPr>
                <w:id w:val="411906943"/>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Unknown</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BCAFF7" w14:textId="3E2A51C1" w:rsidR="0056125B" w:rsidRPr="007F11E8" w:rsidRDefault="0056125B">
            <w:pPr>
              <w:keepLines/>
              <w:rPr>
                <w:sz w:val="22"/>
              </w:rPr>
            </w:pPr>
          </w:p>
        </w:tc>
      </w:tr>
      <w:tr w:rsidR="0056125B" w14:paraId="56EAD153"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71539FB2" w14:textId="77777777" w:rsidR="0056125B" w:rsidRPr="007F11E8" w:rsidRDefault="00AA05D2">
            <w:pPr>
              <w:keepLines/>
              <w:rPr>
                <w:sz w:val="22"/>
              </w:rPr>
            </w:pPr>
            <w:r w:rsidRPr="007F11E8">
              <w:rPr>
                <w:color w:val="000000"/>
                <w:sz w:val="22"/>
              </w:rPr>
              <w:t>Environmental review</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022521F" w14:textId="4E9D17AF" w:rsidR="0056125B" w:rsidRPr="007F11E8" w:rsidRDefault="00AA44E4">
            <w:pPr>
              <w:keepLines/>
              <w:rPr>
                <w:sz w:val="22"/>
              </w:rPr>
            </w:pPr>
            <w:sdt>
              <w:sdtPr>
                <w:rPr>
                  <w:color w:val="000000"/>
                  <w:sz w:val="22"/>
                </w:rPr>
                <w:id w:val="1186943905"/>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Not started - required after selection</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FB53CD0" w14:textId="31110F89" w:rsidR="0056125B" w:rsidRPr="007F11E8" w:rsidRDefault="0056125B">
            <w:pPr>
              <w:keepLines/>
              <w:rPr>
                <w:sz w:val="22"/>
              </w:rPr>
            </w:pPr>
          </w:p>
        </w:tc>
      </w:tr>
      <w:tr w:rsidR="0056125B" w14:paraId="1208DD6C" w14:textId="77777777" w:rsidTr="007F11E8">
        <w:trPr>
          <w:cantSplit/>
          <w:jc w:val="center"/>
        </w:trPr>
        <w:tc>
          <w:tcPr>
            <w:tcW w:w="1338"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096D4E39" w14:textId="77777777" w:rsidR="0056125B" w:rsidRPr="007F11E8" w:rsidRDefault="00AA05D2">
            <w:pPr>
              <w:keepLines/>
              <w:rPr>
                <w:sz w:val="22"/>
              </w:rPr>
            </w:pPr>
            <w:r w:rsidRPr="007F11E8">
              <w:rPr>
                <w:color w:val="000000"/>
                <w:sz w:val="22"/>
              </w:rPr>
              <w:t>Financing secured</w:t>
            </w:r>
          </w:p>
        </w:tc>
        <w:tc>
          <w:tcPr>
            <w:tcW w:w="118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15E97DB" w14:textId="36BD1E85" w:rsidR="0056125B" w:rsidRPr="007F11E8" w:rsidRDefault="00AA44E4">
            <w:pPr>
              <w:keepLines/>
              <w:rPr>
                <w:sz w:val="22"/>
              </w:rPr>
            </w:pPr>
            <w:sdt>
              <w:sdtPr>
                <w:rPr>
                  <w:color w:val="000000"/>
                  <w:sz w:val="22"/>
                </w:rPr>
                <w:id w:val="-744339091"/>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Complete   </w:t>
            </w:r>
            <w:sdt>
              <w:sdtPr>
                <w:rPr>
                  <w:color w:val="000000"/>
                  <w:sz w:val="22"/>
                </w:rPr>
                <w:id w:val="-1263761644"/>
                <w14:checkbox>
                  <w14:checked w14:val="0"/>
                  <w14:checkedState w14:val="2612" w14:font="MS Gothic"/>
                  <w14:uncheckedState w14:val="2610" w14:font="MS Gothic"/>
                </w14:checkbox>
              </w:sdtPr>
              <w:sdtEndPr/>
              <w:sdtContent>
                <w:r w:rsidR="00F56DAB" w:rsidRPr="007F11E8">
                  <w:rPr>
                    <w:rFonts w:ascii="MS Gothic" w:eastAsia="MS Gothic" w:hAnsi="MS Gothic" w:hint="eastAsia"/>
                    <w:color w:val="000000"/>
                    <w:sz w:val="22"/>
                  </w:rPr>
                  <w:t>☐</w:t>
                </w:r>
              </w:sdtContent>
            </w:sdt>
            <w:r w:rsidR="00AA05D2" w:rsidRPr="007F11E8">
              <w:rPr>
                <w:color w:val="000000"/>
                <w:sz w:val="22"/>
              </w:rPr>
              <w:t xml:space="preserve"> Pending</w:t>
            </w:r>
          </w:p>
        </w:tc>
        <w:tc>
          <w:tcPr>
            <w:tcW w:w="2483" w:type="pct"/>
            <w:gridSpan w:val="2"/>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4F47A68" w14:textId="6E5452A2" w:rsidR="0056125B" w:rsidRPr="007F11E8" w:rsidRDefault="0056125B">
            <w:pPr>
              <w:keepLines/>
              <w:rPr>
                <w:sz w:val="22"/>
              </w:rPr>
            </w:pPr>
          </w:p>
        </w:tc>
      </w:tr>
    </w:tbl>
    <w:p w14:paraId="6C7D5CE9" w14:textId="77777777" w:rsidR="0056125B" w:rsidRDefault="0056125B">
      <w:pPr>
        <w:spacing w:after="0"/>
      </w:pPr>
    </w:p>
    <w:p w14:paraId="20625041" w14:textId="702626CA" w:rsidR="0056125B" w:rsidRPr="00B65FF9" w:rsidRDefault="000B51AA" w:rsidP="003050AC">
      <w:pPr>
        <w:spacing w:after="200" w:line="276" w:lineRule="auto"/>
        <w:rPr>
          <w:b/>
          <w:bCs/>
          <w:color w:val="17365D"/>
          <w:sz w:val="22"/>
        </w:rPr>
      </w:pPr>
      <w:r>
        <w:rPr>
          <w:b/>
          <w:color w:val="17365D"/>
          <w:sz w:val="22"/>
        </w:rPr>
        <w:t xml:space="preserve">7.2 </w:t>
      </w:r>
      <w:r w:rsidR="00AA05D2" w:rsidRPr="00E00B42">
        <w:rPr>
          <w:b/>
          <w:color w:val="17365D"/>
          <w:sz w:val="22"/>
        </w:rPr>
        <w:t>Readiness Risks and Mitigation</w:t>
      </w:r>
      <w:r w:rsidR="00AA05D2" w:rsidRPr="00E00B42">
        <w:rPr>
          <w:color w:val="595959"/>
          <w:sz w:val="22"/>
        </w:rPr>
        <w:br/>
      </w:r>
      <w:r w:rsidR="006D36B3">
        <w:rPr>
          <w:color w:val="595959"/>
          <w:sz w:val="20"/>
          <w:szCs w:val="20"/>
        </w:rPr>
        <w:t xml:space="preserve">For Building Renovation and Minor Projects, </w:t>
      </w:r>
      <w:r w:rsidR="006D36B3" w:rsidRPr="00E00B42">
        <w:rPr>
          <w:color w:val="595959"/>
          <w:sz w:val="20"/>
          <w:szCs w:val="20"/>
        </w:rPr>
        <w:t>identify</w:t>
      </w:r>
      <w:r w:rsidR="00AA05D2" w:rsidRPr="00E00B42">
        <w:rPr>
          <w:color w:val="595959"/>
          <w:sz w:val="20"/>
          <w:szCs w:val="20"/>
        </w:rPr>
        <w:t xml:space="preserve"> permit</w:t>
      </w:r>
      <w:r w:rsidR="006D36B3">
        <w:rPr>
          <w:color w:val="595959"/>
          <w:sz w:val="20"/>
          <w:szCs w:val="20"/>
        </w:rPr>
        <w:t>/</w:t>
      </w:r>
      <w:r w:rsidR="00AA05D2" w:rsidRPr="00E00B42">
        <w:rPr>
          <w:color w:val="595959"/>
          <w:sz w:val="20"/>
          <w:szCs w:val="20"/>
        </w:rPr>
        <w:t>design issues, tenant coordination, financing gaps, seasonal construction limits, contractor availability, material lead times, flood/historic review, or other risks, and explain how each will be addressed.</w:t>
      </w:r>
      <w:r w:rsidR="006D36B3">
        <w:rPr>
          <w:color w:val="595959"/>
          <w:sz w:val="20"/>
          <w:szCs w:val="20"/>
        </w:rPr>
        <w:t xml:space="preserve"> For Small Business Assistance, explain any delays associated with the installation of the equipment.</w:t>
      </w:r>
      <w:r w:rsidR="00B65FF9">
        <w:rPr>
          <w:color w:val="595959"/>
          <w:sz w:val="20"/>
          <w:szCs w:val="20"/>
        </w:rPr>
        <w:t xml:space="preserve"> </w:t>
      </w:r>
      <w:r w:rsidR="00B65FF9" w:rsidRPr="00B65FF9">
        <w:rPr>
          <w:b/>
          <w:bCs/>
          <w:color w:val="595959"/>
          <w:sz w:val="20"/>
          <w:szCs w:val="20"/>
        </w:rPr>
        <w:t>Confirm that proposed activity can begin within 30 days of formal local approval, and the project can be completed prior to December 31, 2028.</w:t>
      </w:r>
    </w:p>
    <w:tbl>
      <w:tblPr>
        <w:tblW w:w="0" w:type="auto"/>
        <w:tblLook w:val="04A0" w:firstRow="1" w:lastRow="0" w:firstColumn="1" w:lastColumn="0" w:noHBand="0" w:noVBand="1"/>
      </w:tblPr>
      <w:tblGrid>
        <w:gridCol w:w="10278"/>
      </w:tblGrid>
      <w:tr w:rsidR="0056125B" w14:paraId="7DDE6BBE" w14:textId="77777777" w:rsidTr="006D36B3">
        <w:trPr>
          <w:cantSplit/>
          <w:trHeight w:val="3673"/>
        </w:trPr>
        <w:tc>
          <w:tcPr>
            <w:tcW w:w="1027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76AD9FF5" w14:textId="2225811F" w:rsidR="0056125B" w:rsidRDefault="0056125B">
            <w:pPr>
              <w:keepLines/>
            </w:pPr>
          </w:p>
        </w:tc>
      </w:tr>
    </w:tbl>
    <w:p w14:paraId="469351CF" w14:textId="77777777" w:rsidR="0056125B" w:rsidRDefault="0056125B">
      <w:pPr>
        <w:spacing w:after="0"/>
      </w:pPr>
    </w:p>
    <w:p w14:paraId="1CB65A94" w14:textId="0E24DD93" w:rsidR="00175E0F" w:rsidRDefault="00175E0F">
      <w:pPr>
        <w:spacing w:after="200" w:line="276" w:lineRule="auto"/>
      </w:pPr>
      <w:r>
        <w:br w:type="page"/>
      </w:r>
    </w:p>
    <w:tbl>
      <w:tblPr>
        <w:tblW w:w="0" w:type="auto"/>
        <w:jc w:val="center"/>
        <w:tblLayout w:type="fixed"/>
        <w:tblLook w:val="04A0" w:firstRow="1" w:lastRow="0" w:firstColumn="1" w:lastColumn="0" w:noHBand="0" w:noVBand="1"/>
      </w:tblPr>
      <w:tblGrid>
        <w:gridCol w:w="792"/>
        <w:gridCol w:w="9432"/>
      </w:tblGrid>
      <w:tr w:rsidR="0056125B" w14:paraId="75374F21" w14:textId="77777777">
        <w:trPr>
          <w:cantSplit/>
          <w:jc w:val="center"/>
        </w:trPr>
        <w:tc>
          <w:tcPr>
            <w:tcW w:w="792" w:type="dxa"/>
            <w:shd w:val="clear" w:color="auto" w:fill="17365D"/>
            <w:tcMar>
              <w:top w:w="90" w:type="dxa"/>
              <w:left w:w="100" w:type="dxa"/>
              <w:bottom w:w="90" w:type="dxa"/>
              <w:right w:w="100" w:type="dxa"/>
            </w:tcMar>
            <w:vAlign w:val="center"/>
          </w:tcPr>
          <w:p w14:paraId="1ABD9438" w14:textId="77777777" w:rsidR="0056125B" w:rsidRDefault="00AA05D2">
            <w:pPr>
              <w:keepNext/>
              <w:keepLines/>
              <w:jc w:val="center"/>
            </w:pPr>
            <w:r>
              <w:rPr>
                <w:b/>
                <w:color w:val="FFFFFF"/>
                <w:sz w:val="28"/>
              </w:rPr>
              <w:lastRenderedPageBreak/>
              <w:t>8</w:t>
            </w:r>
          </w:p>
        </w:tc>
        <w:tc>
          <w:tcPr>
            <w:tcW w:w="9432" w:type="dxa"/>
            <w:shd w:val="clear" w:color="auto" w:fill="2E65B0"/>
            <w:tcMar>
              <w:top w:w="90" w:type="dxa"/>
              <w:left w:w="100" w:type="dxa"/>
              <w:bottom w:w="90" w:type="dxa"/>
              <w:right w:w="100" w:type="dxa"/>
            </w:tcMar>
            <w:vAlign w:val="center"/>
          </w:tcPr>
          <w:p w14:paraId="75EBE183" w14:textId="77777777" w:rsidR="0056125B" w:rsidRDefault="00AA05D2">
            <w:pPr>
              <w:keepNext/>
              <w:keepLines/>
            </w:pPr>
            <w:r>
              <w:rPr>
                <w:b/>
                <w:color w:val="FFFFFF"/>
                <w:sz w:val="24"/>
              </w:rPr>
              <w:t>PROJECT IMPACTS AND NY FORWARD ALIGNMENT</w:t>
            </w:r>
          </w:p>
        </w:tc>
      </w:tr>
    </w:tbl>
    <w:p w14:paraId="65E39E98" w14:textId="48D158F9" w:rsidR="0056125B" w:rsidRDefault="000B51AA">
      <w:pPr>
        <w:keepNext/>
        <w:spacing w:after="60"/>
      </w:pPr>
      <w:r>
        <w:rPr>
          <w:b/>
          <w:color w:val="17365D"/>
          <w:sz w:val="22"/>
        </w:rPr>
        <w:t xml:space="preserve">8.1 </w:t>
      </w:r>
      <w:r w:rsidR="00AA05D2" w:rsidRPr="00E00B42">
        <w:rPr>
          <w:b/>
          <w:color w:val="17365D"/>
          <w:sz w:val="22"/>
        </w:rPr>
        <w:t>Physical and Visual Impact</w:t>
      </w:r>
      <w:r w:rsidR="00AA05D2" w:rsidRPr="00E00B42">
        <w:rPr>
          <w:color w:val="595959"/>
          <w:sz w:val="22"/>
        </w:rPr>
        <w:br/>
      </w:r>
      <w:r w:rsidR="00B65FF9">
        <w:rPr>
          <w:color w:val="595959"/>
          <w:sz w:val="20"/>
          <w:szCs w:val="20"/>
        </w:rPr>
        <w:t>As applicable, e</w:t>
      </w:r>
      <w:r w:rsidR="00AA05D2" w:rsidRPr="00E00B42">
        <w:rPr>
          <w:color w:val="595959"/>
          <w:sz w:val="20"/>
          <w:szCs w:val="20"/>
        </w:rPr>
        <w:t xml:space="preserve">xplain </w:t>
      </w:r>
      <w:r w:rsidR="00B65FF9">
        <w:rPr>
          <w:color w:val="595959"/>
          <w:sz w:val="20"/>
          <w:szCs w:val="20"/>
        </w:rPr>
        <w:t xml:space="preserve">how the project will result in: </w:t>
      </w:r>
      <w:r w:rsidR="00AA05D2" w:rsidRPr="00E00B42">
        <w:rPr>
          <w:color w:val="595959"/>
          <w:sz w:val="20"/>
          <w:szCs w:val="20"/>
        </w:rPr>
        <w:t>visibility from public streets or gathering places; façade/storefront improvement; historic preservation; reduction of deterioration or vacancy; correction of code/accessibility issues; why the work is more than routine maintenance</w:t>
      </w:r>
      <w:r w:rsidR="0074235F">
        <w:rPr>
          <w:color w:val="595959"/>
          <w:sz w:val="20"/>
          <w:szCs w:val="20"/>
        </w:rPr>
        <w:t>; or other physical/visual impacts.</w:t>
      </w:r>
    </w:p>
    <w:tbl>
      <w:tblPr>
        <w:tblW w:w="0" w:type="auto"/>
        <w:tblLook w:val="04A0" w:firstRow="1" w:lastRow="0" w:firstColumn="1" w:lastColumn="0" w:noHBand="0" w:noVBand="1"/>
      </w:tblPr>
      <w:tblGrid>
        <w:gridCol w:w="10358"/>
      </w:tblGrid>
      <w:tr w:rsidR="0056125B" w14:paraId="32E3E6D7" w14:textId="77777777" w:rsidTr="00F56DAB">
        <w:trPr>
          <w:cantSplit/>
          <w:trHeight w:val="1728"/>
        </w:trPr>
        <w:tc>
          <w:tcPr>
            <w:tcW w:w="1036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684825ED" w14:textId="4A9AC771" w:rsidR="0056125B" w:rsidRPr="00F56DAB" w:rsidRDefault="0056125B">
            <w:pPr>
              <w:keepLines/>
              <w:rPr>
                <w:iCs/>
              </w:rPr>
            </w:pPr>
          </w:p>
        </w:tc>
      </w:tr>
    </w:tbl>
    <w:p w14:paraId="6C1B959A" w14:textId="77777777" w:rsidR="0056125B" w:rsidRDefault="0056125B">
      <w:pPr>
        <w:spacing w:after="0"/>
      </w:pPr>
    </w:p>
    <w:p w14:paraId="79472A6E" w14:textId="536821D0" w:rsidR="0056125B" w:rsidRDefault="000B51AA">
      <w:pPr>
        <w:keepNext/>
        <w:spacing w:after="60"/>
      </w:pPr>
      <w:r>
        <w:rPr>
          <w:b/>
          <w:color w:val="17365D"/>
          <w:sz w:val="22"/>
        </w:rPr>
        <w:t xml:space="preserve">8.2 </w:t>
      </w:r>
      <w:r w:rsidR="00AA05D2" w:rsidRPr="00E00B42">
        <w:rPr>
          <w:b/>
          <w:color w:val="17365D"/>
          <w:sz w:val="22"/>
        </w:rPr>
        <w:t>Economic and Business Impact</w:t>
      </w:r>
      <w:r w:rsidR="00AA05D2" w:rsidRPr="00E00B42">
        <w:rPr>
          <w:color w:val="595959"/>
          <w:sz w:val="22"/>
        </w:rPr>
        <w:br/>
      </w:r>
      <w:r w:rsidR="0074235F">
        <w:rPr>
          <w:color w:val="595959"/>
          <w:sz w:val="20"/>
          <w:szCs w:val="20"/>
        </w:rPr>
        <w:t>As applicable, e</w:t>
      </w:r>
      <w:r w:rsidR="00AA05D2" w:rsidRPr="00E00B42">
        <w:rPr>
          <w:color w:val="595959"/>
          <w:sz w:val="20"/>
          <w:szCs w:val="20"/>
        </w:rPr>
        <w:t>xplain how the project will</w:t>
      </w:r>
      <w:r w:rsidR="0074235F">
        <w:rPr>
          <w:color w:val="595959"/>
          <w:sz w:val="20"/>
          <w:szCs w:val="20"/>
        </w:rPr>
        <w:t>:</w:t>
      </w:r>
      <w:r w:rsidR="00AA05D2" w:rsidRPr="00E00B42">
        <w:rPr>
          <w:color w:val="595959"/>
          <w:sz w:val="20"/>
          <w:szCs w:val="20"/>
        </w:rPr>
        <w:t xml:space="preserve"> support business retention or expansion, add products/services, increase year-round activity, attract customers, reduce vacancy, improve commercial viability, leverage private investment, stabilize the tax base</w:t>
      </w:r>
      <w:r w:rsidR="0074235F">
        <w:rPr>
          <w:color w:val="595959"/>
          <w:sz w:val="20"/>
          <w:szCs w:val="20"/>
        </w:rPr>
        <w:t>; or other economic/business impacts.</w:t>
      </w:r>
    </w:p>
    <w:tbl>
      <w:tblPr>
        <w:tblW w:w="0" w:type="auto"/>
        <w:tblLook w:val="04A0" w:firstRow="1" w:lastRow="0" w:firstColumn="1" w:lastColumn="0" w:noHBand="0" w:noVBand="1"/>
      </w:tblPr>
      <w:tblGrid>
        <w:gridCol w:w="10358"/>
      </w:tblGrid>
      <w:tr w:rsidR="0056125B" w14:paraId="6CFF2F6B" w14:textId="77777777" w:rsidTr="00F56DAB">
        <w:trPr>
          <w:cantSplit/>
          <w:trHeight w:val="1728"/>
        </w:trPr>
        <w:tc>
          <w:tcPr>
            <w:tcW w:w="10368" w:type="dxa"/>
            <w:tcBorders>
              <w:top w:val="single" w:sz="4" w:space="0" w:color="A6A6A6"/>
              <w:left w:val="single" w:sz="4" w:space="0" w:color="A6A6A6"/>
              <w:bottom w:val="single" w:sz="4" w:space="0" w:color="A6A6A6"/>
              <w:right w:val="single" w:sz="4" w:space="0" w:color="A6A6A6"/>
            </w:tcBorders>
            <w:shd w:val="clear" w:color="auto" w:fill="F2F2F2"/>
            <w:tcMar>
              <w:top w:w="100" w:type="dxa"/>
              <w:left w:w="120" w:type="dxa"/>
              <w:bottom w:w="100" w:type="dxa"/>
              <w:right w:w="120" w:type="dxa"/>
            </w:tcMar>
          </w:tcPr>
          <w:p w14:paraId="3A33B6F9" w14:textId="2EE218B0" w:rsidR="0056125B" w:rsidRPr="00F56DAB" w:rsidRDefault="0056125B">
            <w:pPr>
              <w:keepLines/>
              <w:rPr>
                <w:iCs/>
              </w:rPr>
            </w:pPr>
          </w:p>
        </w:tc>
      </w:tr>
    </w:tbl>
    <w:p w14:paraId="14CB0838" w14:textId="77777777" w:rsidR="0056125B" w:rsidRDefault="0056125B">
      <w:pPr>
        <w:spacing w:after="0"/>
      </w:pPr>
    </w:p>
    <w:tbl>
      <w:tblPr>
        <w:tblW w:w="5000" w:type="pct"/>
        <w:jc w:val="center"/>
        <w:tblLook w:val="04A0" w:firstRow="1" w:lastRow="0" w:firstColumn="1" w:lastColumn="0" w:noHBand="0" w:noVBand="1"/>
      </w:tblPr>
      <w:tblGrid>
        <w:gridCol w:w="4054"/>
        <w:gridCol w:w="1802"/>
        <w:gridCol w:w="4502"/>
      </w:tblGrid>
      <w:tr w:rsidR="0056125B" w14:paraId="506B8ED5" w14:textId="77777777" w:rsidTr="00E00B42">
        <w:trPr>
          <w:tblHeader/>
          <w:jc w:val="center"/>
        </w:trPr>
        <w:tc>
          <w:tcPr>
            <w:tcW w:w="1957"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C0718FF" w14:textId="486BE1B7" w:rsidR="0056125B" w:rsidRPr="007F11E8" w:rsidRDefault="000B51AA">
            <w:pPr>
              <w:keepLines/>
              <w:jc w:val="center"/>
              <w:rPr>
                <w:sz w:val="22"/>
              </w:rPr>
            </w:pPr>
            <w:r>
              <w:rPr>
                <w:b/>
                <w:color w:val="FFFFFF"/>
                <w:sz w:val="22"/>
              </w:rPr>
              <w:t xml:space="preserve">8.3 </w:t>
            </w:r>
            <w:r w:rsidR="00AA05D2" w:rsidRPr="007F11E8">
              <w:rPr>
                <w:b/>
                <w:color w:val="FFFFFF"/>
                <w:sz w:val="22"/>
              </w:rPr>
              <w:t>Outcome</w:t>
            </w:r>
          </w:p>
        </w:tc>
        <w:tc>
          <w:tcPr>
            <w:tcW w:w="870"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756C182" w14:textId="77777777" w:rsidR="0056125B" w:rsidRPr="007F11E8" w:rsidRDefault="00AA05D2">
            <w:pPr>
              <w:keepLines/>
              <w:jc w:val="center"/>
              <w:rPr>
                <w:sz w:val="22"/>
              </w:rPr>
            </w:pPr>
            <w:r w:rsidRPr="007F11E8">
              <w:rPr>
                <w:b/>
                <w:color w:val="FFFFFF"/>
                <w:sz w:val="22"/>
              </w:rPr>
              <w:t>Quantity</w:t>
            </w:r>
          </w:p>
        </w:tc>
        <w:tc>
          <w:tcPr>
            <w:tcW w:w="2174" w:type="pct"/>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64A6E04" w14:textId="77777777" w:rsidR="0056125B" w:rsidRPr="007F11E8" w:rsidRDefault="00AA05D2">
            <w:pPr>
              <w:keepLines/>
              <w:jc w:val="center"/>
              <w:rPr>
                <w:sz w:val="22"/>
              </w:rPr>
            </w:pPr>
            <w:r w:rsidRPr="007F11E8">
              <w:rPr>
                <w:b/>
                <w:color w:val="FFFFFF"/>
                <w:sz w:val="22"/>
              </w:rPr>
              <w:t>Basis / Explanation</w:t>
            </w:r>
          </w:p>
        </w:tc>
      </w:tr>
      <w:tr w:rsidR="0056125B" w14:paraId="4F07EDCB"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49535320" w14:textId="77777777" w:rsidR="0056125B" w:rsidRPr="007F11E8" w:rsidRDefault="00AA05D2">
            <w:pPr>
              <w:keepLines/>
              <w:rPr>
                <w:sz w:val="22"/>
              </w:rPr>
            </w:pPr>
            <w:r w:rsidRPr="007F11E8">
              <w:rPr>
                <w:color w:val="000000"/>
                <w:sz w:val="22"/>
              </w:rPr>
              <w:t>Existing full-time jobs retained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CA8D2FC" w14:textId="6E691ACC"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3B2D7A7" w14:textId="77E90029" w:rsidR="0056125B" w:rsidRPr="007F11E8" w:rsidRDefault="0056125B">
            <w:pPr>
              <w:keepLines/>
              <w:rPr>
                <w:sz w:val="22"/>
              </w:rPr>
            </w:pPr>
          </w:p>
        </w:tc>
      </w:tr>
      <w:tr w:rsidR="0056125B" w14:paraId="0055BD0D"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7E3A7390" w14:textId="77777777" w:rsidR="0056125B" w:rsidRPr="007F11E8" w:rsidRDefault="00AA05D2">
            <w:pPr>
              <w:keepLines/>
              <w:rPr>
                <w:sz w:val="22"/>
              </w:rPr>
            </w:pPr>
            <w:r w:rsidRPr="007F11E8">
              <w:rPr>
                <w:color w:val="000000"/>
                <w:sz w:val="22"/>
              </w:rPr>
              <w:t>Existing part-time/seasonal jobs retained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3704DF4" w14:textId="670E4610"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66B602F" w14:textId="4F48702B" w:rsidR="0056125B" w:rsidRPr="007F11E8" w:rsidRDefault="0056125B">
            <w:pPr>
              <w:keepLines/>
              <w:rPr>
                <w:sz w:val="22"/>
              </w:rPr>
            </w:pPr>
          </w:p>
        </w:tc>
      </w:tr>
      <w:tr w:rsidR="0056125B" w14:paraId="3503C92A"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74424442" w14:textId="77777777" w:rsidR="0056125B" w:rsidRPr="007F11E8" w:rsidRDefault="00AA05D2">
            <w:pPr>
              <w:keepLines/>
              <w:rPr>
                <w:sz w:val="22"/>
              </w:rPr>
            </w:pPr>
            <w:r w:rsidRPr="007F11E8">
              <w:rPr>
                <w:color w:val="000000"/>
                <w:sz w:val="22"/>
              </w:rPr>
              <w:t>New full-time jobs created within 2 years</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D417C15" w14:textId="030726DC"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4420D44" w14:textId="469548C3" w:rsidR="0056125B" w:rsidRPr="007F11E8" w:rsidRDefault="0056125B">
            <w:pPr>
              <w:keepLines/>
              <w:rPr>
                <w:sz w:val="22"/>
              </w:rPr>
            </w:pPr>
          </w:p>
        </w:tc>
      </w:tr>
      <w:tr w:rsidR="0056125B" w14:paraId="1C12F8DB"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D491377" w14:textId="77777777" w:rsidR="0056125B" w:rsidRPr="007F11E8" w:rsidRDefault="00AA05D2">
            <w:pPr>
              <w:keepLines/>
              <w:rPr>
                <w:sz w:val="22"/>
              </w:rPr>
            </w:pPr>
            <w:r w:rsidRPr="007F11E8">
              <w:rPr>
                <w:color w:val="000000"/>
                <w:sz w:val="22"/>
              </w:rPr>
              <w:t>New part-time/seasonal jobs created within 2 years</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77CB9D0" w14:textId="5A810E14"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6F12485" w14:textId="51D8D2A2" w:rsidR="0056125B" w:rsidRPr="007F11E8" w:rsidRDefault="0056125B">
            <w:pPr>
              <w:keepLines/>
              <w:rPr>
                <w:sz w:val="22"/>
              </w:rPr>
            </w:pPr>
          </w:p>
        </w:tc>
      </w:tr>
      <w:tr w:rsidR="0056125B" w14:paraId="6C88FA15"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1EE1AAD3" w14:textId="5453808D" w:rsidR="0056125B" w:rsidRPr="007F11E8" w:rsidRDefault="00AA05D2">
            <w:pPr>
              <w:keepLines/>
              <w:rPr>
                <w:sz w:val="22"/>
              </w:rPr>
            </w:pPr>
            <w:r w:rsidRPr="007F11E8">
              <w:rPr>
                <w:color w:val="000000"/>
                <w:sz w:val="22"/>
              </w:rPr>
              <w:t>Commercial space improved</w:t>
            </w:r>
            <w:r w:rsidR="000519C2" w:rsidRPr="007F11E8">
              <w:rPr>
                <w:color w:val="000000"/>
                <w:sz w:val="22"/>
              </w:rPr>
              <w:t xml:space="preserve"> </w:t>
            </w:r>
            <w:r w:rsidR="000519C2" w:rsidRPr="007F11E8">
              <w:rPr>
                <w:i/>
                <w:color w:val="595959"/>
                <w:sz w:val="22"/>
              </w:rPr>
              <w:t>[Square feet]</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2631C25" w14:textId="00C4F9FE"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F3B99D3" w14:textId="41432D3E" w:rsidR="0056125B" w:rsidRPr="007F11E8" w:rsidRDefault="0056125B">
            <w:pPr>
              <w:keepLines/>
              <w:rPr>
                <w:sz w:val="22"/>
              </w:rPr>
            </w:pPr>
          </w:p>
        </w:tc>
      </w:tr>
      <w:tr w:rsidR="0056125B" w14:paraId="58F289E2"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DEEEDF0" w14:textId="39C09C22" w:rsidR="0056125B" w:rsidRPr="007F11E8" w:rsidRDefault="00AA05D2">
            <w:pPr>
              <w:keepLines/>
              <w:rPr>
                <w:sz w:val="22"/>
              </w:rPr>
            </w:pPr>
            <w:r w:rsidRPr="007F11E8">
              <w:rPr>
                <w:color w:val="000000"/>
                <w:sz w:val="22"/>
              </w:rPr>
              <w:t xml:space="preserve">Commercial spaces </w:t>
            </w:r>
            <w:r w:rsidR="006D36B3">
              <w:rPr>
                <w:color w:val="000000"/>
                <w:sz w:val="22"/>
              </w:rPr>
              <w:t>created</w:t>
            </w:r>
            <w:r w:rsidRPr="007F11E8">
              <w:rPr>
                <w:color w:val="000000"/>
                <w:sz w:val="22"/>
              </w:rPr>
              <w:t xml:space="preserve"> /vacancies reduced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22B0933" w14:textId="2277788E"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80CAA6B" w14:textId="1BC536AA" w:rsidR="0056125B" w:rsidRPr="007F11E8" w:rsidRDefault="0056125B">
            <w:pPr>
              <w:keepLines/>
              <w:rPr>
                <w:sz w:val="22"/>
              </w:rPr>
            </w:pPr>
          </w:p>
        </w:tc>
      </w:tr>
      <w:tr w:rsidR="0056125B" w14:paraId="1B87B30E"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6BA09A16" w14:textId="77777777" w:rsidR="0056125B" w:rsidRPr="007F11E8" w:rsidRDefault="00AA05D2">
            <w:pPr>
              <w:keepLines/>
              <w:rPr>
                <w:sz w:val="22"/>
              </w:rPr>
            </w:pPr>
            <w:r w:rsidRPr="007F11E8">
              <w:rPr>
                <w:color w:val="000000"/>
                <w:sz w:val="22"/>
              </w:rPr>
              <w:t>Housing units improved/created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B4428EB" w14:textId="127FCD57"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0E27AA3" w14:textId="26772D53" w:rsidR="0056125B" w:rsidRPr="007F11E8" w:rsidRDefault="0056125B">
            <w:pPr>
              <w:keepLines/>
              <w:rPr>
                <w:sz w:val="22"/>
              </w:rPr>
            </w:pPr>
          </w:p>
        </w:tc>
      </w:tr>
      <w:tr w:rsidR="0056125B" w14:paraId="1D60D22C"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3FECF2E2" w14:textId="339D33DA" w:rsidR="0056125B" w:rsidRPr="007F11E8" w:rsidRDefault="00AA05D2">
            <w:pPr>
              <w:keepLines/>
              <w:rPr>
                <w:sz w:val="22"/>
              </w:rPr>
            </w:pPr>
            <w:r w:rsidRPr="007F11E8">
              <w:rPr>
                <w:color w:val="000000"/>
                <w:sz w:val="22"/>
              </w:rPr>
              <w:t>Private investment leveraged</w:t>
            </w:r>
            <w:r w:rsidR="000519C2" w:rsidRPr="007F11E8">
              <w:rPr>
                <w:color w:val="000000"/>
                <w:sz w:val="22"/>
              </w:rPr>
              <w:t xml:space="preserve"> $ [Amount]</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02E96EE" w14:textId="42383768"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660DF3D" w14:textId="30DAF137" w:rsidR="0056125B" w:rsidRPr="007F11E8" w:rsidRDefault="0056125B">
            <w:pPr>
              <w:keepLines/>
              <w:rPr>
                <w:sz w:val="22"/>
              </w:rPr>
            </w:pPr>
          </w:p>
        </w:tc>
      </w:tr>
      <w:tr w:rsidR="0056125B" w14:paraId="0939FF6F"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66BADDF" w14:textId="77777777" w:rsidR="0056125B" w:rsidRPr="007F11E8" w:rsidRDefault="00AA05D2">
            <w:pPr>
              <w:keepLines/>
              <w:rPr>
                <w:sz w:val="22"/>
              </w:rPr>
            </w:pPr>
            <w:r w:rsidRPr="007F11E8">
              <w:rPr>
                <w:color w:val="000000"/>
                <w:sz w:val="22"/>
              </w:rPr>
              <w:t>Commercial or mixed-use buildings rehabilitated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BF9FF6F" w14:textId="5A648C3E"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0C8FA60" w14:textId="5E650861" w:rsidR="0056125B" w:rsidRPr="007F11E8" w:rsidRDefault="0056125B">
            <w:pPr>
              <w:keepLines/>
              <w:rPr>
                <w:sz w:val="22"/>
              </w:rPr>
            </w:pPr>
          </w:p>
        </w:tc>
      </w:tr>
      <w:tr w:rsidR="0056125B" w14:paraId="16DA53D4" w14:textId="77777777" w:rsidTr="00E00B42">
        <w:trPr>
          <w:cantSplit/>
          <w:jc w:val="center"/>
        </w:trPr>
        <w:tc>
          <w:tcPr>
            <w:tcW w:w="1957" w:type="pct"/>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1108EE8A" w14:textId="77777777" w:rsidR="0056125B" w:rsidRPr="007F11E8" w:rsidRDefault="00AA05D2">
            <w:pPr>
              <w:keepLines/>
              <w:rPr>
                <w:sz w:val="22"/>
              </w:rPr>
            </w:pPr>
            <w:r w:rsidRPr="007F11E8">
              <w:rPr>
                <w:color w:val="000000"/>
                <w:sz w:val="22"/>
              </w:rPr>
              <w:t>Businesses assisted</w:t>
            </w:r>
          </w:p>
        </w:tc>
        <w:tc>
          <w:tcPr>
            <w:tcW w:w="870"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EB3D3DD" w14:textId="1FFB6B1D" w:rsidR="0056125B" w:rsidRPr="007F11E8" w:rsidRDefault="0056125B">
            <w:pPr>
              <w:keepLines/>
              <w:rPr>
                <w:sz w:val="22"/>
              </w:rPr>
            </w:pPr>
          </w:p>
        </w:tc>
        <w:tc>
          <w:tcPr>
            <w:tcW w:w="2174" w:type="pct"/>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3D393CF" w14:textId="3237C132" w:rsidR="0056125B" w:rsidRPr="007F11E8" w:rsidRDefault="0056125B">
            <w:pPr>
              <w:keepLines/>
              <w:rPr>
                <w:sz w:val="22"/>
              </w:rPr>
            </w:pPr>
          </w:p>
        </w:tc>
      </w:tr>
    </w:tbl>
    <w:p w14:paraId="50CEA795" w14:textId="77777777" w:rsidR="0056125B" w:rsidRDefault="0056125B">
      <w:pPr>
        <w:spacing w:after="0"/>
      </w:pPr>
    </w:p>
    <w:p w14:paraId="22FFE87B" w14:textId="5B920F43" w:rsidR="0056125B" w:rsidRDefault="000B51AA">
      <w:pPr>
        <w:rPr>
          <w:b/>
          <w:color w:val="17365D"/>
          <w:sz w:val="22"/>
        </w:rPr>
      </w:pPr>
      <w:bookmarkStart w:id="3" w:name="_Hlk236296105"/>
      <w:r>
        <w:rPr>
          <w:b/>
          <w:color w:val="17365D"/>
          <w:sz w:val="22"/>
        </w:rPr>
        <w:t xml:space="preserve">8.4 </w:t>
      </w:r>
      <w:r w:rsidR="00AA05D2" w:rsidRPr="00E00B42">
        <w:rPr>
          <w:b/>
          <w:color w:val="17365D"/>
          <w:sz w:val="22"/>
        </w:rPr>
        <w:t>Alignment with Alexandria Bay NY Forward Strategies</w:t>
      </w:r>
    </w:p>
    <w:p w14:paraId="2C9D037A" w14:textId="6218E336" w:rsidR="0074235F" w:rsidRPr="00E00B42" w:rsidRDefault="0074235F">
      <w:pPr>
        <w:rPr>
          <w:sz w:val="22"/>
        </w:rPr>
      </w:pPr>
      <w:r>
        <w:rPr>
          <w:b/>
          <w:color w:val="17365D"/>
          <w:sz w:val="22"/>
        </w:rPr>
        <w:lastRenderedPageBreak/>
        <w:t>Please check up to 3 boxes identifying how your project aligns with the Village’s Strategic Investment Plan strategies.</w:t>
      </w:r>
    </w:p>
    <w:tbl>
      <w:tblPr>
        <w:tblW w:w="0" w:type="auto"/>
        <w:jc w:val="center"/>
        <w:tblLayout w:type="fixed"/>
        <w:tblLook w:val="04A0" w:firstRow="1" w:lastRow="0" w:firstColumn="1" w:lastColumn="0" w:noHBand="0" w:noVBand="1"/>
      </w:tblPr>
      <w:tblGrid>
        <w:gridCol w:w="5112"/>
        <w:gridCol w:w="5112"/>
      </w:tblGrid>
      <w:tr w:rsidR="0056125B" w:rsidRPr="00E00B42" w14:paraId="05CB126C" w14:textId="77777777">
        <w:trPr>
          <w:cantSplit/>
          <w:jc w:val="center"/>
        </w:trPr>
        <w:tc>
          <w:tcPr>
            <w:tcW w:w="5112" w:type="dxa"/>
            <w:tcMar>
              <w:top w:w="40" w:type="dxa"/>
              <w:left w:w="50" w:type="dxa"/>
              <w:bottom w:w="40" w:type="dxa"/>
              <w:right w:w="50" w:type="dxa"/>
            </w:tcMar>
            <w:vAlign w:val="center"/>
          </w:tcPr>
          <w:p w14:paraId="4E8678FF" w14:textId="3AB44366" w:rsidR="0056125B" w:rsidRPr="007F11E8" w:rsidRDefault="00AA44E4">
            <w:pPr>
              <w:keepLines/>
              <w:rPr>
                <w:sz w:val="22"/>
              </w:rPr>
            </w:pPr>
            <w:sdt>
              <w:sdtPr>
                <w:rPr>
                  <w:sz w:val="22"/>
                </w:rPr>
                <w:id w:val="-1489396840"/>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Supports a cooperative and inclusive business environment.</w:t>
            </w:r>
          </w:p>
        </w:tc>
        <w:tc>
          <w:tcPr>
            <w:tcW w:w="5112" w:type="dxa"/>
            <w:tcMar>
              <w:top w:w="40" w:type="dxa"/>
              <w:left w:w="50" w:type="dxa"/>
              <w:bottom w:w="40" w:type="dxa"/>
              <w:right w:w="50" w:type="dxa"/>
            </w:tcMar>
            <w:vAlign w:val="center"/>
          </w:tcPr>
          <w:p w14:paraId="17DC9EF6" w14:textId="1D350080" w:rsidR="0056125B" w:rsidRPr="007F11E8" w:rsidRDefault="00AA44E4">
            <w:pPr>
              <w:keepLines/>
              <w:rPr>
                <w:sz w:val="22"/>
              </w:rPr>
            </w:pPr>
            <w:sdt>
              <w:sdtPr>
                <w:rPr>
                  <w:sz w:val="22"/>
                </w:rPr>
                <w:id w:val="1399632806"/>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Diversifies retail or service offerings and supports employment and year-round activity.</w:t>
            </w:r>
          </w:p>
        </w:tc>
      </w:tr>
      <w:tr w:rsidR="0056125B" w:rsidRPr="00E00B42" w14:paraId="55B81870" w14:textId="77777777">
        <w:trPr>
          <w:cantSplit/>
          <w:jc w:val="center"/>
        </w:trPr>
        <w:tc>
          <w:tcPr>
            <w:tcW w:w="5112" w:type="dxa"/>
            <w:tcMar>
              <w:top w:w="40" w:type="dxa"/>
              <w:left w:w="50" w:type="dxa"/>
              <w:bottom w:w="40" w:type="dxa"/>
              <w:right w:w="50" w:type="dxa"/>
            </w:tcMar>
            <w:vAlign w:val="center"/>
          </w:tcPr>
          <w:p w14:paraId="5A8E5E8C" w14:textId="1CAA3D9E" w:rsidR="0056125B" w:rsidRPr="007F11E8" w:rsidRDefault="00AA44E4">
            <w:pPr>
              <w:keepLines/>
              <w:rPr>
                <w:sz w:val="22"/>
              </w:rPr>
            </w:pPr>
            <w:sdt>
              <w:sdtPr>
                <w:rPr>
                  <w:sz w:val="22"/>
                </w:rPr>
                <w:id w:val="-1863737186"/>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Strengthens public, private, or nonprofit collaboration.</w:t>
            </w:r>
          </w:p>
        </w:tc>
        <w:tc>
          <w:tcPr>
            <w:tcW w:w="5112" w:type="dxa"/>
            <w:tcMar>
              <w:top w:w="40" w:type="dxa"/>
              <w:left w:w="50" w:type="dxa"/>
              <w:bottom w:w="40" w:type="dxa"/>
              <w:right w:w="50" w:type="dxa"/>
            </w:tcMar>
            <w:vAlign w:val="center"/>
          </w:tcPr>
          <w:p w14:paraId="22CE0C3C" w14:textId="465C0770" w:rsidR="0056125B" w:rsidRPr="007F11E8" w:rsidRDefault="00AA44E4">
            <w:pPr>
              <w:keepLines/>
              <w:rPr>
                <w:sz w:val="22"/>
              </w:rPr>
            </w:pPr>
            <w:sdt>
              <w:sdtPr>
                <w:rPr>
                  <w:sz w:val="22"/>
                </w:rPr>
                <w:id w:val="791488196"/>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Improves community coordination and downtown vitality.</w:t>
            </w:r>
          </w:p>
        </w:tc>
      </w:tr>
      <w:tr w:rsidR="0056125B" w:rsidRPr="00E00B42" w14:paraId="7140DC2D" w14:textId="77777777">
        <w:trPr>
          <w:cantSplit/>
          <w:jc w:val="center"/>
        </w:trPr>
        <w:tc>
          <w:tcPr>
            <w:tcW w:w="5112" w:type="dxa"/>
            <w:tcMar>
              <w:top w:w="40" w:type="dxa"/>
              <w:left w:w="50" w:type="dxa"/>
              <w:bottom w:w="40" w:type="dxa"/>
              <w:right w:w="50" w:type="dxa"/>
            </w:tcMar>
            <w:vAlign w:val="center"/>
          </w:tcPr>
          <w:p w14:paraId="128E54D6" w14:textId="26BB419A" w:rsidR="0056125B" w:rsidRPr="007F11E8" w:rsidRDefault="00AA44E4">
            <w:pPr>
              <w:keepLines/>
              <w:rPr>
                <w:sz w:val="22"/>
              </w:rPr>
            </w:pPr>
            <w:sdt>
              <w:sdtPr>
                <w:rPr>
                  <w:sz w:val="22"/>
                </w:rPr>
                <w:id w:val="1766195440"/>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Enhances a public gathering space or community-serving facility through partnership.</w:t>
            </w:r>
          </w:p>
        </w:tc>
        <w:tc>
          <w:tcPr>
            <w:tcW w:w="5112" w:type="dxa"/>
            <w:tcMar>
              <w:top w:w="40" w:type="dxa"/>
              <w:left w:w="50" w:type="dxa"/>
              <w:bottom w:w="40" w:type="dxa"/>
              <w:right w:w="50" w:type="dxa"/>
            </w:tcMar>
            <w:vAlign w:val="center"/>
          </w:tcPr>
          <w:p w14:paraId="7959488A" w14:textId="3D91162E" w:rsidR="0056125B" w:rsidRPr="007F11E8" w:rsidRDefault="00AA44E4">
            <w:pPr>
              <w:keepLines/>
              <w:rPr>
                <w:sz w:val="22"/>
              </w:rPr>
            </w:pPr>
            <w:sdt>
              <w:sdtPr>
                <w:rPr>
                  <w:sz w:val="22"/>
                </w:rPr>
                <w:id w:val="298277619"/>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 xml:space="preserve"> Preserves or highlights historic landmarks and local history.</w:t>
            </w:r>
          </w:p>
        </w:tc>
      </w:tr>
      <w:tr w:rsidR="0056125B" w:rsidRPr="00E00B42" w14:paraId="545054DB" w14:textId="77777777">
        <w:trPr>
          <w:cantSplit/>
          <w:jc w:val="center"/>
        </w:trPr>
        <w:tc>
          <w:tcPr>
            <w:tcW w:w="5112" w:type="dxa"/>
            <w:tcMar>
              <w:top w:w="40" w:type="dxa"/>
              <w:left w:w="50" w:type="dxa"/>
              <w:bottom w:w="40" w:type="dxa"/>
              <w:right w:w="50" w:type="dxa"/>
            </w:tcMar>
            <w:vAlign w:val="center"/>
          </w:tcPr>
          <w:p w14:paraId="604BA8E6" w14:textId="73721476" w:rsidR="0056125B" w:rsidRPr="007F11E8" w:rsidRDefault="00AA44E4">
            <w:pPr>
              <w:keepLines/>
              <w:rPr>
                <w:sz w:val="22"/>
              </w:rPr>
            </w:pPr>
            <w:sdt>
              <w:sdtPr>
                <w:rPr>
                  <w:sz w:val="22"/>
                </w:rPr>
                <w:id w:val="-1373384197"/>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Advances renovation or development reflecting downtown’s historic architectural character.</w:t>
            </w:r>
          </w:p>
        </w:tc>
        <w:tc>
          <w:tcPr>
            <w:tcW w:w="5112" w:type="dxa"/>
            <w:tcMar>
              <w:top w:w="40" w:type="dxa"/>
              <w:left w:w="50" w:type="dxa"/>
              <w:bottom w:w="40" w:type="dxa"/>
              <w:right w:w="50" w:type="dxa"/>
            </w:tcMar>
            <w:vAlign w:val="center"/>
          </w:tcPr>
          <w:p w14:paraId="519B77D0" w14:textId="72CE278B" w:rsidR="0056125B" w:rsidRPr="007F11E8" w:rsidRDefault="00AA44E4">
            <w:pPr>
              <w:keepLines/>
              <w:rPr>
                <w:sz w:val="22"/>
              </w:rPr>
            </w:pPr>
            <w:sdt>
              <w:sdtPr>
                <w:rPr>
                  <w:sz w:val="22"/>
                </w:rPr>
                <w:id w:val="763579432"/>
                <w14:checkbox>
                  <w14:checked w14:val="0"/>
                  <w14:checkedState w14:val="2612" w14:font="MS Gothic"/>
                  <w14:uncheckedState w14:val="2610" w14:font="MS Gothic"/>
                </w14:checkbox>
              </w:sdtPr>
              <w:sdtEndPr/>
              <w:sdtContent>
                <w:r w:rsidR="00F56DAB" w:rsidRPr="007F11E8">
                  <w:rPr>
                    <w:rFonts w:ascii="MS Gothic" w:eastAsia="MS Gothic" w:hAnsi="MS Gothic" w:hint="eastAsia"/>
                    <w:sz w:val="22"/>
                  </w:rPr>
                  <w:t>☐</w:t>
                </w:r>
              </w:sdtContent>
            </w:sdt>
            <w:r w:rsidR="00AA05D2" w:rsidRPr="007F11E8">
              <w:rPr>
                <w:sz w:val="22"/>
              </w:rPr>
              <w:t>Supports the long-term stability of a small, independent, or locally owned business.</w:t>
            </w:r>
          </w:p>
        </w:tc>
      </w:tr>
      <w:bookmarkEnd w:id="3"/>
    </w:tbl>
    <w:p w14:paraId="7460ECE8"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gridCol w:w="144"/>
      </w:tblGrid>
      <w:tr w:rsidR="0056125B" w14:paraId="7449A98D" w14:textId="77777777">
        <w:trPr>
          <w:gridAfter w:val="1"/>
          <w:wAfter w:w="104" w:type="dxa"/>
          <w:cantSplit/>
          <w:jc w:val="center"/>
        </w:trPr>
        <w:tc>
          <w:tcPr>
            <w:tcW w:w="792" w:type="dxa"/>
            <w:shd w:val="clear" w:color="auto" w:fill="17365D"/>
            <w:tcMar>
              <w:top w:w="90" w:type="dxa"/>
              <w:left w:w="100" w:type="dxa"/>
              <w:bottom w:w="90" w:type="dxa"/>
              <w:right w:w="100" w:type="dxa"/>
            </w:tcMar>
            <w:vAlign w:val="center"/>
          </w:tcPr>
          <w:p w14:paraId="49E8F724" w14:textId="77777777" w:rsidR="0056125B" w:rsidRDefault="00AA05D2">
            <w:pPr>
              <w:keepNext/>
              <w:keepLines/>
              <w:jc w:val="center"/>
            </w:pPr>
            <w:r>
              <w:rPr>
                <w:b/>
                <w:color w:val="FFFFFF"/>
                <w:sz w:val="28"/>
              </w:rPr>
              <w:t>9</w:t>
            </w:r>
          </w:p>
        </w:tc>
        <w:tc>
          <w:tcPr>
            <w:tcW w:w="9432" w:type="dxa"/>
            <w:shd w:val="clear" w:color="auto" w:fill="2E65B0"/>
            <w:tcMar>
              <w:top w:w="90" w:type="dxa"/>
              <w:left w:w="100" w:type="dxa"/>
              <w:bottom w:w="90" w:type="dxa"/>
              <w:right w:w="100" w:type="dxa"/>
            </w:tcMar>
            <w:vAlign w:val="center"/>
          </w:tcPr>
          <w:p w14:paraId="095DF341" w14:textId="1322EFD3" w:rsidR="0056125B" w:rsidRDefault="00AA05D2">
            <w:pPr>
              <w:keepNext/>
              <w:keepLines/>
            </w:pPr>
            <w:r>
              <w:rPr>
                <w:b/>
                <w:color w:val="FFFFFF"/>
                <w:sz w:val="24"/>
              </w:rPr>
              <w:t>DESIGN, ENVIRONMENTAL, HISTORIC, ACCESSIBILITY, AND CODE REVIEW</w:t>
            </w:r>
            <w:r w:rsidR="0074235F">
              <w:rPr>
                <w:b/>
                <w:color w:val="FFFFFF"/>
                <w:sz w:val="24"/>
              </w:rPr>
              <w:t>-For Rehabilitation and Minor Projects ONLY</w:t>
            </w:r>
          </w:p>
        </w:tc>
      </w:tr>
      <w:tr w:rsidR="0056125B" w14:paraId="4B6BD325" w14:textId="77777777">
        <w:trPr>
          <w:cantSplit/>
          <w:jc w:val="center"/>
        </w:trPr>
        <w:tc>
          <w:tcPr>
            <w:tcW w:w="10368" w:type="dxa"/>
            <w:gridSpan w:val="3"/>
            <w:tcBorders>
              <w:top w:val="single" w:sz="8" w:space="0" w:color="BF9000"/>
              <w:left w:val="single" w:sz="8" w:space="0" w:color="BF9000"/>
              <w:bottom w:val="single" w:sz="8" w:space="0" w:color="BF9000"/>
              <w:right w:val="single" w:sz="8" w:space="0" w:color="BF9000"/>
            </w:tcBorders>
            <w:shd w:val="clear" w:color="auto" w:fill="FFF2CC"/>
            <w:tcMar>
              <w:top w:w="120" w:type="dxa"/>
              <w:left w:w="140" w:type="dxa"/>
              <w:bottom w:w="120" w:type="dxa"/>
              <w:right w:w="140" w:type="dxa"/>
            </w:tcMar>
            <w:vAlign w:val="center"/>
          </w:tcPr>
          <w:p w14:paraId="48FA751E" w14:textId="77777777" w:rsidR="0056125B" w:rsidRDefault="00AA05D2">
            <w:pPr>
              <w:keepLines/>
              <w:spacing w:after="0"/>
            </w:pPr>
            <w:r w:rsidRPr="00E00B42">
              <w:rPr>
                <w:b/>
                <w:color w:val="17365D"/>
                <w:sz w:val="22"/>
              </w:rPr>
              <w:t>NO WORK BEFORE ENVIRONMENTAL AND HTFC CLEARANCE</w:t>
            </w:r>
            <w:r>
              <w:rPr>
                <w:b/>
                <w:color w:val="17365D"/>
                <w:sz w:val="20"/>
              </w:rPr>
              <w:br/>
            </w:r>
            <w:r w:rsidRPr="00E00B42">
              <w:rPr>
                <w:color w:val="000000"/>
                <w:sz w:val="20"/>
                <w:szCs w:val="20"/>
              </w:rPr>
              <w:t>Before commitment or expenditure of Program funds, each activity must be reviewed under SEQR and the HTFC Environmental Compliance requirements. Proposed scopes must also be submitted for State Historic Preservation Office review as required. No construction, installation, purchase, contracting, or other project activity may begin until HTFC approves the Project Set Up/environmental submission and the Program Administrator issues written Notice to Proceed.</w:t>
            </w:r>
          </w:p>
        </w:tc>
      </w:tr>
    </w:tbl>
    <w:p w14:paraId="029004B7" w14:textId="77777777" w:rsidR="0056125B" w:rsidRDefault="0056125B">
      <w:pPr>
        <w:spacing w:after="0"/>
      </w:pPr>
    </w:p>
    <w:tbl>
      <w:tblPr>
        <w:tblW w:w="0" w:type="auto"/>
        <w:jc w:val="center"/>
        <w:tblLayout w:type="fixed"/>
        <w:tblLook w:val="04A0" w:firstRow="1" w:lastRow="0" w:firstColumn="1" w:lastColumn="0" w:noHBand="0" w:noVBand="1"/>
      </w:tblPr>
      <w:tblGrid>
        <w:gridCol w:w="5760"/>
        <w:gridCol w:w="1885"/>
        <w:gridCol w:w="2579"/>
      </w:tblGrid>
      <w:tr w:rsidR="0056125B" w14:paraId="7FDCCD81" w14:textId="77777777" w:rsidTr="00A6089D">
        <w:trPr>
          <w:tblHeader/>
          <w:jc w:val="center"/>
        </w:trPr>
        <w:tc>
          <w:tcPr>
            <w:tcW w:w="5760"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A11A4E3" w14:textId="77777777" w:rsidR="0056125B" w:rsidRPr="000C1FEA" w:rsidRDefault="00AA05D2">
            <w:pPr>
              <w:keepLines/>
              <w:jc w:val="center"/>
              <w:rPr>
                <w:sz w:val="22"/>
              </w:rPr>
            </w:pPr>
            <w:r w:rsidRPr="000C1FEA">
              <w:rPr>
                <w:b/>
                <w:color w:val="FFFFFF"/>
                <w:sz w:val="22"/>
              </w:rPr>
              <w:t>Review Question</w:t>
            </w:r>
          </w:p>
        </w:tc>
        <w:tc>
          <w:tcPr>
            <w:tcW w:w="1885"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41EF9273" w14:textId="77777777" w:rsidR="0056125B" w:rsidRPr="000C1FEA" w:rsidRDefault="00AA05D2">
            <w:pPr>
              <w:keepLines/>
              <w:jc w:val="center"/>
              <w:rPr>
                <w:sz w:val="22"/>
              </w:rPr>
            </w:pPr>
            <w:r w:rsidRPr="000C1FEA">
              <w:rPr>
                <w:b/>
                <w:color w:val="FFFFFF"/>
                <w:sz w:val="22"/>
              </w:rPr>
              <w:t>Response</w:t>
            </w:r>
          </w:p>
        </w:tc>
        <w:tc>
          <w:tcPr>
            <w:tcW w:w="2579"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6078348" w14:textId="77777777" w:rsidR="0056125B" w:rsidRPr="000C1FEA" w:rsidRDefault="00AA05D2">
            <w:pPr>
              <w:keepLines/>
              <w:jc w:val="center"/>
              <w:rPr>
                <w:b/>
                <w:color w:val="FFFFFF"/>
                <w:sz w:val="22"/>
              </w:rPr>
            </w:pPr>
            <w:r w:rsidRPr="000C1FEA">
              <w:rPr>
                <w:b/>
                <w:color w:val="FFFFFF"/>
                <w:sz w:val="22"/>
              </w:rPr>
              <w:t>Details</w:t>
            </w:r>
          </w:p>
          <w:p w14:paraId="1ED22B88" w14:textId="4B5FEE7E" w:rsidR="000519C2" w:rsidRPr="000C1FEA" w:rsidRDefault="000519C2">
            <w:pPr>
              <w:keepLines/>
              <w:jc w:val="center"/>
              <w:rPr>
                <w:sz w:val="22"/>
              </w:rPr>
            </w:pPr>
            <w:r w:rsidRPr="000C1FEA">
              <w:rPr>
                <w:i/>
                <w:color w:val="FFFFFF" w:themeColor="background1"/>
                <w:sz w:val="22"/>
              </w:rPr>
              <w:t>[Year/details</w:t>
            </w:r>
            <w:r w:rsidR="006D36B3">
              <w:rPr>
                <w:i/>
                <w:color w:val="FFFFFF" w:themeColor="background1"/>
                <w:sz w:val="22"/>
              </w:rPr>
              <w:t>/NA</w:t>
            </w:r>
            <w:r w:rsidRPr="000C1FEA">
              <w:rPr>
                <w:i/>
                <w:color w:val="FFFFFF" w:themeColor="background1"/>
                <w:sz w:val="22"/>
              </w:rPr>
              <w:t>]</w:t>
            </w:r>
          </w:p>
        </w:tc>
      </w:tr>
      <w:tr w:rsidR="0056125B" w14:paraId="4802D067"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4C4CA8B" w14:textId="77777777" w:rsidR="0056125B" w:rsidRPr="000C1FEA" w:rsidRDefault="00AA05D2">
            <w:pPr>
              <w:keepLines/>
              <w:rPr>
                <w:sz w:val="22"/>
              </w:rPr>
            </w:pPr>
            <w:r w:rsidRPr="000C1FEA">
              <w:rPr>
                <w:color w:val="000000"/>
                <w:sz w:val="22"/>
              </w:rPr>
              <w:t>Is any part of the building 50 years old or older?</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C9B19EE" w14:textId="1AAF31C5" w:rsidR="0056125B" w:rsidRPr="000C1FEA" w:rsidRDefault="00AA44E4">
            <w:pPr>
              <w:keepLines/>
              <w:rPr>
                <w:sz w:val="22"/>
              </w:rPr>
            </w:pPr>
            <w:sdt>
              <w:sdtPr>
                <w:rPr>
                  <w:color w:val="000000"/>
                  <w:sz w:val="22"/>
                </w:rPr>
                <w:id w:val="1472780410"/>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Yes </w:t>
            </w:r>
            <w:sdt>
              <w:sdtPr>
                <w:rPr>
                  <w:color w:val="000000"/>
                  <w:sz w:val="22"/>
                </w:rPr>
                <w:id w:val="-1584365778"/>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 </w:t>
            </w:r>
            <w:sdt>
              <w:sdtPr>
                <w:rPr>
                  <w:color w:val="000000"/>
                  <w:sz w:val="22"/>
                </w:rPr>
                <w:id w:val="-1841613717"/>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Unknown</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53E745D" w14:textId="31F8F1DB" w:rsidR="0056125B" w:rsidRPr="000C1FEA" w:rsidRDefault="0056125B">
            <w:pPr>
              <w:keepLines/>
              <w:rPr>
                <w:sz w:val="22"/>
              </w:rPr>
            </w:pPr>
          </w:p>
        </w:tc>
      </w:tr>
      <w:tr w:rsidR="0056125B" w14:paraId="034B9492"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2F01D73C" w14:textId="77777777" w:rsidR="0056125B" w:rsidRPr="000C1FEA" w:rsidRDefault="00AA05D2">
            <w:pPr>
              <w:keepLines/>
              <w:rPr>
                <w:sz w:val="22"/>
              </w:rPr>
            </w:pPr>
            <w:r w:rsidRPr="000C1FEA">
              <w:rPr>
                <w:color w:val="000000"/>
                <w:sz w:val="22"/>
              </w:rPr>
              <w:t>Will exterior features visible from a public way be altered?</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4AAEE23" w14:textId="4D9DD1A5" w:rsidR="0056125B" w:rsidRPr="000C1FEA" w:rsidRDefault="00AA44E4">
            <w:pPr>
              <w:keepLines/>
              <w:rPr>
                <w:sz w:val="22"/>
              </w:rPr>
            </w:pPr>
            <w:sdt>
              <w:sdtPr>
                <w:rPr>
                  <w:color w:val="000000"/>
                  <w:sz w:val="22"/>
                </w:rPr>
                <w:id w:val="-1824501348"/>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Yes </w:t>
            </w:r>
            <w:sdt>
              <w:sdtPr>
                <w:rPr>
                  <w:color w:val="000000"/>
                  <w:sz w:val="22"/>
                </w:rPr>
                <w:id w:val="183330481"/>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w:t>
            </w:r>
            <w:r w:rsidR="006D36B3">
              <w:rPr>
                <w:color w:val="000000"/>
                <w:sz w:val="22"/>
              </w:rPr>
              <w:t xml:space="preserve"> </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C7EB0A5" w14:textId="0816EBA4" w:rsidR="0056125B" w:rsidRPr="000C1FEA" w:rsidRDefault="0056125B">
            <w:pPr>
              <w:keepLines/>
              <w:rPr>
                <w:sz w:val="22"/>
              </w:rPr>
            </w:pPr>
          </w:p>
        </w:tc>
      </w:tr>
      <w:tr w:rsidR="0056125B" w14:paraId="202EEBEC"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058F445D" w14:textId="77777777" w:rsidR="0056125B" w:rsidRPr="000C1FEA" w:rsidRDefault="00AA05D2">
            <w:pPr>
              <w:keepLines/>
              <w:rPr>
                <w:sz w:val="22"/>
              </w:rPr>
            </w:pPr>
            <w:r w:rsidRPr="000C1FEA">
              <w:rPr>
                <w:color w:val="000000"/>
                <w:sz w:val="22"/>
              </w:rPr>
              <w:t>Will windows, doors, masonry, roofing, siding, storefronts, signs, or awnings be changed?</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43E546A" w14:textId="350E7F10" w:rsidR="0056125B" w:rsidRPr="000C1FEA" w:rsidRDefault="00AA44E4">
            <w:pPr>
              <w:keepLines/>
              <w:rPr>
                <w:sz w:val="22"/>
              </w:rPr>
            </w:pPr>
            <w:sdt>
              <w:sdtPr>
                <w:rPr>
                  <w:color w:val="000000"/>
                  <w:sz w:val="22"/>
                </w:rPr>
                <w:id w:val="1858930185"/>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Yes </w:t>
            </w:r>
            <w:sdt>
              <w:sdtPr>
                <w:rPr>
                  <w:color w:val="000000"/>
                  <w:sz w:val="22"/>
                </w:rPr>
                <w:id w:val="-194769361"/>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63952EB" w14:textId="725AB4BD" w:rsidR="0056125B" w:rsidRPr="000C1FEA" w:rsidRDefault="0056125B">
            <w:pPr>
              <w:keepLines/>
              <w:rPr>
                <w:sz w:val="22"/>
              </w:rPr>
            </w:pPr>
          </w:p>
        </w:tc>
      </w:tr>
      <w:tr w:rsidR="0056125B" w14:paraId="18A39B13"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431D7B73" w14:textId="77777777" w:rsidR="0056125B" w:rsidRPr="000C1FEA" w:rsidRDefault="00AA05D2">
            <w:pPr>
              <w:keepLines/>
              <w:rPr>
                <w:sz w:val="22"/>
              </w:rPr>
            </w:pPr>
            <w:r w:rsidRPr="000C1FEA">
              <w:rPr>
                <w:color w:val="000000"/>
                <w:sz w:val="22"/>
              </w:rPr>
              <w:t>Will ground disturbance, excavation, grading, or utility work occur?</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D15C5E4" w14:textId="437E5824" w:rsidR="0056125B" w:rsidRPr="000C1FEA" w:rsidRDefault="00AA44E4">
            <w:pPr>
              <w:keepLines/>
              <w:rPr>
                <w:sz w:val="22"/>
              </w:rPr>
            </w:pPr>
            <w:sdt>
              <w:sdtPr>
                <w:rPr>
                  <w:color w:val="000000"/>
                  <w:sz w:val="22"/>
                </w:rPr>
                <w:id w:val="1093587680"/>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Yes </w:t>
            </w:r>
            <w:sdt>
              <w:sdtPr>
                <w:rPr>
                  <w:color w:val="000000"/>
                  <w:sz w:val="22"/>
                </w:rPr>
                <w:id w:val="-1264443855"/>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75590E0" w14:textId="1CD49F6A" w:rsidR="0056125B" w:rsidRPr="000C1FEA" w:rsidRDefault="0056125B">
            <w:pPr>
              <w:keepLines/>
              <w:rPr>
                <w:sz w:val="22"/>
              </w:rPr>
            </w:pPr>
          </w:p>
        </w:tc>
      </w:tr>
      <w:tr w:rsidR="0056125B" w14:paraId="2D2A5E4D"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780D622" w14:textId="77777777" w:rsidR="0056125B" w:rsidRPr="000C1FEA" w:rsidRDefault="00AA05D2">
            <w:pPr>
              <w:keepLines/>
              <w:rPr>
                <w:sz w:val="22"/>
              </w:rPr>
            </w:pPr>
            <w:r w:rsidRPr="000C1FEA">
              <w:rPr>
                <w:color w:val="000000"/>
                <w:sz w:val="22"/>
              </w:rPr>
              <w:t>Is the property in or near a flood hazard area or waterfront?</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4A3B2F8" w14:textId="3869FCC5" w:rsidR="0056125B" w:rsidRPr="000C1FEA" w:rsidRDefault="00AA44E4">
            <w:pPr>
              <w:keepLines/>
              <w:rPr>
                <w:sz w:val="22"/>
              </w:rPr>
            </w:pPr>
            <w:sdt>
              <w:sdtPr>
                <w:rPr>
                  <w:color w:val="000000"/>
                  <w:sz w:val="22"/>
                </w:rPr>
                <w:id w:val="826784286"/>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Yes </w:t>
            </w:r>
            <w:sdt>
              <w:sdtPr>
                <w:rPr>
                  <w:color w:val="000000"/>
                  <w:sz w:val="22"/>
                </w:rPr>
                <w:id w:val="-1684045729"/>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 </w:t>
            </w:r>
            <w:sdt>
              <w:sdtPr>
                <w:rPr>
                  <w:color w:val="000000"/>
                  <w:sz w:val="22"/>
                </w:rPr>
                <w:id w:val="-1467507890"/>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Unknown</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71574B1" w14:textId="23F45696" w:rsidR="0056125B" w:rsidRPr="000C1FEA" w:rsidRDefault="0056125B">
            <w:pPr>
              <w:keepLines/>
              <w:rPr>
                <w:sz w:val="22"/>
              </w:rPr>
            </w:pPr>
          </w:p>
        </w:tc>
      </w:tr>
      <w:tr w:rsidR="0056125B" w14:paraId="7E6BD2D1"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4D708C0F" w14:textId="77777777" w:rsidR="0056125B" w:rsidRPr="000C1FEA" w:rsidRDefault="00AA05D2">
            <w:pPr>
              <w:keepLines/>
              <w:rPr>
                <w:sz w:val="22"/>
              </w:rPr>
            </w:pPr>
            <w:r w:rsidRPr="000C1FEA">
              <w:rPr>
                <w:color w:val="000000"/>
                <w:sz w:val="22"/>
              </w:rPr>
              <w:t>Does the project involve residential areas in a pre-1978 building?</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1B9FE5A" w14:textId="61B224D1" w:rsidR="0056125B" w:rsidRPr="000C1FEA" w:rsidRDefault="00AA44E4">
            <w:pPr>
              <w:keepLines/>
              <w:rPr>
                <w:sz w:val="22"/>
              </w:rPr>
            </w:pPr>
            <w:sdt>
              <w:sdtPr>
                <w:rPr>
                  <w:color w:val="000000"/>
                  <w:sz w:val="22"/>
                </w:rPr>
                <w:id w:val="353689360"/>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Yes </w:t>
            </w:r>
            <w:sdt>
              <w:sdtPr>
                <w:rPr>
                  <w:color w:val="000000"/>
                  <w:sz w:val="22"/>
                </w:rPr>
                <w:id w:val="506488872"/>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 </w:t>
            </w:r>
            <w:sdt>
              <w:sdtPr>
                <w:rPr>
                  <w:color w:val="000000"/>
                  <w:sz w:val="22"/>
                </w:rPr>
                <w:id w:val="194115185"/>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Unknown</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75FB9E9" w14:textId="68F89B5A" w:rsidR="0056125B" w:rsidRPr="000C1FEA" w:rsidRDefault="0056125B">
            <w:pPr>
              <w:keepLines/>
              <w:rPr>
                <w:sz w:val="22"/>
              </w:rPr>
            </w:pPr>
          </w:p>
        </w:tc>
      </w:tr>
      <w:tr w:rsidR="0056125B" w14:paraId="55B69A50"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09839E74" w14:textId="77777777" w:rsidR="0056125B" w:rsidRPr="000C1FEA" w:rsidRDefault="00AA05D2">
            <w:pPr>
              <w:keepLines/>
              <w:rPr>
                <w:sz w:val="22"/>
              </w:rPr>
            </w:pPr>
            <w:r w:rsidRPr="000C1FEA">
              <w:rPr>
                <w:color w:val="000000"/>
                <w:sz w:val="22"/>
              </w:rPr>
              <w:t>Are asbestos, lead paint, mold, petroleum, or other hazards known or suspected?</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9628BCE" w14:textId="2C7DE412" w:rsidR="0056125B" w:rsidRPr="000C1FEA" w:rsidRDefault="00AA44E4">
            <w:pPr>
              <w:keepLines/>
              <w:rPr>
                <w:sz w:val="22"/>
              </w:rPr>
            </w:pPr>
            <w:sdt>
              <w:sdtPr>
                <w:rPr>
                  <w:color w:val="000000"/>
                  <w:sz w:val="22"/>
                </w:rPr>
                <w:id w:val="-1619521900"/>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Yes </w:t>
            </w:r>
            <w:sdt>
              <w:sdtPr>
                <w:rPr>
                  <w:color w:val="000000"/>
                  <w:sz w:val="22"/>
                </w:rPr>
                <w:id w:val="-2075037555"/>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 </w:t>
            </w:r>
            <w:sdt>
              <w:sdtPr>
                <w:rPr>
                  <w:color w:val="000000"/>
                  <w:sz w:val="22"/>
                </w:rPr>
                <w:id w:val="818534316"/>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Unknown</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49A1222" w14:textId="495DADE9" w:rsidR="0056125B" w:rsidRPr="000C1FEA" w:rsidRDefault="0056125B">
            <w:pPr>
              <w:keepLines/>
              <w:rPr>
                <w:sz w:val="22"/>
              </w:rPr>
            </w:pPr>
          </w:p>
        </w:tc>
      </w:tr>
      <w:tr w:rsidR="0056125B" w14:paraId="28C5EC3E"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594AC18F" w14:textId="77777777" w:rsidR="0056125B" w:rsidRPr="000C1FEA" w:rsidRDefault="00AA05D2">
            <w:pPr>
              <w:keepLines/>
              <w:rPr>
                <w:sz w:val="22"/>
              </w:rPr>
            </w:pPr>
            <w:r w:rsidRPr="000C1FEA">
              <w:rPr>
                <w:color w:val="000000"/>
                <w:sz w:val="22"/>
              </w:rPr>
              <w:t>Does the project change building use, occupancy, egress, fire protection, plumbing, electrical, HVAC, or structural systems?</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3F06444" w14:textId="4CF61879" w:rsidR="0056125B" w:rsidRPr="000C1FEA" w:rsidRDefault="00AA44E4">
            <w:pPr>
              <w:keepLines/>
              <w:rPr>
                <w:sz w:val="22"/>
              </w:rPr>
            </w:pPr>
            <w:sdt>
              <w:sdtPr>
                <w:rPr>
                  <w:color w:val="000000"/>
                  <w:sz w:val="22"/>
                </w:rPr>
                <w:id w:val="-2033949398"/>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Yes </w:t>
            </w:r>
            <w:sdt>
              <w:sdtPr>
                <w:rPr>
                  <w:color w:val="000000"/>
                  <w:sz w:val="22"/>
                </w:rPr>
                <w:id w:val="1578009802"/>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8434BF5" w14:textId="16ACDF81" w:rsidR="0056125B" w:rsidRPr="000C1FEA" w:rsidRDefault="0056125B">
            <w:pPr>
              <w:keepLines/>
              <w:rPr>
                <w:sz w:val="22"/>
              </w:rPr>
            </w:pPr>
          </w:p>
        </w:tc>
      </w:tr>
      <w:tr w:rsidR="0056125B" w14:paraId="7791BEF6" w14:textId="77777777" w:rsidTr="00A6089D">
        <w:trPr>
          <w:cantSplit/>
          <w:jc w:val="center"/>
        </w:trPr>
        <w:tc>
          <w:tcPr>
            <w:tcW w:w="5760" w:type="dxa"/>
            <w:tcBorders>
              <w:top w:val="single" w:sz="4" w:space="0" w:color="B4C6E7"/>
              <w:left w:val="single" w:sz="4" w:space="0" w:color="B4C6E7"/>
              <w:bottom w:val="single" w:sz="4" w:space="0" w:color="B4C6E7"/>
              <w:right w:val="single" w:sz="4" w:space="0" w:color="B4C6E7"/>
            </w:tcBorders>
            <w:shd w:val="clear" w:color="auto" w:fill="D9EAF7"/>
            <w:tcMar>
              <w:top w:w="70" w:type="dxa"/>
              <w:left w:w="70" w:type="dxa"/>
              <w:bottom w:w="70" w:type="dxa"/>
              <w:right w:w="70" w:type="dxa"/>
            </w:tcMar>
            <w:vAlign w:val="center"/>
          </w:tcPr>
          <w:p w14:paraId="4C04D220" w14:textId="77777777" w:rsidR="0056125B" w:rsidRPr="000C1FEA" w:rsidRDefault="00AA05D2">
            <w:pPr>
              <w:keepLines/>
              <w:rPr>
                <w:sz w:val="22"/>
              </w:rPr>
            </w:pPr>
            <w:r w:rsidRPr="000C1FEA">
              <w:rPr>
                <w:color w:val="000000"/>
                <w:sz w:val="22"/>
              </w:rPr>
              <w:lastRenderedPageBreak/>
              <w:t>Will the project improve or affect accessibility for persons with disabilities?</w:t>
            </w:r>
          </w:p>
        </w:tc>
        <w:tc>
          <w:tcPr>
            <w:tcW w:w="1885"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FFDFA07" w14:textId="6B7714BC" w:rsidR="0056125B" w:rsidRPr="000C1FEA" w:rsidRDefault="00AA44E4">
            <w:pPr>
              <w:keepLines/>
              <w:rPr>
                <w:sz w:val="22"/>
              </w:rPr>
            </w:pPr>
            <w:sdt>
              <w:sdtPr>
                <w:rPr>
                  <w:color w:val="000000"/>
                  <w:sz w:val="22"/>
                </w:rPr>
                <w:id w:val="-2045355357"/>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Yes </w:t>
            </w:r>
            <w:sdt>
              <w:sdtPr>
                <w:rPr>
                  <w:color w:val="000000"/>
                  <w:sz w:val="22"/>
                </w:rPr>
                <w:id w:val="-1947540936"/>
                <w14:checkbox>
                  <w14:checked w14:val="0"/>
                  <w14:checkedState w14:val="2612" w14:font="MS Gothic"/>
                  <w14:uncheckedState w14:val="2610" w14:font="MS Gothic"/>
                </w14:checkbox>
              </w:sdtPr>
              <w:sdtEndPr/>
              <w:sdtContent>
                <w:r w:rsidR="001F26EE" w:rsidRPr="000C1FEA">
                  <w:rPr>
                    <w:rFonts w:ascii="MS Gothic" w:eastAsia="MS Gothic" w:hAnsi="MS Gothic" w:hint="eastAsia"/>
                    <w:color w:val="000000"/>
                    <w:sz w:val="22"/>
                  </w:rPr>
                  <w:t>☐</w:t>
                </w:r>
              </w:sdtContent>
            </w:sdt>
            <w:r w:rsidR="00AA05D2" w:rsidRPr="000C1FEA">
              <w:rPr>
                <w:color w:val="000000"/>
                <w:sz w:val="22"/>
              </w:rPr>
              <w:t xml:space="preserve"> No</w:t>
            </w:r>
          </w:p>
        </w:tc>
        <w:tc>
          <w:tcPr>
            <w:tcW w:w="2579"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D6DC7AA" w14:textId="03582799" w:rsidR="0056125B" w:rsidRPr="000C1FEA" w:rsidRDefault="0056125B">
            <w:pPr>
              <w:keepLines/>
              <w:rPr>
                <w:sz w:val="22"/>
              </w:rPr>
            </w:pPr>
          </w:p>
        </w:tc>
      </w:tr>
    </w:tbl>
    <w:p w14:paraId="2D57ED76" w14:textId="77777777" w:rsidR="0056125B" w:rsidRDefault="0056125B">
      <w:pPr>
        <w:spacing w:after="0"/>
      </w:pPr>
    </w:p>
    <w:p w14:paraId="6A2C4B4C" w14:textId="54123174" w:rsidR="0056125B" w:rsidRPr="00300BAF" w:rsidRDefault="00175E0F" w:rsidP="000C1FEA">
      <w:pPr>
        <w:spacing w:after="200" w:line="276" w:lineRule="auto"/>
        <w:rPr>
          <w:sz w:val="22"/>
        </w:rPr>
      </w:pPr>
      <w:r>
        <w:br w:type="page"/>
      </w:r>
      <w:r w:rsidR="00AA05D2" w:rsidRPr="00300BAF">
        <w:rPr>
          <w:b/>
          <w:color w:val="17365D"/>
          <w:sz w:val="22"/>
        </w:rPr>
        <w:lastRenderedPageBreak/>
        <w:t>Approvals / Permits Expected</w:t>
      </w:r>
    </w:p>
    <w:tbl>
      <w:tblPr>
        <w:tblW w:w="0" w:type="auto"/>
        <w:jc w:val="center"/>
        <w:tblLayout w:type="fixed"/>
        <w:tblLook w:val="04A0" w:firstRow="1" w:lastRow="0" w:firstColumn="1" w:lastColumn="0" w:noHBand="0" w:noVBand="1"/>
      </w:tblPr>
      <w:tblGrid>
        <w:gridCol w:w="792"/>
        <w:gridCol w:w="4320"/>
        <w:gridCol w:w="5112"/>
        <w:gridCol w:w="72"/>
        <w:gridCol w:w="72"/>
      </w:tblGrid>
      <w:tr w:rsidR="0056125B" w14:paraId="1D12B941" w14:textId="77777777" w:rsidTr="00472425">
        <w:trPr>
          <w:gridAfter w:val="1"/>
          <w:wAfter w:w="72" w:type="dxa"/>
          <w:cantSplit/>
          <w:jc w:val="center"/>
        </w:trPr>
        <w:tc>
          <w:tcPr>
            <w:tcW w:w="5112" w:type="dxa"/>
            <w:gridSpan w:val="2"/>
            <w:tcMar>
              <w:top w:w="40" w:type="dxa"/>
              <w:left w:w="50" w:type="dxa"/>
              <w:bottom w:w="40" w:type="dxa"/>
              <w:right w:w="50" w:type="dxa"/>
            </w:tcMar>
            <w:vAlign w:val="center"/>
          </w:tcPr>
          <w:p w14:paraId="40518969" w14:textId="5E1A32DF" w:rsidR="0056125B" w:rsidRPr="007F11E8" w:rsidRDefault="00AA05D2" w:rsidP="001F26EE">
            <w:pPr>
              <w:pStyle w:val="ListParagraph"/>
              <w:keepLines/>
              <w:numPr>
                <w:ilvl w:val="0"/>
                <w:numId w:val="17"/>
              </w:numPr>
              <w:rPr>
                <w:sz w:val="22"/>
              </w:rPr>
            </w:pPr>
            <w:r w:rsidRPr="007F11E8">
              <w:rPr>
                <w:sz w:val="22"/>
              </w:rPr>
              <w:t>Village zoning / Planning Board / Zoning Board</w:t>
            </w:r>
          </w:p>
        </w:tc>
        <w:tc>
          <w:tcPr>
            <w:tcW w:w="5184" w:type="dxa"/>
            <w:gridSpan w:val="2"/>
            <w:tcMar>
              <w:top w:w="40" w:type="dxa"/>
              <w:left w:w="50" w:type="dxa"/>
              <w:bottom w:w="40" w:type="dxa"/>
              <w:right w:w="50" w:type="dxa"/>
            </w:tcMar>
            <w:vAlign w:val="center"/>
          </w:tcPr>
          <w:p w14:paraId="13116314" w14:textId="70782382" w:rsidR="0056125B" w:rsidRPr="007F11E8" w:rsidRDefault="00AA05D2" w:rsidP="00472425">
            <w:pPr>
              <w:pStyle w:val="ListParagraph"/>
              <w:keepLines/>
              <w:numPr>
                <w:ilvl w:val="0"/>
                <w:numId w:val="17"/>
              </w:numPr>
              <w:rPr>
                <w:sz w:val="22"/>
              </w:rPr>
            </w:pPr>
            <w:r w:rsidRPr="007F11E8">
              <w:rPr>
                <w:sz w:val="22"/>
              </w:rPr>
              <w:t>Jefferson County or local code enforcement / building permit</w:t>
            </w:r>
          </w:p>
        </w:tc>
      </w:tr>
      <w:tr w:rsidR="0056125B" w14:paraId="7675D648" w14:textId="77777777" w:rsidTr="00472425">
        <w:trPr>
          <w:gridAfter w:val="1"/>
          <w:wAfter w:w="72" w:type="dxa"/>
          <w:cantSplit/>
          <w:jc w:val="center"/>
        </w:trPr>
        <w:tc>
          <w:tcPr>
            <w:tcW w:w="5112" w:type="dxa"/>
            <w:gridSpan w:val="2"/>
            <w:tcMar>
              <w:top w:w="40" w:type="dxa"/>
              <w:left w:w="50" w:type="dxa"/>
              <w:bottom w:w="40" w:type="dxa"/>
              <w:right w:w="50" w:type="dxa"/>
            </w:tcMar>
            <w:vAlign w:val="center"/>
          </w:tcPr>
          <w:p w14:paraId="7259B4EC" w14:textId="477BDAA7" w:rsidR="0056125B" w:rsidRPr="007F11E8" w:rsidRDefault="00AA05D2" w:rsidP="001F26EE">
            <w:pPr>
              <w:pStyle w:val="ListParagraph"/>
              <w:keepLines/>
              <w:numPr>
                <w:ilvl w:val="0"/>
                <w:numId w:val="17"/>
              </w:numPr>
              <w:rPr>
                <w:sz w:val="22"/>
              </w:rPr>
            </w:pPr>
            <w:r w:rsidRPr="007F11E8">
              <w:rPr>
                <w:sz w:val="22"/>
              </w:rPr>
              <w:t>State Historic Preservation Office (SHPO)</w:t>
            </w:r>
          </w:p>
        </w:tc>
        <w:tc>
          <w:tcPr>
            <w:tcW w:w="5184" w:type="dxa"/>
            <w:gridSpan w:val="2"/>
            <w:tcMar>
              <w:top w:w="40" w:type="dxa"/>
              <w:left w:w="50" w:type="dxa"/>
              <w:bottom w:w="40" w:type="dxa"/>
              <w:right w:w="50" w:type="dxa"/>
            </w:tcMar>
            <w:vAlign w:val="center"/>
          </w:tcPr>
          <w:p w14:paraId="767EB86B" w14:textId="1BE643BB" w:rsidR="0056125B" w:rsidRPr="007F11E8" w:rsidRDefault="00AA05D2" w:rsidP="00472425">
            <w:pPr>
              <w:pStyle w:val="ListParagraph"/>
              <w:keepLines/>
              <w:numPr>
                <w:ilvl w:val="0"/>
                <w:numId w:val="17"/>
              </w:numPr>
              <w:rPr>
                <w:sz w:val="22"/>
              </w:rPr>
            </w:pPr>
            <w:r w:rsidRPr="007F11E8">
              <w:rPr>
                <w:sz w:val="22"/>
              </w:rPr>
              <w:t>SEQR / HCR environmental compliance</w:t>
            </w:r>
          </w:p>
        </w:tc>
      </w:tr>
      <w:tr w:rsidR="0056125B" w14:paraId="3856A589" w14:textId="77777777" w:rsidTr="00472425">
        <w:trPr>
          <w:gridAfter w:val="1"/>
          <w:wAfter w:w="72" w:type="dxa"/>
          <w:cantSplit/>
          <w:jc w:val="center"/>
        </w:trPr>
        <w:tc>
          <w:tcPr>
            <w:tcW w:w="5112" w:type="dxa"/>
            <w:gridSpan w:val="2"/>
            <w:tcMar>
              <w:top w:w="40" w:type="dxa"/>
              <w:left w:w="50" w:type="dxa"/>
              <w:bottom w:w="40" w:type="dxa"/>
              <w:right w:w="50" w:type="dxa"/>
            </w:tcMar>
            <w:vAlign w:val="center"/>
          </w:tcPr>
          <w:p w14:paraId="21AA7A46" w14:textId="5D7F8057" w:rsidR="0056125B" w:rsidRPr="007F11E8" w:rsidRDefault="00AA05D2" w:rsidP="001F26EE">
            <w:pPr>
              <w:pStyle w:val="ListParagraph"/>
              <w:keepLines/>
              <w:numPr>
                <w:ilvl w:val="0"/>
                <w:numId w:val="17"/>
              </w:numPr>
              <w:rPr>
                <w:sz w:val="22"/>
              </w:rPr>
            </w:pPr>
            <w:r w:rsidRPr="007F11E8">
              <w:rPr>
                <w:sz w:val="22"/>
              </w:rPr>
              <w:t>Floodplain / flood insurance review</w:t>
            </w:r>
          </w:p>
        </w:tc>
        <w:tc>
          <w:tcPr>
            <w:tcW w:w="5184" w:type="dxa"/>
            <w:gridSpan w:val="2"/>
            <w:tcMar>
              <w:top w:w="40" w:type="dxa"/>
              <w:left w:w="50" w:type="dxa"/>
              <w:bottom w:w="40" w:type="dxa"/>
              <w:right w:w="50" w:type="dxa"/>
            </w:tcMar>
            <w:vAlign w:val="center"/>
          </w:tcPr>
          <w:p w14:paraId="24219B7C" w14:textId="5AA25052" w:rsidR="0056125B" w:rsidRPr="007F11E8" w:rsidRDefault="00AA05D2" w:rsidP="00472425">
            <w:pPr>
              <w:pStyle w:val="ListParagraph"/>
              <w:keepLines/>
              <w:numPr>
                <w:ilvl w:val="0"/>
                <w:numId w:val="17"/>
              </w:numPr>
              <w:rPr>
                <w:sz w:val="22"/>
              </w:rPr>
            </w:pPr>
            <w:r w:rsidRPr="007F11E8">
              <w:rPr>
                <w:sz w:val="22"/>
              </w:rPr>
              <w:t>Health Department / fire / accessibility / other agency approval</w:t>
            </w:r>
          </w:p>
        </w:tc>
      </w:tr>
      <w:tr w:rsidR="0056125B" w14:paraId="2A6F7723" w14:textId="77777777">
        <w:trPr>
          <w:gridAfter w:val="1"/>
          <w:wAfter w:w="72" w:type="dxa"/>
          <w:cantSplit/>
          <w:jc w:val="center"/>
        </w:trPr>
        <w:tc>
          <w:tcPr>
            <w:tcW w:w="5112" w:type="dxa"/>
            <w:gridSpan w:val="2"/>
            <w:tcMar>
              <w:top w:w="40" w:type="dxa"/>
              <w:left w:w="50" w:type="dxa"/>
              <w:bottom w:w="40" w:type="dxa"/>
              <w:right w:w="50" w:type="dxa"/>
            </w:tcMar>
            <w:vAlign w:val="center"/>
          </w:tcPr>
          <w:p w14:paraId="6F19492A" w14:textId="4A3A15D7" w:rsidR="0056125B" w:rsidRDefault="0056125B">
            <w:pPr>
              <w:keepLines/>
            </w:pPr>
          </w:p>
        </w:tc>
        <w:tc>
          <w:tcPr>
            <w:tcW w:w="5184" w:type="dxa"/>
            <w:gridSpan w:val="2"/>
            <w:vAlign w:val="center"/>
          </w:tcPr>
          <w:p w14:paraId="3818CCA4" w14:textId="77777777" w:rsidR="0056125B" w:rsidRDefault="0056125B">
            <w:pPr>
              <w:keepLines/>
            </w:pPr>
          </w:p>
        </w:tc>
      </w:tr>
      <w:tr w:rsidR="0056125B" w14:paraId="1FCB12E6" w14:textId="77777777">
        <w:trPr>
          <w:gridAfter w:val="2"/>
          <w:wAfter w:w="144" w:type="dxa"/>
          <w:cantSplit/>
          <w:jc w:val="center"/>
        </w:trPr>
        <w:tc>
          <w:tcPr>
            <w:tcW w:w="792" w:type="dxa"/>
            <w:shd w:val="clear" w:color="auto" w:fill="17365D"/>
            <w:tcMar>
              <w:top w:w="90" w:type="dxa"/>
              <w:left w:w="100" w:type="dxa"/>
              <w:bottom w:w="90" w:type="dxa"/>
              <w:right w:w="100" w:type="dxa"/>
            </w:tcMar>
            <w:vAlign w:val="center"/>
          </w:tcPr>
          <w:p w14:paraId="702B1136" w14:textId="77777777" w:rsidR="0056125B" w:rsidRDefault="00AA05D2">
            <w:pPr>
              <w:keepNext/>
              <w:keepLines/>
              <w:jc w:val="center"/>
            </w:pPr>
            <w:r>
              <w:rPr>
                <w:b/>
                <w:color w:val="FFFFFF"/>
                <w:sz w:val="28"/>
              </w:rPr>
              <w:t>10</w:t>
            </w:r>
          </w:p>
        </w:tc>
        <w:tc>
          <w:tcPr>
            <w:tcW w:w="9432" w:type="dxa"/>
            <w:gridSpan w:val="2"/>
            <w:shd w:val="clear" w:color="auto" w:fill="2E65B0"/>
            <w:tcMar>
              <w:top w:w="90" w:type="dxa"/>
              <w:left w:w="100" w:type="dxa"/>
              <w:bottom w:w="90" w:type="dxa"/>
              <w:right w:w="100" w:type="dxa"/>
            </w:tcMar>
            <w:vAlign w:val="center"/>
          </w:tcPr>
          <w:p w14:paraId="3F404605" w14:textId="77777777" w:rsidR="0056125B" w:rsidRDefault="00AA05D2">
            <w:pPr>
              <w:keepNext/>
              <w:keepLines/>
            </w:pPr>
            <w:r>
              <w:rPr>
                <w:b/>
                <w:color w:val="FFFFFF"/>
                <w:sz w:val="24"/>
              </w:rPr>
              <w:t>PROCUREMENT, CONTRACTORS, INSURANCE, AND CONFLICT OF INTEREST</w:t>
            </w:r>
          </w:p>
        </w:tc>
      </w:tr>
      <w:tr w:rsidR="0056125B" w14:paraId="4C7EA361" w14:textId="77777777">
        <w:trPr>
          <w:cantSplit/>
          <w:jc w:val="center"/>
        </w:trPr>
        <w:tc>
          <w:tcPr>
            <w:tcW w:w="10368" w:type="dxa"/>
            <w:gridSpan w:val="5"/>
            <w:tcBorders>
              <w:top w:val="single" w:sz="8" w:space="0" w:color="2E65B0"/>
              <w:left w:val="single" w:sz="8" w:space="0" w:color="2E65B0"/>
              <w:bottom w:val="single" w:sz="8" w:space="0" w:color="2E65B0"/>
              <w:right w:val="single" w:sz="8" w:space="0" w:color="2E65B0"/>
            </w:tcBorders>
            <w:shd w:val="clear" w:color="auto" w:fill="EAF2F8"/>
            <w:tcMar>
              <w:top w:w="120" w:type="dxa"/>
              <w:left w:w="140" w:type="dxa"/>
              <w:bottom w:w="120" w:type="dxa"/>
              <w:right w:w="140" w:type="dxa"/>
            </w:tcMar>
            <w:vAlign w:val="center"/>
          </w:tcPr>
          <w:p w14:paraId="2A0DD2A2" w14:textId="77777777" w:rsidR="006761BF" w:rsidRDefault="00AA05D2">
            <w:pPr>
              <w:keepLines/>
              <w:spacing w:after="0"/>
              <w:rPr>
                <w:b/>
                <w:color w:val="17365D"/>
                <w:sz w:val="20"/>
              </w:rPr>
            </w:pPr>
            <w:r w:rsidRPr="00300BAF">
              <w:rPr>
                <w:b/>
                <w:color w:val="17365D"/>
                <w:sz w:val="22"/>
              </w:rPr>
              <w:t>PROCUREMENT, CONTRACTOR, AND PARTICIPATION REQUIREMENTS</w:t>
            </w:r>
          </w:p>
          <w:p w14:paraId="201D1FED" w14:textId="099B68BD" w:rsidR="0056125B" w:rsidRPr="006761BF" w:rsidRDefault="00AA05D2" w:rsidP="006761BF">
            <w:pPr>
              <w:pStyle w:val="ListParagraph"/>
              <w:keepLines/>
              <w:numPr>
                <w:ilvl w:val="0"/>
                <w:numId w:val="22"/>
              </w:numPr>
              <w:spacing w:after="0"/>
              <w:ind w:hanging="315"/>
              <w:rPr>
                <w:color w:val="000000"/>
                <w:sz w:val="22"/>
              </w:rPr>
            </w:pPr>
            <w:r w:rsidRPr="006761BF">
              <w:rPr>
                <w:b/>
                <w:bCs/>
                <w:color w:val="000000"/>
                <w:sz w:val="22"/>
                <w:u w:val="single"/>
              </w:rPr>
              <w:t xml:space="preserve">A clear approved scope </w:t>
            </w:r>
            <w:r w:rsidR="0074235F" w:rsidRPr="006761BF">
              <w:rPr>
                <w:b/>
                <w:bCs/>
                <w:color w:val="000000"/>
                <w:sz w:val="22"/>
                <w:u w:val="single"/>
              </w:rPr>
              <w:t>will</w:t>
            </w:r>
            <w:r w:rsidRPr="006761BF">
              <w:rPr>
                <w:b/>
                <w:bCs/>
                <w:color w:val="000000"/>
                <w:sz w:val="22"/>
                <w:u w:val="single"/>
              </w:rPr>
              <w:t xml:space="preserve"> be used for all bids. At least two bids/proposals are required for every reimbursable project cost</w:t>
            </w:r>
            <w:r w:rsidR="0074235F" w:rsidRPr="006761BF">
              <w:rPr>
                <w:b/>
                <w:bCs/>
                <w:color w:val="000000"/>
                <w:sz w:val="22"/>
                <w:u w:val="single"/>
              </w:rPr>
              <w:t>. The Village/Program Administrator will complete the procurement process for all projec</w:t>
            </w:r>
            <w:r w:rsidR="00A77A98" w:rsidRPr="006761BF">
              <w:rPr>
                <w:b/>
                <w:bCs/>
                <w:color w:val="000000"/>
                <w:sz w:val="22"/>
                <w:u w:val="single"/>
              </w:rPr>
              <w:t>ts</w:t>
            </w:r>
            <w:r w:rsidR="00300BAF" w:rsidRPr="006761BF">
              <w:rPr>
                <w:b/>
                <w:bCs/>
                <w:color w:val="000000"/>
                <w:sz w:val="22"/>
                <w:u w:val="single"/>
              </w:rPr>
              <w:t>, and t</w:t>
            </w:r>
            <w:r w:rsidRPr="006761BF">
              <w:rPr>
                <w:b/>
                <w:bCs/>
                <w:color w:val="000000"/>
                <w:sz w:val="22"/>
                <w:u w:val="single"/>
              </w:rPr>
              <w:t>he lowest responsible bidder will be selected.</w:t>
            </w:r>
            <w:r w:rsidRPr="006761BF">
              <w:rPr>
                <w:color w:val="000000"/>
                <w:sz w:val="22"/>
              </w:rPr>
              <w:t xml:space="preserve"> </w:t>
            </w:r>
          </w:p>
          <w:p w14:paraId="7FEF58C3" w14:textId="77777777" w:rsidR="00300BAF" w:rsidRPr="007F11E8" w:rsidRDefault="00300BAF">
            <w:pPr>
              <w:keepLines/>
              <w:spacing w:after="0"/>
              <w:rPr>
                <w:color w:val="000000"/>
                <w:sz w:val="22"/>
              </w:rPr>
            </w:pPr>
          </w:p>
          <w:p w14:paraId="1C2D38C3" w14:textId="77777777" w:rsidR="00300BAF" w:rsidRPr="007F11E8" w:rsidRDefault="00300BAF" w:rsidP="00300BAF">
            <w:pPr>
              <w:rPr>
                <w:sz w:val="22"/>
              </w:rPr>
            </w:pPr>
            <w:r w:rsidRPr="007F11E8">
              <w:rPr>
                <w:b/>
                <w:color w:val="17365D"/>
                <w:sz w:val="22"/>
              </w:rPr>
              <w:t>Contractors / Vendors</w:t>
            </w:r>
          </w:p>
          <w:p w14:paraId="0DE75780" w14:textId="77777777" w:rsidR="00300BAF" w:rsidRPr="007F11E8" w:rsidRDefault="00300BAF" w:rsidP="00300BAF">
            <w:pPr>
              <w:spacing w:after="0"/>
              <w:rPr>
                <w:sz w:val="22"/>
              </w:rPr>
            </w:pPr>
          </w:p>
          <w:p w14:paraId="7F1487FD" w14:textId="1D1D77A5" w:rsidR="00300BAF" w:rsidRPr="007F11E8" w:rsidRDefault="008E59E1" w:rsidP="00300BAF">
            <w:pPr>
              <w:pStyle w:val="FormCheckbox"/>
              <w:numPr>
                <w:ilvl w:val="0"/>
                <w:numId w:val="12"/>
              </w:numPr>
              <w:spacing w:after="20"/>
              <w:rPr>
                <w:sz w:val="22"/>
              </w:rPr>
            </w:pPr>
            <w:r w:rsidRPr="008E59E1">
              <w:rPr>
                <w:sz w:val="22"/>
              </w:rPr>
              <w:t>Contractors must provide references, at least $1,000,000 general liability coverage, workers' compensation coverage, and name the Village/LPA, State of New York, and Housing Trust Fund Corporation as additional insureds.</w:t>
            </w:r>
          </w:p>
          <w:p w14:paraId="30240D2B" w14:textId="6F972513" w:rsidR="00300BAF" w:rsidRPr="007F11E8" w:rsidRDefault="00300BAF" w:rsidP="00300BAF">
            <w:pPr>
              <w:pStyle w:val="FormCheckbox"/>
              <w:numPr>
                <w:ilvl w:val="0"/>
                <w:numId w:val="12"/>
              </w:numPr>
              <w:spacing w:after="20"/>
              <w:rPr>
                <w:sz w:val="22"/>
              </w:rPr>
            </w:pPr>
            <w:r w:rsidRPr="007F11E8">
              <w:rPr>
                <w:sz w:val="22"/>
              </w:rPr>
              <w:t>Applicant will allow the Program Administrator to conduct a full and open procurement process, including required MWBE/SDVOB outreach, and will not direct, influence, or structure bidding to favor a particular contractor.</w:t>
            </w:r>
            <w:r w:rsidR="008E59E1">
              <w:rPr>
                <w:sz w:val="22"/>
              </w:rPr>
              <w:t xml:space="preserve"> </w:t>
            </w:r>
            <w:r w:rsidR="008E59E1" w:rsidRPr="008E59E1">
              <w:rPr>
                <w:sz w:val="22"/>
              </w:rPr>
              <w:t>The Program has 10% MBE and 10% WBE contract goals and will perform required MWBE/SDVOB outreach; applicants must cooperate with bid solicitation and good-faith documentation.</w:t>
            </w:r>
          </w:p>
          <w:p w14:paraId="7219EA28" w14:textId="77777777" w:rsidR="00300BAF" w:rsidRPr="007F11E8" w:rsidRDefault="00300BAF" w:rsidP="00300BAF">
            <w:pPr>
              <w:pStyle w:val="FormCheckbox"/>
              <w:numPr>
                <w:ilvl w:val="0"/>
                <w:numId w:val="12"/>
              </w:numPr>
              <w:spacing w:after="20"/>
              <w:rPr>
                <w:sz w:val="22"/>
              </w:rPr>
            </w:pPr>
            <w:r w:rsidRPr="007F11E8">
              <w:rPr>
                <w:sz w:val="22"/>
              </w:rPr>
              <w:t>Applicant understands a contractor cannot receive Program funds for work on property the contractor owns or property owned by a family member or business associate, absent written HCR/HTFC authorization.</w:t>
            </w:r>
          </w:p>
          <w:p w14:paraId="673901EE" w14:textId="77777777" w:rsidR="00300BAF" w:rsidRPr="007F11E8" w:rsidRDefault="00300BAF" w:rsidP="00300BAF">
            <w:pPr>
              <w:pStyle w:val="FormCheckbox"/>
              <w:numPr>
                <w:ilvl w:val="0"/>
                <w:numId w:val="12"/>
              </w:numPr>
              <w:spacing w:after="20"/>
              <w:rPr>
                <w:sz w:val="22"/>
              </w:rPr>
            </w:pPr>
            <w:r w:rsidRPr="007F11E8">
              <w:rPr>
                <w:sz w:val="22"/>
              </w:rPr>
              <w:t>Applicant will not act as general contractor or self-perform work unless the Village obtains prior written HCR/HTFC approval of an exception and all required safeguards are met.</w:t>
            </w:r>
          </w:p>
          <w:p w14:paraId="4CA0B64E" w14:textId="185E97B9" w:rsidR="00300BAF" w:rsidRDefault="00300BAF">
            <w:pPr>
              <w:keepLines/>
              <w:spacing w:after="0"/>
            </w:pPr>
          </w:p>
        </w:tc>
      </w:tr>
    </w:tbl>
    <w:p w14:paraId="314EA04C" w14:textId="77777777" w:rsidR="0056125B" w:rsidRPr="00300BAF" w:rsidRDefault="0056125B">
      <w:pPr>
        <w:spacing w:after="0"/>
        <w:rPr>
          <w:sz w:val="24"/>
          <w:szCs w:val="24"/>
        </w:rPr>
      </w:pPr>
    </w:p>
    <w:p w14:paraId="224E2DEC" w14:textId="77777777" w:rsidR="008C4CE2" w:rsidRPr="00300BAF" w:rsidRDefault="008C4CE2">
      <w:pPr>
        <w:spacing w:after="200" w:line="276" w:lineRule="auto"/>
        <w:rPr>
          <w:b/>
          <w:color w:val="17365D"/>
          <w:sz w:val="20"/>
          <w:szCs w:val="20"/>
        </w:rPr>
      </w:pPr>
      <w:r w:rsidRPr="00300BAF">
        <w:rPr>
          <w:b/>
          <w:color w:val="17365D"/>
          <w:sz w:val="20"/>
          <w:szCs w:val="20"/>
        </w:rPr>
        <w:br w:type="page"/>
      </w:r>
    </w:p>
    <w:p w14:paraId="31757124" w14:textId="77777777" w:rsidR="0056125B" w:rsidRDefault="0056125B">
      <w:pPr>
        <w:spacing w:after="0"/>
      </w:pPr>
    </w:p>
    <w:p w14:paraId="01822DF3" w14:textId="77777777" w:rsidR="0056125B" w:rsidRDefault="0056125B">
      <w:pPr>
        <w:spacing w:after="40"/>
      </w:pPr>
    </w:p>
    <w:tbl>
      <w:tblPr>
        <w:tblW w:w="0" w:type="auto"/>
        <w:jc w:val="center"/>
        <w:tblLayout w:type="fixed"/>
        <w:tblLook w:val="04A0" w:firstRow="1" w:lastRow="0" w:firstColumn="1" w:lastColumn="0" w:noHBand="0" w:noVBand="1"/>
      </w:tblPr>
      <w:tblGrid>
        <w:gridCol w:w="792"/>
        <w:gridCol w:w="9432"/>
      </w:tblGrid>
      <w:tr w:rsidR="0056125B" w14:paraId="187C09B3" w14:textId="77777777">
        <w:trPr>
          <w:cantSplit/>
          <w:jc w:val="center"/>
        </w:trPr>
        <w:tc>
          <w:tcPr>
            <w:tcW w:w="792" w:type="dxa"/>
            <w:shd w:val="clear" w:color="auto" w:fill="17365D"/>
            <w:tcMar>
              <w:top w:w="90" w:type="dxa"/>
              <w:left w:w="100" w:type="dxa"/>
              <w:bottom w:w="90" w:type="dxa"/>
              <w:right w:w="100" w:type="dxa"/>
            </w:tcMar>
            <w:vAlign w:val="center"/>
          </w:tcPr>
          <w:p w14:paraId="7A297BC5" w14:textId="77777777" w:rsidR="0056125B" w:rsidRDefault="00AA05D2">
            <w:pPr>
              <w:keepNext/>
              <w:keepLines/>
              <w:jc w:val="center"/>
            </w:pPr>
            <w:r>
              <w:rPr>
                <w:b/>
                <w:color w:val="FFFFFF"/>
                <w:sz w:val="28"/>
              </w:rPr>
              <w:t>11</w:t>
            </w:r>
          </w:p>
        </w:tc>
        <w:tc>
          <w:tcPr>
            <w:tcW w:w="9432" w:type="dxa"/>
            <w:shd w:val="clear" w:color="auto" w:fill="2E65B0"/>
            <w:tcMar>
              <w:top w:w="90" w:type="dxa"/>
              <w:left w:w="100" w:type="dxa"/>
              <w:bottom w:w="90" w:type="dxa"/>
              <w:right w:w="100" w:type="dxa"/>
            </w:tcMar>
            <w:vAlign w:val="center"/>
          </w:tcPr>
          <w:p w14:paraId="247E3320" w14:textId="77777777" w:rsidR="0056125B" w:rsidRDefault="00AA05D2">
            <w:pPr>
              <w:keepNext/>
              <w:keepLines/>
            </w:pPr>
            <w:r>
              <w:rPr>
                <w:b/>
                <w:color w:val="FFFFFF"/>
                <w:sz w:val="24"/>
              </w:rPr>
              <w:t>REQUIRED APPLICATION ATTACHMENTS</w:t>
            </w:r>
          </w:p>
        </w:tc>
      </w:tr>
    </w:tbl>
    <w:p w14:paraId="698CDEE8" w14:textId="4A9BC140" w:rsidR="0056125B" w:rsidRPr="00A037B8" w:rsidRDefault="00AA05D2" w:rsidP="005F03D1">
      <w:pPr>
        <w:rPr>
          <w:sz w:val="20"/>
          <w:szCs w:val="20"/>
        </w:rPr>
      </w:pPr>
      <w:r w:rsidRPr="00A037B8">
        <w:rPr>
          <w:color w:val="595959"/>
          <w:sz w:val="20"/>
          <w:szCs w:val="20"/>
        </w:rPr>
        <w:t xml:space="preserve">Label every attachment with the </w:t>
      </w:r>
      <w:r w:rsidR="005F03D1" w:rsidRPr="00A037B8">
        <w:rPr>
          <w:color w:val="595959"/>
          <w:sz w:val="20"/>
          <w:szCs w:val="20"/>
        </w:rPr>
        <w:t>applicant’s</w:t>
      </w:r>
      <w:r w:rsidRPr="00A037B8">
        <w:rPr>
          <w:color w:val="595959"/>
          <w:sz w:val="20"/>
          <w:szCs w:val="20"/>
        </w:rPr>
        <w:t xml:space="preserve"> name and project address. The Program Administrator may request additional documentation. Do not include unnecessary personal identifiers.</w:t>
      </w:r>
    </w:p>
    <w:tbl>
      <w:tblPr>
        <w:tblW w:w="0" w:type="auto"/>
        <w:jc w:val="center"/>
        <w:tblLayout w:type="fixed"/>
        <w:tblLook w:val="04A0" w:firstRow="1" w:lastRow="0" w:firstColumn="1" w:lastColumn="0" w:noHBand="0" w:noVBand="1"/>
      </w:tblPr>
      <w:tblGrid>
        <w:gridCol w:w="648"/>
        <w:gridCol w:w="6552"/>
        <w:gridCol w:w="2088"/>
        <w:gridCol w:w="936"/>
      </w:tblGrid>
      <w:tr w:rsidR="0056125B" w14:paraId="4C4AC833" w14:textId="77777777">
        <w:trPr>
          <w:tblHeader/>
          <w:jc w:val="center"/>
        </w:trPr>
        <w:tc>
          <w:tcPr>
            <w:tcW w:w="648"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5C50640A" w14:textId="77777777" w:rsidR="0056125B" w:rsidRPr="007F11E8" w:rsidRDefault="00AA05D2">
            <w:pPr>
              <w:keepLines/>
              <w:jc w:val="center"/>
              <w:rPr>
                <w:sz w:val="22"/>
              </w:rPr>
            </w:pPr>
            <w:r w:rsidRPr="007F11E8">
              <w:rPr>
                <w:b/>
                <w:color w:val="FFFFFF"/>
                <w:sz w:val="22"/>
              </w:rPr>
              <w:t>Tab</w:t>
            </w:r>
          </w:p>
        </w:tc>
        <w:tc>
          <w:tcPr>
            <w:tcW w:w="6552"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131AB3D8" w14:textId="77777777" w:rsidR="0056125B" w:rsidRPr="007F11E8" w:rsidRDefault="00AA05D2">
            <w:pPr>
              <w:keepLines/>
              <w:jc w:val="center"/>
              <w:rPr>
                <w:sz w:val="22"/>
              </w:rPr>
            </w:pPr>
            <w:r w:rsidRPr="007F11E8">
              <w:rPr>
                <w:b/>
                <w:color w:val="FFFFFF"/>
                <w:sz w:val="22"/>
              </w:rPr>
              <w:t>Attachment</w:t>
            </w:r>
          </w:p>
        </w:tc>
        <w:tc>
          <w:tcPr>
            <w:tcW w:w="2088"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027221A4" w14:textId="77777777" w:rsidR="0056125B" w:rsidRPr="007F11E8" w:rsidRDefault="00AA05D2">
            <w:pPr>
              <w:keepLines/>
              <w:jc w:val="center"/>
              <w:rPr>
                <w:sz w:val="22"/>
              </w:rPr>
            </w:pPr>
            <w:r w:rsidRPr="007F11E8">
              <w:rPr>
                <w:b/>
                <w:color w:val="FFFFFF"/>
                <w:sz w:val="22"/>
              </w:rPr>
              <w:t>Applicability</w:t>
            </w:r>
          </w:p>
        </w:tc>
        <w:tc>
          <w:tcPr>
            <w:tcW w:w="936" w:type="dxa"/>
            <w:tcBorders>
              <w:top w:val="single" w:sz="4" w:space="0" w:color="FFFFFF"/>
              <w:left w:val="single" w:sz="4" w:space="0" w:color="FFFFFF"/>
              <w:bottom w:val="single" w:sz="4" w:space="0" w:color="FFFFFF"/>
              <w:right w:val="single" w:sz="4" w:space="0" w:color="FFFFFF"/>
            </w:tcBorders>
            <w:shd w:val="clear" w:color="auto" w:fill="2E65B0"/>
            <w:tcMar>
              <w:top w:w="80" w:type="dxa"/>
              <w:left w:w="70" w:type="dxa"/>
              <w:bottom w:w="80" w:type="dxa"/>
              <w:right w:w="70" w:type="dxa"/>
            </w:tcMar>
            <w:vAlign w:val="center"/>
          </w:tcPr>
          <w:p w14:paraId="6F813E95" w14:textId="77777777" w:rsidR="0056125B" w:rsidRPr="007F11E8" w:rsidRDefault="00AA05D2">
            <w:pPr>
              <w:keepLines/>
              <w:jc w:val="center"/>
              <w:rPr>
                <w:sz w:val="22"/>
              </w:rPr>
            </w:pPr>
            <w:r w:rsidRPr="007F11E8">
              <w:rPr>
                <w:b/>
                <w:color w:val="FFFFFF"/>
                <w:sz w:val="22"/>
              </w:rPr>
              <w:t>Included</w:t>
            </w:r>
          </w:p>
        </w:tc>
      </w:tr>
      <w:tr w:rsidR="0056125B" w14:paraId="50885C66"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BEF36D9" w14:textId="77777777" w:rsidR="0056125B" w:rsidRPr="007F11E8" w:rsidRDefault="00AA05D2">
            <w:pPr>
              <w:keepLines/>
              <w:rPr>
                <w:sz w:val="22"/>
              </w:rPr>
            </w:pPr>
            <w:r w:rsidRPr="007F11E8">
              <w:rPr>
                <w:color w:val="000000"/>
                <w:sz w:val="22"/>
              </w:rPr>
              <w:t>A</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318195E" w14:textId="77777777" w:rsidR="0056125B" w:rsidRPr="007F11E8" w:rsidRDefault="00AA05D2">
            <w:pPr>
              <w:keepLines/>
              <w:rPr>
                <w:sz w:val="22"/>
              </w:rPr>
            </w:pPr>
            <w:r w:rsidRPr="007F11E8">
              <w:rPr>
                <w:color w:val="000000"/>
                <w:sz w:val="22"/>
              </w:rPr>
              <w:t>Completed and signed application</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E9212C6" w14:textId="1021EA10" w:rsidR="0056125B" w:rsidRPr="007F11E8" w:rsidRDefault="00AA05D2">
            <w:pPr>
              <w:keepLines/>
              <w:rPr>
                <w:sz w:val="22"/>
              </w:rPr>
            </w:pPr>
            <w:r w:rsidRPr="007F11E8">
              <w:rPr>
                <w:color w:val="000000"/>
                <w:sz w:val="22"/>
              </w:rPr>
              <w:t>Required</w:t>
            </w:r>
            <w:r w:rsidR="00A77A98">
              <w:rPr>
                <w:color w:val="000000"/>
                <w:sz w:val="22"/>
              </w:rPr>
              <w:t xml:space="preserve"> </w:t>
            </w:r>
          </w:p>
        </w:tc>
        <w:sdt>
          <w:sdtPr>
            <w:rPr>
              <w:sz w:val="22"/>
            </w:rPr>
            <w:id w:val="-1677494448"/>
            <w14:checkbox>
              <w14:checked w14:val="0"/>
              <w14:checkedState w14:val="2612" w14:font="MS Gothic"/>
              <w14:uncheckedState w14:val="2610" w14:font="MS Gothic"/>
            </w14:checkbox>
          </w:sdtPr>
          <w:sdtEndPr/>
          <w:sdtContent>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4E717CA" w14:textId="45C3E4BC" w:rsidR="0056125B" w:rsidRPr="007F11E8" w:rsidRDefault="005F03D1">
                <w:pPr>
                  <w:keepLines/>
                  <w:rPr>
                    <w:sz w:val="22"/>
                  </w:rPr>
                </w:pPr>
                <w:r w:rsidRPr="007F11E8">
                  <w:rPr>
                    <w:rFonts w:ascii="MS Gothic" w:eastAsia="MS Gothic" w:hAnsi="MS Gothic" w:hint="eastAsia"/>
                    <w:sz w:val="22"/>
                  </w:rPr>
                  <w:t>☐</w:t>
                </w:r>
              </w:p>
            </w:tc>
          </w:sdtContent>
        </w:sdt>
      </w:tr>
      <w:tr w:rsidR="0056125B" w14:paraId="2238F303"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A4DA1DA" w14:textId="77777777" w:rsidR="0056125B" w:rsidRPr="007F11E8" w:rsidRDefault="00AA05D2">
            <w:pPr>
              <w:keepLines/>
              <w:rPr>
                <w:sz w:val="22"/>
              </w:rPr>
            </w:pPr>
            <w:r w:rsidRPr="007F11E8">
              <w:rPr>
                <w:color w:val="000000"/>
                <w:sz w:val="22"/>
              </w:rPr>
              <w:t>B</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F46F825" w14:textId="47883E92" w:rsidR="0056125B" w:rsidRPr="007F11E8" w:rsidRDefault="00AA05D2">
            <w:pPr>
              <w:keepLines/>
              <w:rPr>
                <w:sz w:val="22"/>
              </w:rPr>
            </w:pPr>
            <w:r w:rsidRPr="007F11E8">
              <w:rPr>
                <w:color w:val="000000"/>
                <w:sz w:val="22"/>
              </w:rPr>
              <w:t>Proof of property ownership (</w:t>
            </w:r>
            <w:r w:rsidR="00A77A98">
              <w:rPr>
                <w:color w:val="000000"/>
                <w:sz w:val="22"/>
              </w:rPr>
              <w:t xml:space="preserve">copy of </w:t>
            </w:r>
            <w:r w:rsidRPr="007F11E8">
              <w:rPr>
                <w:color w:val="000000"/>
                <w:sz w:val="22"/>
              </w:rPr>
              <w:t>deed or current tax record)</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0AA7603" w14:textId="77777777" w:rsidR="0056125B" w:rsidRPr="007F11E8" w:rsidRDefault="00AA05D2">
            <w:pPr>
              <w:keepLines/>
              <w:rPr>
                <w:sz w:val="22"/>
              </w:rPr>
            </w:pPr>
            <w:r w:rsidRPr="007F11E8">
              <w:rPr>
                <w:color w:val="000000"/>
                <w:sz w:val="22"/>
              </w:rPr>
              <w:t>Required for owner</w:t>
            </w:r>
          </w:p>
        </w:tc>
        <w:sdt>
          <w:sdtPr>
            <w:rPr>
              <w:sz w:val="22"/>
            </w:rPr>
            <w:id w:val="432950843"/>
            <w14:checkbox>
              <w14:checked w14:val="0"/>
              <w14:checkedState w14:val="2612" w14:font="MS Gothic"/>
              <w14:uncheckedState w14:val="2610" w14:font="MS Gothic"/>
            </w14:checkbox>
          </w:sdtPr>
          <w:sdtEndPr/>
          <w:sdtContent>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67E3160" w14:textId="3D0C9E7D" w:rsidR="0056125B" w:rsidRPr="007F11E8" w:rsidRDefault="005F03D1">
                <w:pPr>
                  <w:keepLines/>
                  <w:rPr>
                    <w:sz w:val="22"/>
                  </w:rPr>
                </w:pPr>
                <w:r w:rsidRPr="007F11E8">
                  <w:rPr>
                    <w:rFonts w:ascii="MS Gothic" w:eastAsia="MS Gothic" w:hAnsi="MS Gothic" w:hint="eastAsia"/>
                    <w:sz w:val="22"/>
                  </w:rPr>
                  <w:t>☐</w:t>
                </w:r>
              </w:p>
            </w:tc>
          </w:sdtContent>
        </w:sdt>
      </w:tr>
      <w:tr w:rsidR="0056125B" w14:paraId="2C31FA8E"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DCF8A56" w14:textId="77777777" w:rsidR="0056125B" w:rsidRPr="007F11E8" w:rsidRDefault="00AA05D2">
            <w:pPr>
              <w:keepLines/>
              <w:rPr>
                <w:sz w:val="22"/>
              </w:rPr>
            </w:pPr>
            <w:r w:rsidRPr="007F11E8">
              <w:rPr>
                <w:color w:val="000000"/>
                <w:sz w:val="22"/>
              </w:rPr>
              <w:t>C</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DFAF3B0" w14:textId="39A19382" w:rsidR="0056125B" w:rsidRPr="007F11E8" w:rsidRDefault="00AA05D2">
            <w:pPr>
              <w:keepLines/>
              <w:rPr>
                <w:sz w:val="22"/>
              </w:rPr>
            </w:pPr>
            <w:r w:rsidRPr="007F11E8">
              <w:rPr>
                <w:color w:val="000000"/>
                <w:sz w:val="22"/>
              </w:rPr>
              <w:t>Current</w:t>
            </w:r>
            <w:r w:rsidR="00A77A98">
              <w:rPr>
                <w:color w:val="000000"/>
                <w:sz w:val="22"/>
              </w:rPr>
              <w:t xml:space="preserve"> copy of</w:t>
            </w:r>
            <w:r w:rsidRPr="007F11E8">
              <w:rPr>
                <w:color w:val="000000"/>
                <w:sz w:val="22"/>
              </w:rPr>
              <w:t xml:space="preserve"> executed lease and </w:t>
            </w:r>
            <w:r w:rsidR="00A77A98">
              <w:rPr>
                <w:color w:val="000000"/>
                <w:sz w:val="22"/>
              </w:rPr>
              <w:t xml:space="preserve">executed </w:t>
            </w:r>
            <w:r w:rsidRPr="007F11E8">
              <w:rPr>
                <w:color w:val="000000"/>
                <w:sz w:val="22"/>
              </w:rPr>
              <w:t>Property Owner Consent</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F6376E3" w14:textId="77777777" w:rsidR="0056125B" w:rsidRPr="007F11E8" w:rsidRDefault="00AA05D2">
            <w:pPr>
              <w:keepLines/>
              <w:rPr>
                <w:sz w:val="22"/>
              </w:rPr>
            </w:pPr>
            <w:r w:rsidRPr="007F11E8">
              <w:rPr>
                <w:color w:val="000000"/>
                <w:sz w:val="22"/>
              </w:rPr>
              <w:t>Required for tenant</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146828542"/>
              <w14:checkbox>
                <w14:checked w14:val="0"/>
                <w14:checkedState w14:val="2612" w14:font="MS Gothic"/>
                <w14:uncheckedState w14:val="2610" w14:font="MS Gothic"/>
              </w14:checkbox>
            </w:sdtPr>
            <w:sdtEndPr/>
            <w:sdtContent>
              <w:p w14:paraId="65D4B509" w14:textId="1351BDA9" w:rsidR="0056125B" w:rsidRPr="007F11E8" w:rsidRDefault="005F03D1">
                <w:pPr>
                  <w:keepLines/>
                  <w:rPr>
                    <w:sz w:val="22"/>
                  </w:rPr>
                </w:pPr>
                <w:r w:rsidRPr="007F11E8">
                  <w:rPr>
                    <w:rFonts w:ascii="MS Gothic" w:eastAsia="MS Gothic" w:hAnsi="MS Gothic" w:hint="eastAsia"/>
                    <w:color w:val="000000"/>
                    <w:sz w:val="22"/>
                  </w:rPr>
                  <w:t>☐</w:t>
                </w:r>
              </w:p>
            </w:sdtContent>
          </w:sdt>
        </w:tc>
      </w:tr>
      <w:tr w:rsidR="0056125B" w14:paraId="07B6E4DA"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E8F2C44" w14:textId="1114DDDD" w:rsidR="0056125B" w:rsidRPr="007F11E8" w:rsidRDefault="006761BF">
            <w:pPr>
              <w:keepLines/>
              <w:rPr>
                <w:sz w:val="22"/>
              </w:rPr>
            </w:pPr>
            <w:r>
              <w:rPr>
                <w:color w:val="000000"/>
                <w:sz w:val="22"/>
              </w:rPr>
              <w:t>D</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5A1EF17" w14:textId="5090FAF8" w:rsidR="0056125B" w:rsidRPr="007F11E8" w:rsidRDefault="00AA05D2">
            <w:pPr>
              <w:keepLines/>
              <w:rPr>
                <w:sz w:val="22"/>
              </w:rPr>
            </w:pPr>
            <w:r w:rsidRPr="007F11E8">
              <w:rPr>
                <w:color w:val="000000"/>
                <w:sz w:val="22"/>
              </w:rPr>
              <w:t xml:space="preserve">Current </w:t>
            </w:r>
            <w:r w:rsidR="00A77A98">
              <w:rPr>
                <w:color w:val="000000"/>
                <w:sz w:val="22"/>
              </w:rPr>
              <w:t>building</w:t>
            </w:r>
            <w:r w:rsidRPr="007F11E8">
              <w:rPr>
                <w:color w:val="000000"/>
                <w:sz w:val="22"/>
              </w:rPr>
              <w:t xml:space="preserve"> photographs, labeled by view and date</w:t>
            </w:r>
            <w:r w:rsidR="00A77A98">
              <w:rPr>
                <w:color w:val="000000"/>
                <w:sz w:val="22"/>
              </w:rPr>
              <w:t>, as applicable</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505E1CA5" w14:textId="0D6060FF" w:rsidR="0056125B" w:rsidRPr="007F11E8" w:rsidRDefault="00AA05D2">
            <w:pPr>
              <w:keepLines/>
              <w:rPr>
                <w:sz w:val="22"/>
              </w:rPr>
            </w:pPr>
            <w:r w:rsidRPr="007F11E8">
              <w:rPr>
                <w:color w:val="000000"/>
                <w:sz w:val="22"/>
              </w:rPr>
              <w:t>Required</w:t>
            </w:r>
            <w:r w:rsidR="000B51AA">
              <w:rPr>
                <w:color w:val="000000"/>
                <w:sz w:val="22"/>
              </w:rPr>
              <w:t xml:space="preserve"> </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640114006"/>
              <w14:checkbox>
                <w14:checked w14:val="0"/>
                <w14:checkedState w14:val="2612" w14:font="MS Gothic"/>
                <w14:uncheckedState w14:val="2610" w14:font="MS Gothic"/>
              </w14:checkbox>
            </w:sdtPr>
            <w:sdtEndPr/>
            <w:sdtContent>
              <w:p w14:paraId="457DD73C" w14:textId="5891A8CD" w:rsidR="0056125B" w:rsidRPr="007F11E8" w:rsidRDefault="00FA5FED">
                <w:pPr>
                  <w:keepLines/>
                  <w:rPr>
                    <w:sz w:val="22"/>
                  </w:rPr>
                </w:pPr>
                <w:r w:rsidRPr="007F11E8">
                  <w:rPr>
                    <w:rFonts w:ascii="MS Gothic" w:eastAsia="MS Gothic" w:hAnsi="MS Gothic" w:hint="eastAsia"/>
                    <w:color w:val="000000"/>
                    <w:sz w:val="22"/>
                  </w:rPr>
                  <w:t>☐</w:t>
                </w:r>
              </w:p>
            </w:sdtContent>
          </w:sdt>
        </w:tc>
      </w:tr>
      <w:tr w:rsidR="0056125B" w14:paraId="20343320"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E7640B0" w14:textId="7C930EAC" w:rsidR="0056125B" w:rsidRPr="007F11E8" w:rsidRDefault="006761BF">
            <w:pPr>
              <w:keepLines/>
              <w:rPr>
                <w:sz w:val="22"/>
              </w:rPr>
            </w:pPr>
            <w:r>
              <w:rPr>
                <w:color w:val="000000"/>
                <w:sz w:val="22"/>
              </w:rPr>
              <w:t>E</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699C49F8" w14:textId="22C64E5A" w:rsidR="0056125B" w:rsidRPr="007F11E8" w:rsidRDefault="00AA05D2">
            <w:pPr>
              <w:keepLines/>
              <w:rPr>
                <w:sz w:val="22"/>
              </w:rPr>
            </w:pPr>
            <w:r w:rsidRPr="007F11E8">
              <w:rPr>
                <w:color w:val="000000"/>
                <w:sz w:val="22"/>
              </w:rPr>
              <w:t>Detailed preliminary scope, sketches, plans, renderings, product sheets, or equipment specifications</w:t>
            </w:r>
            <w:r w:rsidR="00A77A98">
              <w:rPr>
                <w:color w:val="000000"/>
                <w:sz w:val="22"/>
              </w:rPr>
              <w:t>/quotes, as applicable</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BCEAB7A" w14:textId="77777777" w:rsidR="0056125B" w:rsidRPr="007F11E8" w:rsidRDefault="00AA05D2">
            <w:pPr>
              <w:keepLines/>
              <w:rPr>
                <w:sz w:val="22"/>
              </w:rPr>
            </w:pPr>
            <w:r w:rsidRPr="007F11E8">
              <w:rPr>
                <w:color w:val="000000"/>
                <w:sz w:val="22"/>
              </w:rPr>
              <w:t>Required as applicable</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1288780511"/>
              <w14:checkbox>
                <w14:checked w14:val="0"/>
                <w14:checkedState w14:val="2612" w14:font="MS Gothic"/>
                <w14:uncheckedState w14:val="2610" w14:font="MS Gothic"/>
              </w14:checkbox>
            </w:sdtPr>
            <w:sdtEndPr/>
            <w:sdtContent>
              <w:p w14:paraId="32952EE1" w14:textId="02F40ABA" w:rsidR="0056125B" w:rsidRPr="007F11E8" w:rsidRDefault="005F03D1">
                <w:pPr>
                  <w:keepLines/>
                  <w:rPr>
                    <w:sz w:val="22"/>
                  </w:rPr>
                </w:pPr>
                <w:r w:rsidRPr="007F11E8">
                  <w:rPr>
                    <w:rFonts w:ascii="MS Gothic" w:eastAsia="MS Gothic" w:hAnsi="MS Gothic" w:hint="eastAsia"/>
                    <w:color w:val="000000"/>
                    <w:sz w:val="22"/>
                  </w:rPr>
                  <w:t>☐</w:t>
                </w:r>
              </w:p>
            </w:sdtContent>
          </w:sdt>
        </w:tc>
      </w:tr>
      <w:tr w:rsidR="0056125B" w14:paraId="36C50F3C"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29D95B9C" w14:textId="599A281C" w:rsidR="0056125B" w:rsidRPr="007F11E8" w:rsidRDefault="006761BF">
            <w:pPr>
              <w:keepLines/>
              <w:rPr>
                <w:sz w:val="22"/>
              </w:rPr>
            </w:pPr>
            <w:r>
              <w:rPr>
                <w:color w:val="000000"/>
                <w:sz w:val="22"/>
              </w:rPr>
              <w:t>F</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129C306A" w14:textId="1D8D9999" w:rsidR="0056125B" w:rsidRPr="007F11E8" w:rsidRDefault="00A77A98">
            <w:pPr>
              <w:keepLines/>
              <w:rPr>
                <w:sz w:val="22"/>
              </w:rPr>
            </w:pPr>
            <w:r>
              <w:rPr>
                <w:color w:val="000000"/>
                <w:sz w:val="22"/>
              </w:rPr>
              <w:t>Proof of other funding commitments (</w:t>
            </w:r>
            <w:r w:rsidR="000C1FEA">
              <w:rPr>
                <w:color w:val="000000"/>
                <w:sz w:val="22"/>
              </w:rPr>
              <w:t>i.e.,</w:t>
            </w:r>
            <w:r>
              <w:rPr>
                <w:color w:val="000000"/>
                <w:sz w:val="22"/>
              </w:rPr>
              <w:t xml:space="preserve"> copies of bank statements (with redacted account information, bank commitment letters, etc</w:t>
            </w:r>
            <w:r w:rsidR="000C1FEA">
              <w:rPr>
                <w:color w:val="000000"/>
                <w:sz w:val="22"/>
              </w:rPr>
              <w:t>.</w:t>
            </w:r>
            <w:r>
              <w:rPr>
                <w:color w:val="000000"/>
                <w:sz w:val="22"/>
              </w:rPr>
              <w:t>)</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0CFA0397" w14:textId="77777777" w:rsidR="0056125B" w:rsidRPr="007F11E8" w:rsidRDefault="00AA05D2">
            <w:pPr>
              <w:keepLines/>
              <w:rPr>
                <w:sz w:val="22"/>
              </w:rPr>
            </w:pPr>
            <w:r w:rsidRPr="007F11E8">
              <w:rPr>
                <w:color w:val="000000"/>
                <w:sz w:val="22"/>
              </w:rPr>
              <w:t>Required</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1831712710"/>
              <w14:checkbox>
                <w14:checked w14:val="0"/>
                <w14:checkedState w14:val="2612" w14:font="MS Gothic"/>
                <w14:uncheckedState w14:val="2610" w14:font="MS Gothic"/>
              </w14:checkbox>
            </w:sdtPr>
            <w:sdtEndPr/>
            <w:sdtContent>
              <w:p w14:paraId="6E686A5B" w14:textId="4E313D51" w:rsidR="0056125B" w:rsidRPr="007F11E8" w:rsidRDefault="005F03D1">
                <w:pPr>
                  <w:keepLines/>
                  <w:rPr>
                    <w:sz w:val="22"/>
                  </w:rPr>
                </w:pPr>
                <w:r w:rsidRPr="007F11E8">
                  <w:rPr>
                    <w:rFonts w:ascii="MS Gothic" w:eastAsia="MS Gothic" w:hAnsi="MS Gothic" w:hint="eastAsia"/>
                    <w:color w:val="000000"/>
                    <w:sz w:val="22"/>
                  </w:rPr>
                  <w:t>☐</w:t>
                </w:r>
              </w:p>
            </w:sdtContent>
          </w:sdt>
        </w:tc>
      </w:tr>
      <w:tr w:rsidR="0056125B" w14:paraId="64087630"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3E6CB19" w14:textId="7941CCA3" w:rsidR="0056125B" w:rsidRPr="007F11E8" w:rsidRDefault="006761BF">
            <w:pPr>
              <w:keepLines/>
              <w:rPr>
                <w:sz w:val="22"/>
              </w:rPr>
            </w:pPr>
            <w:r>
              <w:rPr>
                <w:color w:val="000000"/>
                <w:sz w:val="22"/>
              </w:rPr>
              <w:t>G</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780A78E3" w14:textId="77777777" w:rsidR="0056125B" w:rsidRPr="007F11E8" w:rsidRDefault="00AA05D2">
            <w:pPr>
              <w:keepLines/>
              <w:rPr>
                <w:sz w:val="22"/>
              </w:rPr>
            </w:pPr>
            <w:r w:rsidRPr="007F11E8">
              <w:rPr>
                <w:color w:val="000000"/>
                <w:sz w:val="22"/>
              </w:rPr>
              <w:t>Public-art concept, artist qualifications, maintenance plan, and site permission</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4CC9194" w14:textId="77777777" w:rsidR="0056125B" w:rsidRPr="007F11E8" w:rsidRDefault="00AA05D2">
            <w:pPr>
              <w:keepLines/>
              <w:rPr>
                <w:sz w:val="22"/>
              </w:rPr>
            </w:pPr>
            <w:r w:rsidRPr="007F11E8">
              <w:rPr>
                <w:color w:val="000000"/>
                <w:sz w:val="22"/>
              </w:rPr>
              <w:t>Public art only</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544179269"/>
              <w14:checkbox>
                <w14:checked w14:val="0"/>
                <w14:checkedState w14:val="2612" w14:font="MS Gothic"/>
                <w14:uncheckedState w14:val="2610" w14:font="MS Gothic"/>
              </w14:checkbox>
            </w:sdtPr>
            <w:sdtEndPr/>
            <w:sdtContent>
              <w:p w14:paraId="76F9B101" w14:textId="67D9DA94" w:rsidR="0056125B" w:rsidRPr="007F11E8" w:rsidRDefault="005F03D1">
                <w:pPr>
                  <w:keepLines/>
                  <w:rPr>
                    <w:sz w:val="22"/>
                  </w:rPr>
                </w:pPr>
                <w:r w:rsidRPr="007F11E8">
                  <w:rPr>
                    <w:rFonts w:ascii="MS Gothic" w:eastAsia="MS Gothic" w:hAnsi="MS Gothic" w:hint="eastAsia"/>
                    <w:color w:val="000000"/>
                    <w:sz w:val="22"/>
                  </w:rPr>
                  <w:t>☐</w:t>
                </w:r>
              </w:p>
            </w:sdtContent>
          </w:sdt>
        </w:tc>
      </w:tr>
      <w:tr w:rsidR="0056125B" w14:paraId="7ED842B4" w14:textId="77777777">
        <w:trPr>
          <w:cantSplit/>
          <w:jc w:val="center"/>
        </w:trPr>
        <w:tc>
          <w:tcPr>
            <w:tcW w:w="64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3AAEEF9" w14:textId="035F11A8" w:rsidR="0056125B" w:rsidRPr="007F11E8" w:rsidRDefault="006761BF">
            <w:pPr>
              <w:keepLines/>
              <w:rPr>
                <w:sz w:val="22"/>
              </w:rPr>
            </w:pPr>
            <w:r>
              <w:rPr>
                <w:color w:val="000000"/>
                <w:sz w:val="22"/>
              </w:rPr>
              <w:t>H</w:t>
            </w:r>
          </w:p>
        </w:tc>
        <w:tc>
          <w:tcPr>
            <w:tcW w:w="6552"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3F9E90A3" w14:textId="2275FA9C" w:rsidR="0056125B" w:rsidRPr="007F11E8" w:rsidRDefault="00AA05D2">
            <w:pPr>
              <w:keepLines/>
              <w:rPr>
                <w:sz w:val="22"/>
              </w:rPr>
            </w:pPr>
            <w:r w:rsidRPr="007F11E8">
              <w:rPr>
                <w:color w:val="000000"/>
                <w:sz w:val="22"/>
              </w:rPr>
              <w:t>Conflict of interest HCR form</w:t>
            </w:r>
            <w:r w:rsidR="000C1FEA">
              <w:rPr>
                <w:color w:val="000000"/>
                <w:sz w:val="22"/>
              </w:rPr>
              <w:t xml:space="preserve"> and project photo release form</w:t>
            </w:r>
          </w:p>
        </w:tc>
        <w:tc>
          <w:tcPr>
            <w:tcW w:w="2088"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p w14:paraId="411F9050" w14:textId="1C764CAE" w:rsidR="0056125B" w:rsidRPr="007F11E8" w:rsidRDefault="008C4CE2">
            <w:pPr>
              <w:keepLines/>
              <w:rPr>
                <w:sz w:val="22"/>
              </w:rPr>
            </w:pPr>
            <w:r w:rsidRPr="007F11E8">
              <w:rPr>
                <w:color w:val="000000"/>
                <w:sz w:val="22"/>
              </w:rPr>
              <w:t>Required</w:t>
            </w:r>
          </w:p>
        </w:tc>
        <w:tc>
          <w:tcPr>
            <w:tcW w:w="936" w:type="dxa"/>
            <w:tcBorders>
              <w:top w:val="single" w:sz="4" w:space="0" w:color="B4C6E7"/>
              <w:left w:val="single" w:sz="4" w:space="0" w:color="B4C6E7"/>
              <w:bottom w:val="single" w:sz="4" w:space="0" w:color="B4C6E7"/>
              <w:right w:val="single" w:sz="4" w:space="0" w:color="B4C6E7"/>
            </w:tcBorders>
            <w:shd w:val="clear" w:color="auto" w:fill="F2F2F2"/>
            <w:tcMar>
              <w:top w:w="70" w:type="dxa"/>
              <w:left w:w="70" w:type="dxa"/>
              <w:bottom w:w="70" w:type="dxa"/>
              <w:right w:w="70" w:type="dxa"/>
            </w:tcMar>
            <w:vAlign w:val="center"/>
          </w:tcPr>
          <w:sdt>
            <w:sdtPr>
              <w:rPr>
                <w:color w:val="000000"/>
                <w:sz w:val="22"/>
              </w:rPr>
              <w:id w:val="1718857803"/>
              <w14:checkbox>
                <w14:checked w14:val="0"/>
                <w14:checkedState w14:val="2612" w14:font="MS Gothic"/>
                <w14:uncheckedState w14:val="2610" w14:font="MS Gothic"/>
              </w14:checkbox>
            </w:sdtPr>
            <w:sdtEndPr/>
            <w:sdtContent>
              <w:p w14:paraId="72F01165" w14:textId="0CC30B40" w:rsidR="0056125B" w:rsidRPr="007F11E8" w:rsidRDefault="005F03D1">
                <w:pPr>
                  <w:keepLines/>
                  <w:rPr>
                    <w:sz w:val="22"/>
                  </w:rPr>
                </w:pPr>
                <w:r w:rsidRPr="007F11E8">
                  <w:rPr>
                    <w:rFonts w:ascii="MS Gothic" w:eastAsia="MS Gothic" w:hAnsi="MS Gothic" w:hint="eastAsia"/>
                    <w:color w:val="000000"/>
                    <w:sz w:val="22"/>
                  </w:rPr>
                  <w:t>☐</w:t>
                </w:r>
              </w:p>
            </w:sdtContent>
          </w:sdt>
        </w:tc>
      </w:tr>
    </w:tbl>
    <w:p w14:paraId="151053C1" w14:textId="77777777" w:rsidR="0056125B" w:rsidRDefault="0056125B">
      <w:pPr>
        <w:spacing w:after="0"/>
      </w:pPr>
    </w:p>
    <w:tbl>
      <w:tblPr>
        <w:tblW w:w="0" w:type="auto"/>
        <w:jc w:val="center"/>
        <w:tblLook w:val="04A0" w:firstRow="1" w:lastRow="0" w:firstColumn="1" w:lastColumn="0" w:noHBand="0" w:noVBand="1"/>
      </w:tblPr>
      <w:tblGrid>
        <w:gridCol w:w="10348"/>
      </w:tblGrid>
      <w:tr w:rsidR="0056125B" w14:paraId="2A9864AB" w14:textId="77777777">
        <w:trPr>
          <w:cantSplit/>
          <w:jc w:val="center"/>
        </w:trPr>
        <w:tc>
          <w:tcPr>
            <w:tcW w:w="10368" w:type="dxa"/>
            <w:tcBorders>
              <w:top w:val="single" w:sz="8" w:space="0" w:color="BF9000"/>
              <w:left w:val="single" w:sz="8" w:space="0" w:color="BF9000"/>
              <w:bottom w:val="single" w:sz="8" w:space="0" w:color="BF9000"/>
              <w:right w:val="single" w:sz="8" w:space="0" w:color="BF9000"/>
            </w:tcBorders>
            <w:shd w:val="clear" w:color="auto" w:fill="FFF2CC"/>
            <w:tcMar>
              <w:top w:w="120" w:type="dxa"/>
              <w:left w:w="140" w:type="dxa"/>
              <w:bottom w:w="120" w:type="dxa"/>
              <w:right w:w="140" w:type="dxa"/>
            </w:tcMar>
            <w:vAlign w:val="center"/>
          </w:tcPr>
          <w:p w14:paraId="2E69C431" w14:textId="77777777" w:rsidR="0056125B" w:rsidRDefault="00AA05D2">
            <w:pPr>
              <w:keepLines/>
              <w:spacing w:after="0"/>
            </w:pPr>
            <w:r w:rsidRPr="00A037B8">
              <w:rPr>
                <w:b/>
                <w:color w:val="17365D"/>
                <w:sz w:val="22"/>
              </w:rPr>
              <w:t>APPLICATION COMPLETENESS</w:t>
            </w:r>
            <w:r>
              <w:rPr>
                <w:b/>
                <w:color w:val="17365D"/>
                <w:sz w:val="20"/>
              </w:rPr>
              <w:br/>
            </w:r>
            <w:r w:rsidRPr="007F11E8">
              <w:rPr>
                <w:color w:val="000000"/>
                <w:sz w:val="22"/>
              </w:rPr>
              <w:t>The Village may treat an application as incomplete if required information, signatures, estimates, financing evidence, ownership/lease documentation, or photographs are missing. The final Notice of Funding Availability will state whether applicants may cure deficiencies and the deadline for doing so.</w:t>
            </w:r>
          </w:p>
        </w:tc>
      </w:tr>
    </w:tbl>
    <w:p w14:paraId="335AB7EF" w14:textId="77777777" w:rsidR="0056125B" w:rsidRDefault="0056125B">
      <w:pPr>
        <w:spacing w:after="0"/>
      </w:pPr>
    </w:p>
    <w:p w14:paraId="65707340" w14:textId="77777777" w:rsidR="0056125B" w:rsidRDefault="0056125B">
      <w:pPr>
        <w:spacing w:after="0"/>
      </w:pPr>
    </w:p>
    <w:tbl>
      <w:tblPr>
        <w:tblW w:w="0" w:type="auto"/>
        <w:jc w:val="center"/>
        <w:tblLayout w:type="fixed"/>
        <w:tblLook w:val="04A0" w:firstRow="1" w:lastRow="0" w:firstColumn="1" w:lastColumn="0" w:noHBand="0" w:noVBand="1"/>
      </w:tblPr>
      <w:tblGrid>
        <w:gridCol w:w="792"/>
        <w:gridCol w:w="9432"/>
      </w:tblGrid>
      <w:tr w:rsidR="0056125B" w14:paraId="15642206" w14:textId="77777777">
        <w:trPr>
          <w:cantSplit/>
          <w:jc w:val="center"/>
        </w:trPr>
        <w:tc>
          <w:tcPr>
            <w:tcW w:w="792" w:type="dxa"/>
            <w:shd w:val="clear" w:color="auto" w:fill="17365D"/>
            <w:tcMar>
              <w:top w:w="90" w:type="dxa"/>
              <w:left w:w="100" w:type="dxa"/>
              <w:bottom w:w="90" w:type="dxa"/>
              <w:right w:w="100" w:type="dxa"/>
            </w:tcMar>
            <w:vAlign w:val="center"/>
          </w:tcPr>
          <w:p w14:paraId="42F16531" w14:textId="77777777" w:rsidR="0056125B" w:rsidRDefault="00AA05D2">
            <w:pPr>
              <w:keepNext/>
              <w:keepLines/>
              <w:jc w:val="center"/>
            </w:pPr>
            <w:r>
              <w:rPr>
                <w:b/>
                <w:color w:val="FFFFFF"/>
                <w:sz w:val="28"/>
              </w:rPr>
              <w:t>12</w:t>
            </w:r>
          </w:p>
        </w:tc>
        <w:tc>
          <w:tcPr>
            <w:tcW w:w="9432" w:type="dxa"/>
            <w:shd w:val="clear" w:color="auto" w:fill="2E65B0"/>
            <w:tcMar>
              <w:top w:w="90" w:type="dxa"/>
              <w:left w:w="100" w:type="dxa"/>
              <w:bottom w:w="90" w:type="dxa"/>
              <w:right w:w="100" w:type="dxa"/>
            </w:tcMar>
            <w:vAlign w:val="center"/>
          </w:tcPr>
          <w:p w14:paraId="41C3F393" w14:textId="77777777" w:rsidR="0056125B" w:rsidRDefault="00AA05D2">
            <w:pPr>
              <w:keepNext/>
              <w:keepLines/>
            </w:pPr>
            <w:r>
              <w:rPr>
                <w:b/>
                <w:color w:val="FFFFFF"/>
                <w:sz w:val="24"/>
              </w:rPr>
              <w:t>APPLICANT CERTIFICATIONS AND AUTHORIZATION</w:t>
            </w:r>
          </w:p>
        </w:tc>
      </w:tr>
    </w:tbl>
    <w:p w14:paraId="3D7A0EEE" w14:textId="77777777" w:rsidR="0056125B" w:rsidRPr="00A037B8" w:rsidRDefault="00AA05D2" w:rsidP="005F03D1">
      <w:pPr>
        <w:ind w:firstLine="432"/>
        <w:rPr>
          <w:sz w:val="22"/>
        </w:rPr>
      </w:pPr>
      <w:r w:rsidRPr="00A037B8">
        <w:rPr>
          <w:b/>
          <w:color w:val="17365D"/>
          <w:sz w:val="22"/>
        </w:rPr>
        <w:t>By signing, the applicant certifies and agrees that:</w:t>
      </w:r>
    </w:p>
    <w:p w14:paraId="0E9B96A2" w14:textId="47CD4B9E" w:rsidR="0056125B" w:rsidRPr="007F11E8" w:rsidRDefault="00AA05D2" w:rsidP="005F03D1">
      <w:pPr>
        <w:pStyle w:val="FormCheckbox"/>
        <w:numPr>
          <w:ilvl w:val="0"/>
          <w:numId w:val="13"/>
        </w:numPr>
        <w:spacing w:after="40"/>
        <w:rPr>
          <w:sz w:val="22"/>
        </w:rPr>
      </w:pPr>
      <w:r w:rsidRPr="007F11E8">
        <w:rPr>
          <w:sz w:val="22"/>
        </w:rPr>
        <w:t>All information and attachments are true, complete, and accurate to the best of the applicant’s knowledge, and the applicant will promptly disclose material changes.</w:t>
      </w:r>
    </w:p>
    <w:p w14:paraId="01EE73FC" w14:textId="108CCA72" w:rsidR="0056125B" w:rsidRPr="007F11E8" w:rsidRDefault="00AA05D2" w:rsidP="005F03D1">
      <w:pPr>
        <w:pStyle w:val="FormCheckbox"/>
        <w:numPr>
          <w:ilvl w:val="0"/>
          <w:numId w:val="13"/>
        </w:numPr>
        <w:spacing w:after="40"/>
        <w:rPr>
          <w:sz w:val="22"/>
        </w:rPr>
      </w:pPr>
      <w:r w:rsidRPr="007F11E8">
        <w:rPr>
          <w:sz w:val="22"/>
        </w:rPr>
        <w:t>Submission does not guarantee an award. The Village may reject applications, reduce awards, impose conditions, or cancel the application round, subject to applicable requirements.</w:t>
      </w:r>
    </w:p>
    <w:p w14:paraId="33E447B0" w14:textId="66BFAD00" w:rsidR="0056125B" w:rsidRPr="007F11E8" w:rsidRDefault="00AA05D2" w:rsidP="005F03D1">
      <w:pPr>
        <w:pStyle w:val="FormCheckbox"/>
        <w:numPr>
          <w:ilvl w:val="0"/>
          <w:numId w:val="13"/>
        </w:numPr>
        <w:spacing w:after="40"/>
        <w:rPr>
          <w:sz w:val="22"/>
        </w:rPr>
      </w:pPr>
      <w:r w:rsidRPr="007F11E8">
        <w:rPr>
          <w:sz w:val="22"/>
        </w:rPr>
        <w:t>The proposed project is located at the address stated, and the applicant has legal authority and site control necessary to undertake the project.</w:t>
      </w:r>
    </w:p>
    <w:p w14:paraId="579F0D2B" w14:textId="16B98904" w:rsidR="0056125B" w:rsidRPr="007F11E8" w:rsidRDefault="00AA05D2" w:rsidP="005F03D1">
      <w:pPr>
        <w:pStyle w:val="FormCheckbox"/>
        <w:numPr>
          <w:ilvl w:val="0"/>
          <w:numId w:val="13"/>
        </w:numPr>
        <w:spacing w:after="40"/>
        <w:rPr>
          <w:sz w:val="22"/>
        </w:rPr>
      </w:pPr>
      <w:r w:rsidRPr="007F11E8">
        <w:rPr>
          <w:sz w:val="22"/>
        </w:rPr>
        <w:t>No project activity or cost for which reimbursement or match credit is sought will begin or be incurred before the Grant Agreement effective date and written Notice to Proceed following all required environmental, Project Set Up, and HTFC approvals.</w:t>
      </w:r>
    </w:p>
    <w:p w14:paraId="0BC9207D" w14:textId="06D92681" w:rsidR="0056125B" w:rsidRPr="007F11E8" w:rsidRDefault="00AA05D2" w:rsidP="005F03D1">
      <w:pPr>
        <w:pStyle w:val="FormCheckbox"/>
        <w:numPr>
          <w:ilvl w:val="0"/>
          <w:numId w:val="13"/>
        </w:numPr>
        <w:spacing w:after="40"/>
        <w:rPr>
          <w:sz w:val="22"/>
        </w:rPr>
      </w:pPr>
      <w:r w:rsidRPr="007F11E8">
        <w:rPr>
          <w:sz w:val="22"/>
        </w:rPr>
        <w:lastRenderedPageBreak/>
        <w:t>The applicant will maintain financing for 100% of the approved project, pay all costs by traceable non-cash method, and seek reimbursement only after satisfactory completion and final inspection.</w:t>
      </w:r>
    </w:p>
    <w:p w14:paraId="3BDCDEA2" w14:textId="1216DE51" w:rsidR="0056125B" w:rsidRPr="007F11E8" w:rsidRDefault="00AA05D2" w:rsidP="005F03D1">
      <w:pPr>
        <w:pStyle w:val="FormCheckbox"/>
        <w:numPr>
          <w:ilvl w:val="0"/>
          <w:numId w:val="13"/>
        </w:numPr>
        <w:spacing w:after="40"/>
        <w:rPr>
          <w:sz w:val="22"/>
        </w:rPr>
      </w:pPr>
      <w:r w:rsidRPr="007F11E8">
        <w:rPr>
          <w:sz w:val="22"/>
        </w:rPr>
        <w:t>The applicant will not use grant funds for ineligible costs, owner/employee/related-party labor, in-kind match, cash payments, or work performed under an undisclosed conflict of interest.</w:t>
      </w:r>
    </w:p>
    <w:p w14:paraId="2355ADBE" w14:textId="33353B7F" w:rsidR="0056125B" w:rsidRPr="007F11E8" w:rsidRDefault="00AA05D2" w:rsidP="005F03D1">
      <w:pPr>
        <w:pStyle w:val="FormCheckbox"/>
        <w:numPr>
          <w:ilvl w:val="0"/>
          <w:numId w:val="13"/>
        </w:numPr>
        <w:spacing w:after="40"/>
        <w:rPr>
          <w:sz w:val="22"/>
        </w:rPr>
      </w:pPr>
      <w:r w:rsidRPr="007F11E8">
        <w:rPr>
          <w:sz w:val="22"/>
        </w:rPr>
        <w:t>The applicant authorizes the Village, its consultant, HCR/HTFC, and their representatives to verify information, contact funding sources and contractors, inspect the property and work, photograph the project, and review relevant records, subject to reasonable notice and applicable law.</w:t>
      </w:r>
    </w:p>
    <w:p w14:paraId="28F7110A" w14:textId="2B20A026" w:rsidR="0056125B" w:rsidRPr="007F11E8" w:rsidRDefault="00AA05D2" w:rsidP="005F03D1">
      <w:pPr>
        <w:pStyle w:val="FormCheckbox"/>
        <w:numPr>
          <w:ilvl w:val="0"/>
          <w:numId w:val="13"/>
        </w:numPr>
        <w:spacing w:after="40"/>
        <w:rPr>
          <w:sz w:val="22"/>
        </w:rPr>
      </w:pPr>
      <w:r w:rsidRPr="007F11E8">
        <w:rPr>
          <w:sz w:val="22"/>
        </w:rPr>
        <w:t>Before work begins, the applicant will execute the owner agreement, photo release, insurance documentation, and all applicable Declaration, lien, recapture, equipment-control, or other closing documents.</w:t>
      </w:r>
    </w:p>
    <w:p w14:paraId="29557D42" w14:textId="5F082341" w:rsidR="0056125B" w:rsidRPr="007F11E8" w:rsidRDefault="00AA05D2" w:rsidP="005F03D1">
      <w:pPr>
        <w:pStyle w:val="FormCheckbox"/>
        <w:numPr>
          <w:ilvl w:val="0"/>
          <w:numId w:val="13"/>
        </w:numPr>
        <w:spacing w:after="40"/>
        <w:rPr>
          <w:sz w:val="22"/>
        </w:rPr>
      </w:pPr>
      <w:r w:rsidRPr="007F11E8">
        <w:rPr>
          <w:sz w:val="22"/>
        </w:rPr>
        <w:t>For real-property assistance, the applicant accepts a five-year compliance period and recorded Declaration. If the property is sold during that period, repayment is: months 0-12, 100%; 13-24, 80%; 25-36, 60%; 37-48, 40%; 49-60, 20%; after month 60, 0%.</w:t>
      </w:r>
    </w:p>
    <w:p w14:paraId="4FB31189" w14:textId="558A55BB" w:rsidR="0056125B" w:rsidRPr="007F11E8" w:rsidRDefault="00AA05D2" w:rsidP="005F03D1">
      <w:pPr>
        <w:pStyle w:val="FormCheckbox"/>
        <w:numPr>
          <w:ilvl w:val="0"/>
          <w:numId w:val="13"/>
        </w:numPr>
        <w:spacing w:after="40"/>
        <w:rPr>
          <w:sz w:val="22"/>
        </w:rPr>
      </w:pPr>
      <w:r w:rsidRPr="007F11E8">
        <w:rPr>
          <w:sz w:val="22"/>
        </w:rPr>
        <w:t>The applicant will maintain completed improvements and funded equipment in good condition and approved use. Funded equipment will be physically inventoried and reconciled at least annually for up to five years, safeguarded against loss/damage/theft, and maintained under written procedures; sale during the maintenance period may require repayment.</w:t>
      </w:r>
    </w:p>
    <w:p w14:paraId="23B49654" w14:textId="23F82802" w:rsidR="0056125B" w:rsidRPr="007F11E8" w:rsidRDefault="00AA05D2" w:rsidP="005F03D1">
      <w:pPr>
        <w:pStyle w:val="FormCheckbox"/>
        <w:numPr>
          <w:ilvl w:val="0"/>
          <w:numId w:val="13"/>
        </w:numPr>
        <w:spacing w:after="40"/>
        <w:rPr>
          <w:sz w:val="22"/>
        </w:rPr>
      </w:pPr>
      <w:r w:rsidRPr="007F11E8">
        <w:rPr>
          <w:sz w:val="22"/>
        </w:rPr>
        <w:t>The applicant has disclosed other public/private funding and will not seek duplicate reimbursement for the same cost.</w:t>
      </w:r>
    </w:p>
    <w:p w14:paraId="61F7DB05" w14:textId="259B7F66" w:rsidR="0056125B" w:rsidRPr="007F11E8" w:rsidRDefault="00AA05D2" w:rsidP="005F03D1">
      <w:pPr>
        <w:pStyle w:val="FormCheckbox"/>
        <w:numPr>
          <w:ilvl w:val="0"/>
          <w:numId w:val="13"/>
        </w:numPr>
        <w:spacing w:after="40"/>
        <w:rPr>
          <w:sz w:val="22"/>
        </w:rPr>
      </w:pPr>
      <w:r w:rsidRPr="007F11E8">
        <w:rPr>
          <w:sz w:val="22"/>
        </w:rPr>
        <w:t>The applicant understands that records may be subject to audit, monitoring, recapture, and disclosure under applicable law.</w:t>
      </w:r>
    </w:p>
    <w:tbl>
      <w:tblPr>
        <w:tblW w:w="0" w:type="auto"/>
        <w:jc w:val="center"/>
        <w:tblLook w:val="04A0" w:firstRow="1" w:lastRow="0" w:firstColumn="1" w:lastColumn="0" w:noHBand="0" w:noVBand="1"/>
      </w:tblPr>
      <w:tblGrid>
        <w:gridCol w:w="10348"/>
      </w:tblGrid>
      <w:tr w:rsidR="0056125B" w14:paraId="46662988" w14:textId="77777777">
        <w:trPr>
          <w:cantSplit/>
          <w:jc w:val="center"/>
        </w:trPr>
        <w:tc>
          <w:tcPr>
            <w:tcW w:w="10368" w:type="dxa"/>
            <w:tcBorders>
              <w:top w:val="single" w:sz="8" w:space="0" w:color="2E65B0"/>
              <w:left w:val="single" w:sz="8" w:space="0" w:color="2E65B0"/>
              <w:bottom w:val="single" w:sz="8" w:space="0" w:color="2E65B0"/>
              <w:right w:val="single" w:sz="8" w:space="0" w:color="2E65B0"/>
            </w:tcBorders>
            <w:shd w:val="clear" w:color="auto" w:fill="EAF2F8"/>
            <w:tcMar>
              <w:top w:w="120" w:type="dxa"/>
              <w:left w:w="140" w:type="dxa"/>
              <w:bottom w:w="120" w:type="dxa"/>
              <w:right w:w="140" w:type="dxa"/>
            </w:tcMar>
            <w:vAlign w:val="center"/>
          </w:tcPr>
          <w:p w14:paraId="7C9A4C18" w14:textId="0E8283B9" w:rsidR="0056125B" w:rsidRDefault="00AA05D2">
            <w:pPr>
              <w:keepLines/>
              <w:spacing w:after="0"/>
            </w:pPr>
            <w:r w:rsidRPr="00A037B8">
              <w:rPr>
                <w:b/>
                <w:color w:val="17365D"/>
                <w:sz w:val="22"/>
              </w:rPr>
              <w:t>SIGNATURE REQUIREMENT</w:t>
            </w:r>
            <w:r>
              <w:rPr>
                <w:b/>
                <w:color w:val="17365D"/>
                <w:sz w:val="20"/>
              </w:rPr>
              <w:br/>
            </w:r>
            <w:r w:rsidRPr="00A6089D">
              <w:rPr>
                <w:color w:val="000000"/>
                <w:sz w:val="22"/>
              </w:rPr>
              <w:t>The person</w:t>
            </w:r>
            <w:r w:rsidR="00DB631E">
              <w:rPr>
                <w:color w:val="000000"/>
                <w:sz w:val="22"/>
              </w:rPr>
              <w:t>(S)</w:t>
            </w:r>
            <w:r w:rsidRPr="00A6089D">
              <w:rPr>
                <w:color w:val="000000"/>
                <w:sz w:val="22"/>
              </w:rPr>
              <w:t xml:space="preserve"> signing must be legally authorized to bind the applicant. If the applicant is a business tenant, the property owner must also </w:t>
            </w:r>
            <w:r w:rsidR="00DB631E">
              <w:rPr>
                <w:color w:val="000000"/>
                <w:sz w:val="22"/>
              </w:rPr>
              <w:t>sign below</w:t>
            </w:r>
            <w:r w:rsidRPr="00A6089D">
              <w:rPr>
                <w:color w:val="000000"/>
                <w:sz w:val="22"/>
              </w:rPr>
              <w:t>.</w:t>
            </w:r>
          </w:p>
        </w:tc>
      </w:tr>
    </w:tbl>
    <w:p w14:paraId="58542723" w14:textId="77777777" w:rsidR="0056125B" w:rsidRDefault="0056125B">
      <w:pPr>
        <w:spacing w:after="0"/>
      </w:pPr>
    </w:p>
    <w:tbl>
      <w:tblPr>
        <w:tblW w:w="0" w:type="auto"/>
        <w:jc w:val="center"/>
        <w:tblLayout w:type="fixed"/>
        <w:tblLook w:val="04A0" w:firstRow="1" w:lastRow="0" w:firstColumn="1" w:lastColumn="0" w:noHBand="0" w:noVBand="1"/>
      </w:tblPr>
      <w:tblGrid>
        <w:gridCol w:w="3240"/>
        <w:gridCol w:w="6983"/>
      </w:tblGrid>
      <w:tr w:rsidR="0056125B" w14:paraId="005CE77D"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2F6E56A9" w14:textId="77777777" w:rsidR="0056125B" w:rsidRPr="00A6089D" w:rsidRDefault="00AA05D2">
            <w:pPr>
              <w:keepLines/>
              <w:rPr>
                <w:sz w:val="22"/>
              </w:rPr>
            </w:pPr>
            <w:r w:rsidRPr="00A6089D">
              <w:rPr>
                <w:b/>
                <w:color w:val="17365D"/>
                <w:sz w:val="22"/>
              </w:rPr>
              <w:t>Applicant legal name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36FF6F48" w14:textId="60C4553B" w:rsidR="0056125B" w:rsidRPr="00A6089D" w:rsidRDefault="0056125B">
            <w:pPr>
              <w:keepLines/>
              <w:rPr>
                <w:sz w:val="22"/>
              </w:rPr>
            </w:pPr>
          </w:p>
        </w:tc>
      </w:tr>
      <w:tr w:rsidR="0056125B" w14:paraId="566D7AFC"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7296115" w14:textId="446B3B07" w:rsidR="0056125B" w:rsidRPr="00A6089D" w:rsidRDefault="00AA05D2">
            <w:pPr>
              <w:keepLines/>
              <w:rPr>
                <w:sz w:val="22"/>
              </w:rPr>
            </w:pPr>
            <w:r w:rsidRPr="00A6089D">
              <w:rPr>
                <w:b/>
                <w:color w:val="17365D"/>
                <w:sz w:val="22"/>
              </w:rPr>
              <w:t>Authorized signer</w:t>
            </w:r>
            <w:r w:rsidR="00A037B8" w:rsidRPr="00A6089D">
              <w:rPr>
                <w:b/>
                <w:color w:val="17365D"/>
                <w:sz w:val="22"/>
              </w:rPr>
              <w:t xml:space="preserve"> </w:t>
            </w:r>
            <w:r w:rsidR="00A037B8" w:rsidRPr="00A6089D">
              <w:rPr>
                <w:color w:val="595959"/>
                <w:sz w:val="22"/>
              </w:rPr>
              <w:t>[Printed name]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97E1EB9" w14:textId="4239D019" w:rsidR="0056125B" w:rsidRPr="00A6089D" w:rsidRDefault="0056125B">
            <w:pPr>
              <w:keepLines/>
              <w:rPr>
                <w:sz w:val="22"/>
              </w:rPr>
            </w:pPr>
          </w:p>
        </w:tc>
      </w:tr>
      <w:tr w:rsidR="0056125B" w14:paraId="3DC22C5F"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4113F3A8" w14:textId="77777777" w:rsidR="0056125B" w:rsidRPr="00A6089D" w:rsidRDefault="00AA05D2">
            <w:pPr>
              <w:keepLines/>
              <w:rPr>
                <w:sz w:val="22"/>
              </w:rPr>
            </w:pPr>
            <w:r w:rsidRPr="00A6089D">
              <w:rPr>
                <w:b/>
                <w:color w:val="17365D"/>
                <w:sz w:val="22"/>
              </w:rPr>
              <w:t>Title / capacity</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35775344" w14:textId="6706A288" w:rsidR="0056125B" w:rsidRPr="00A6089D" w:rsidRDefault="0056125B">
            <w:pPr>
              <w:keepLines/>
              <w:rPr>
                <w:sz w:val="22"/>
              </w:rPr>
            </w:pPr>
          </w:p>
        </w:tc>
      </w:tr>
      <w:tr w:rsidR="0056125B" w14:paraId="37AC2D53"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D2D1C17" w14:textId="77777777" w:rsidR="0056125B" w:rsidRPr="00A6089D" w:rsidRDefault="00AA05D2">
            <w:pPr>
              <w:keepLines/>
              <w:rPr>
                <w:sz w:val="22"/>
              </w:rPr>
            </w:pPr>
            <w:r w:rsidRPr="00A6089D">
              <w:rPr>
                <w:b/>
                <w:color w:val="17365D"/>
                <w:sz w:val="22"/>
              </w:rPr>
              <w:t>Signature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269B878F" w14:textId="7402CE45" w:rsidR="0056125B" w:rsidRPr="00A6089D" w:rsidRDefault="0056125B">
            <w:pPr>
              <w:keepLines/>
              <w:rPr>
                <w:sz w:val="22"/>
              </w:rPr>
            </w:pPr>
          </w:p>
        </w:tc>
      </w:tr>
      <w:tr w:rsidR="0056125B" w14:paraId="50AA0429"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353A1B7" w14:textId="77777777" w:rsidR="0056125B" w:rsidRPr="00A6089D" w:rsidRDefault="00AA05D2">
            <w:pPr>
              <w:keepLines/>
              <w:rPr>
                <w:sz w:val="22"/>
              </w:rPr>
            </w:pPr>
            <w:r w:rsidRPr="00A6089D">
              <w:rPr>
                <w:b/>
                <w:color w:val="17365D"/>
                <w:sz w:val="22"/>
              </w:rPr>
              <w:t>Date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1A6FDE25" w14:textId="2AB02C72" w:rsidR="0056125B" w:rsidRPr="00A6089D" w:rsidRDefault="0056125B">
            <w:pPr>
              <w:keepLines/>
              <w:rPr>
                <w:sz w:val="22"/>
              </w:rPr>
            </w:pPr>
          </w:p>
        </w:tc>
      </w:tr>
    </w:tbl>
    <w:p w14:paraId="5483CFC9" w14:textId="73C64F81" w:rsidR="0056125B" w:rsidRDefault="0056125B">
      <w:pPr>
        <w:spacing w:after="0"/>
      </w:pPr>
    </w:p>
    <w:p w14:paraId="39E63EF4" w14:textId="77777777" w:rsidR="00A037B8" w:rsidRPr="00A037B8" w:rsidRDefault="00A037B8" w:rsidP="00FA5FED">
      <w:pPr>
        <w:keepNext/>
        <w:rPr>
          <w:sz w:val="22"/>
        </w:rPr>
      </w:pPr>
      <w:r w:rsidRPr="00A037B8">
        <w:rPr>
          <w:b/>
          <w:color w:val="17365D"/>
          <w:sz w:val="22"/>
        </w:rPr>
        <w:t>Co-Applicant / Additional Owner Signature (if applicable)</w:t>
      </w:r>
    </w:p>
    <w:tbl>
      <w:tblPr>
        <w:tblW w:w="0" w:type="auto"/>
        <w:jc w:val="center"/>
        <w:tblLayout w:type="fixed"/>
        <w:tblLook w:val="04A0" w:firstRow="1" w:lastRow="0" w:firstColumn="1" w:lastColumn="0" w:noHBand="0" w:noVBand="1"/>
      </w:tblPr>
      <w:tblGrid>
        <w:gridCol w:w="3240"/>
        <w:gridCol w:w="6983"/>
      </w:tblGrid>
      <w:tr w:rsidR="00A037B8" w14:paraId="101F7A68" w14:textId="77777777" w:rsidTr="007F6718">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5109F340" w14:textId="77777777" w:rsidR="00A037B8" w:rsidRPr="00A037B8" w:rsidRDefault="00A037B8" w:rsidP="00FA5FED">
            <w:pPr>
              <w:keepLines/>
              <w:rPr>
                <w:sz w:val="22"/>
              </w:rPr>
            </w:pPr>
            <w:r w:rsidRPr="00A037B8">
              <w:rPr>
                <w:b/>
                <w:color w:val="17365D"/>
                <w:sz w:val="22"/>
              </w:rPr>
              <w:t>Printed name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5C5CB93" w14:textId="77777777" w:rsidR="00A037B8" w:rsidRPr="00A037B8" w:rsidRDefault="00A037B8" w:rsidP="00FA5FED">
            <w:pPr>
              <w:keepLines/>
              <w:rPr>
                <w:sz w:val="22"/>
              </w:rPr>
            </w:pPr>
          </w:p>
        </w:tc>
      </w:tr>
      <w:tr w:rsidR="00A037B8" w14:paraId="558B966A" w14:textId="77777777" w:rsidTr="007F6718">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22A79D82" w14:textId="77777777" w:rsidR="00A037B8" w:rsidRPr="00A037B8" w:rsidRDefault="00A037B8" w:rsidP="00FA5FED">
            <w:pPr>
              <w:keepLines/>
              <w:rPr>
                <w:sz w:val="22"/>
              </w:rPr>
            </w:pPr>
            <w:r w:rsidRPr="00A037B8">
              <w:rPr>
                <w:b/>
                <w:color w:val="17365D"/>
                <w:sz w:val="22"/>
              </w:rPr>
              <w:t>Title / capacity</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135240C6" w14:textId="77777777" w:rsidR="00A037B8" w:rsidRPr="00A037B8" w:rsidRDefault="00A037B8" w:rsidP="00FA5FED">
            <w:pPr>
              <w:keepLines/>
              <w:rPr>
                <w:sz w:val="22"/>
              </w:rPr>
            </w:pPr>
          </w:p>
        </w:tc>
      </w:tr>
      <w:tr w:rsidR="00A037B8" w14:paraId="4D63004D" w14:textId="77777777" w:rsidTr="007F6718">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71639F8" w14:textId="77777777" w:rsidR="00A037B8" w:rsidRPr="00A037B8" w:rsidRDefault="00A037B8" w:rsidP="00FA5FED">
            <w:pPr>
              <w:keepLines/>
              <w:rPr>
                <w:sz w:val="22"/>
              </w:rPr>
            </w:pPr>
            <w:r w:rsidRPr="00A037B8">
              <w:rPr>
                <w:b/>
                <w:color w:val="17365D"/>
                <w:sz w:val="22"/>
              </w:rPr>
              <w:t>Signature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5ABADAA6" w14:textId="43A5E329" w:rsidR="00A037B8" w:rsidRPr="00A037B8" w:rsidRDefault="00A037B8" w:rsidP="00FA5FED">
            <w:pPr>
              <w:keepLines/>
              <w:rPr>
                <w:sz w:val="22"/>
              </w:rPr>
            </w:pPr>
          </w:p>
        </w:tc>
      </w:tr>
      <w:tr w:rsidR="00A037B8" w14:paraId="774806DD" w14:textId="77777777" w:rsidTr="007F6718">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A0F5653" w14:textId="77777777" w:rsidR="00A037B8" w:rsidRPr="00A037B8" w:rsidRDefault="00A037B8" w:rsidP="00FA5FED">
            <w:pPr>
              <w:keepLines/>
              <w:rPr>
                <w:sz w:val="22"/>
              </w:rPr>
            </w:pPr>
            <w:r w:rsidRPr="00A037B8">
              <w:rPr>
                <w:b/>
                <w:color w:val="17365D"/>
                <w:sz w:val="22"/>
              </w:rPr>
              <w:t>Date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96F8B83" w14:textId="4E087C40" w:rsidR="00A037B8" w:rsidRPr="00A037B8" w:rsidRDefault="00A037B8" w:rsidP="00FA5FED">
            <w:pPr>
              <w:keepLines/>
              <w:rPr>
                <w:sz w:val="22"/>
              </w:rPr>
            </w:pPr>
          </w:p>
        </w:tc>
      </w:tr>
    </w:tbl>
    <w:p w14:paraId="2BDF0400" w14:textId="77777777" w:rsidR="00A037B8" w:rsidRDefault="00A037B8" w:rsidP="00A037B8">
      <w:pPr>
        <w:spacing w:after="0"/>
      </w:pPr>
    </w:p>
    <w:p w14:paraId="25A94D77" w14:textId="77777777" w:rsidR="00A037B8" w:rsidRDefault="00A037B8" w:rsidP="00A037B8">
      <w:pPr>
        <w:spacing w:after="40"/>
      </w:pPr>
    </w:p>
    <w:p w14:paraId="19E4ED78" w14:textId="7E76D3C1" w:rsidR="00A037B8" w:rsidRDefault="00A037B8">
      <w:pPr>
        <w:spacing w:after="0"/>
      </w:pPr>
    </w:p>
    <w:p w14:paraId="2FA6980A" w14:textId="77777777" w:rsidR="00A037B8" w:rsidRDefault="00A037B8">
      <w:pPr>
        <w:spacing w:after="0"/>
      </w:pPr>
    </w:p>
    <w:tbl>
      <w:tblPr>
        <w:tblW w:w="0" w:type="auto"/>
        <w:jc w:val="center"/>
        <w:tblLook w:val="04A0" w:firstRow="1" w:lastRow="0" w:firstColumn="1" w:lastColumn="0" w:noHBand="0" w:noVBand="1"/>
      </w:tblPr>
      <w:tblGrid>
        <w:gridCol w:w="10348"/>
      </w:tblGrid>
      <w:tr w:rsidR="0056125B" w14:paraId="7682ED3F" w14:textId="77777777">
        <w:trPr>
          <w:cantSplit/>
          <w:jc w:val="center"/>
        </w:trPr>
        <w:tc>
          <w:tcPr>
            <w:tcW w:w="10368" w:type="dxa"/>
            <w:tcBorders>
              <w:top w:val="single" w:sz="8" w:space="0" w:color="7F8C8D"/>
              <w:left w:val="single" w:sz="8" w:space="0" w:color="7F8C8D"/>
              <w:bottom w:val="single" w:sz="8" w:space="0" w:color="7F8C8D"/>
              <w:right w:val="single" w:sz="8" w:space="0" w:color="7F8C8D"/>
            </w:tcBorders>
            <w:shd w:val="clear" w:color="auto" w:fill="F7F9FC"/>
            <w:tcMar>
              <w:top w:w="120" w:type="dxa"/>
              <w:left w:w="140" w:type="dxa"/>
              <w:bottom w:w="120" w:type="dxa"/>
              <w:right w:w="140" w:type="dxa"/>
            </w:tcMar>
            <w:vAlign w:val="center"/>
          </w:tcPr>
          <w:p w14:paraId="5FC72929" w14:textId="3AA5A20D" w:rsidR="0056125B" w:rsidRDefault="00AA05D2">
            <w:pPr>
              <w:keepLines/>
              <w:spacing w:after="0"/>
            </w:pPr>
            <w:r>
              <w:rPr>
                <w:b/>
                <w:color w:val="17365D"/>
                <w:sz w:val="20"/>
              </w:rPr>
              <w:t>OWNER ACKNOWLEDGMENT</w:t>
            </w:r>
            <w:r w:rsidR="006D36B3">
              <w:rPr>
                <w:b/>
                <w:color w:val="17365D"/>
                <w:sz w:val="20"/>
              </w:rPr>
              <w:t>: REQUIRED WHEN THE APPLICANT IS NOT THE FEE OWNER OF THE PROJECT PROPERTY.</w:t>
            </w:r>
            <w:r>
              <w:rPr>
                <w:b/>
                <w:color w:val="17365D"/>
                <w:sz w:val="20"/>
              </w:rPr>
              <w:br/>
            </w:r>
            <w:r w:rsidRPr="00A6089D">
              <w:rPr>
                <w:color w:val="000000"/>
                <w:sz w:val="22"/>
              </w:rPr>
              <w:t>I certify that I am the legal owner or authorized representative of the property owner. I authorize this application, reasonable access for program review and inspection, and the approved work. I understand that no project activity may begin before written Notice to Proceed; that the scope and design require approval; and that the owner agreement will require insurance for 100% replacement value, appropriate fire/other coverage, and flood insurance when the premises is in a special flood hazard area. I agree to execute a five-year Declaration and applicable recapture documents, maintain the improvements, and comply with the approved project requirements.</w:t>
            </w:r>
          </w:p>
        </w:tc>
      </w:tr>
    </w:tbl>
    <w:p w14:paraId="17D4848C" w14:textId="77777777" w:rsidR="0056125B" w:rsidRPr="00A037B8" w:rsidRDefault="0056125B">
      <w:pPr>
        <w:spacing w:after="0"/>
        <w:rPr>
          <w:sz w:val="22"/>
        </w:rPr>
      </w:pPr>
    </w:p>
    <w:tbl>
      <w:tblPr>
        <w:tblW w:w="0" w:type="auto"/>
        <w:jc w:val="center"/>
        <w:tblLayout w:type="fixed"/>
        <w:tblLook w:val="04A0" w:firstRow="1" w:lastRow="0" w:firstColumn="1" w:lastColumn="0" w:noHBand="0" w:noVBand="1"/>
      </w:tblPr>
      <w:tblGrid>
        <w:gridCol w:w="3240"/>
        <w:gridCol w:w="6983"/>
      </w:tblGrid>
      <w:tr w:rsidR="0056125B" w:rsidRPr="00A037B8" w14:paraId="386220F0"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4EEDAFAC" w14:textId="21958634" w:rsidR="0056125B" w:rsidRPr="00A037B8" w:rsidRDefault="00AA05D2">
            <w:pPr>
              <w:keepLines/>
              <w:rPr>
                <w:sz w:val="22"/>
              </w:rPr>
            </w:pPr>
            <w:r w:rsidRPr="00A037B8">
              <w:rPr>
                <w:b/>
                <w:color w:val="17365D"/>
                <w:sz w:val="22"/>
              </w:rPr>
              <w:t>Property owner / authorized signer</w:t>
            </w:r>
            <w:r w:rsidR="00A037B8">
              <w:rPr>
                <w:b/>
                <w:color w:val="17365D"/>
                <w:sz w:val="22"/>
              </w:rPr>
              <w:t xml:space="preserve"> </w:t>
            </w:r>
            <w:r w:rsidR="00A037B8" w:rsidRPr="00A037B8">
              <w:rPr>
                <w:color w:val="595959"/>
                <w:sz w:val="22"/>
              </w:rPr>
              <w:t>[Printed name]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0F7937E6" w14:textId="5CB481B2" w:rsidR="0056125B" w:rsidRPr="00A037B8" w:rsidRDefault="0056125B">
            <w:pPr>
              <w:keepLines/>
              <w:rPr>
                <w:sz w:val="22"/>
              </w:rPr>
            </w:pPr>
          </w:p>
        </w:tc>
      </w:tr>
      <w:tr w:rsidR="0056125B" w:rsidRPr="00A037B8" w14:paraId="7620EBF7"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27965B60" w14:textId="77777777" w:rsidR="0056125B" w:rsidRPr="00A037B8" w:rsidRDefault="00AA05D2">
            <w:pPr>
              <w:keepLines/>
              <w:rPr>
                <w:sz w:val="22"/>
              </w:rPr>
            </w:pPr>
            <w:r w:rsidRPr="00A037B8">
              <w:rPr>
                <w:b/>
                <w:color w:val="17365D"/>
                <w:sz w:val="22"/>
              </w:rPr>
              <w:t>Title / capacity</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4E3C3097" w14:textId="004A337D" w:rsidR="0056125B" w:rsidRPr="00A037B8" w:rsidRDefault="0056125B">
            <w:pPr>
              <w:keepLines/>
              <w:rPr>
                <w:sz w:val="22"/>
              </w:rPr>
            </w:pPr>
          </w:p>
        </w:tc>
      </w:tr>
      <w:tr w:rsidR="0056125B" w:rsidRPr="00A037B8" w14:paraId="5CF71465"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68095E23" w14:textId="77777777" w:rsidR="0056125B" w:rsidRPr="00A037B8" w:rsidRDefault="00AA05D2">
            <w:pPr>
              <w:keepLines/>
              <w:rPr>
                <w:sz w:val="22"/>
              </w:rPr>
            </w:pPr>
            <w:r w:rsidRPr="00A037B8">
              <w:rPr>
                <w:b/>
                <w:color w:val="17365D"/>
                <w:sz w:val="22"/>
              </w:rPr>
              <w:t>Signature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4A6D44D9" w14:textId="3C5C19DB" w:rsidR="0056125B" w:rsidRPr="00A037B8" w:rsidRDefault="0056125B">
            <w:pPr>
              <w:keepLines/>
              <w:rPr>
                <w:sz w:val="22"/>
              </w:rPr>
            </w:pPr>
          </w:p>
        </w:tc>
      </w:tr>
      <w:tr w:rsidR="0056125B" w:rsidRPr="00A037B8" w14:paraId="6D362D9F" w14:textId="77777777">
        <w:trPr>
          <w:cantSplit/>
          <w:jc w:val="center"/>
        </w:trPr>
        <w:tc>
          <w:tcPr>
            <w:tcW w:w="3240" w:type="dxa"/>
            <w:tcBorders>
              <w:top w:val="single" w:sz="4" w:space="0" w:color="B4C6E7"/>
              <w:left w:val="single" w:sz="4" w:space="0" w:color="B4C6E7"/>
              <w:bottom w:val="single" w:sz="4" w:space="0" w:color="B4C6E7"/>
              <w:right w:val="single" w:sz="4" w:space="0" w:color="B4C6E7"/>
            </w:tcBorders>
            <w:shd w:val="clear" w:color="auto" w:fill="D9EAF7"/>
            <w:tcMar>
              <w:top w:w="80" w:type="dxa"/>
              <w:left w:w="100" w:type="dxa"/>
              <w:bottom w:w="80" w:type="dxa"/>
              <w:right w:w="100" w:type="dxa"/>
            </w:tcMar>
            <w:vAlign w:val="center"/>
          </w:tcPr>
          <w:p w14:paraId="0DD63F2F" w14:textId="77777777" w:rsidR="0056125B" w:rsidRPr="00A037B8" w:rsidRDefault="00AA05D2">
            <w:pPr>
              <w:keepLines/>
              <w:rPr>
                <w:sz w:val="22"/>
              </w:rPr>
            </w:pPr>
            <w:r w:rsidRPr="00A037B8">
              <w:rPr>
                <w:b/>
                <w:color w:val="17365D"/>
                <w:sz w:val="22"/>
              </w:rPr>
              <w:t>Date</w:t>
            </w:r>
          </w:p>
        </w:tc>
        <w:tc>
          <w:tcPr>
            <w:tcW w:w="6983" w:type="dxa"/>
            <w:tcBorders>
              <w:top w:val="single" w:sz="4" w:space="0" w:color="B4C6E7"/>
              <w:left w:val="single" w:sz="4" w:space="0" w:color="B4C6E7"/>
              <w:bottom w:val="single" w:sz="4" w:space="0" w:color="B4C6E7"/>
              <w:right w:val="single" w:sz="4" w:space="0" w:color="B4C6E7"/>
            </w:tcBorders>
            <w:shd w:val="clear" w:color="auto" w:fill="F2F2F2"/>
            <w:tcMar>
              <w:top w:w="80" w:type="dxa"/>
              <w:left w:w="100" w:type="dxa"/>
              <w:bottom w:w="80" w:type="dxa"/>
              <w:right w:w="100" w:type="dxa"/>
            </w:tcMar>
            <w:vAlign w:val="center"/>
          </w:tcPr>
          <w:p w14:paraId="6F42B567" w14:textId="3458B3E3" w:rsidR="0056125B" w:rsidRPr="00A037B8" w:rsidRDefault="0056125B">
            <w:pPr>
              <w:keepLines/>
              <w:rPr>
                <w:sz w:val="22"/>
              </w:rPr>
            </w:pPr>
          </w:p>
        </w:tc>
      </w:tr>
    </w:tbl>
    <w:p w14:paraId="7A9C49E8" w14:textId="77777777" w:rsidR="0056125B" w:rsidRDefault="0056125B">
      <w:pPr>
        <w:spacing w:after="0"/>
      </w:pPr>
    </w:p>
    <w:sectPr w:rsidR="0056125B" w:rsidSect="00D2779F">
      <w:headerReference w:type="default" r:id="rId11"/>
      <w:footerReference w:type="default" r:id="rId12"/>
      <w:pgSz w:w="12240" w:h="15840"/>
      <w:pgMar w:top="864" w:right="936" w:bottom="792" w:left="936" w:header="288"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AF95A0" w14:textId="77777777" w:rsidR="00AA44E4" w:rsidRDefault="00AA44E4">
      <w:pPr>
        <w:spacing w:after="0"/>
      </w:pPr>
      <w:r>
        <w:separator/>
      </w:r>
    </w:p>
  </w:endnote>
  <w:endnote w:type="continuationSeparator" w:id="0">
    <w:p w14:paraId="04B47622" w14:textId="77777777" w:rsidR="00AA44E4" w:rsidRDefault="00AA44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118C" w14:textId="77777777" w:rsidR="0056125B" w:rsidRDefault="00AA05D2">
    <w:pPr>
      <w:pStyle w:val="Footer"/>
      <w:tabs>
        <w:tab w:val="right" w:pos="9216"/>
      </w:tabs>
      <w:jc w:val="right"/>
    </w:pPr>
    <w:r>
      <w:rPr>
        <w:color w:val="595959"/>
        <w:sz w:val="15"/>
      </w:rPr>
      <w:t>Village of Alexandria Bay NY Forward Small Project Fund Application | Draft v1.1 | July 2026</w:t>
    </w:r>
    <w:r>
      <w:tab/>
    </w:r>
    <w:r>
      <w:rPr>
        <w:color w:val="595959"/>
        <w:sz w:val="16"/>
      </w:rPr>
      <w:t xml:space="preserve">Page </w:t>
    </w:r>
    <w:r>
      <w:rPr>
        <w:color w:val="595959"/>
        <w:sz w:val="16"/>
      </w:rPr>
      <w:fldChar w:fldCharType="begin"/>
    </w:r>
    <w:r>
      <w:rPr>
        <w:color w:val="595959"/>
        <w:sz w:val="16"/>
      </w:rPr>
      <w:instrText>PAGE</w:instrText>
    </w:r>
    <w:r>
      <w:rPr>
        <w:color w:val="595959"/>
        <w:sz w:val="16"/>
      </w:rPr>
      <w:fldChar w:fldCharType="separate"/>
    </w:r>
    <w:r w:rsidR="003C6B34">
      <w:rPr>
        <w:noProof/>
        <w:color w:val="595959"/>
        <w:sz w:val="16"/>
      </w:rPr>
      <w:t>1</w:t>
    </w:r>
    <w:r>
      <w:rPr>
        <w:color w:val="595959"/>
        <w:sz w:val="16"/>
      </w:rPr>
      <w:fldChar w:fldCharType="end"/>
    </w:r>
    <w:r>
      <w:rPr>
        <w:color w:val="595959"/>
        <w:sz w:val="16"/>
      </w:rPr>
      <w:t xml:space="preserve"> of </w:t>
    </w:r>
    <w:r>
      <w:rPr>
        <w:color w:val="595959"/>
        <w:sz w:val="16"/>
      </w:rPr>
      <w:fldChar w:fldCharType="begin"/>
    </w:r>
    <w:r>
      <w:rPr>
        <w:color w:val="595959"/>
        <w:sz w:val="16"/>
      </w:rPr>
      <w:instrText>NUMPAGES</w:instrText>
    </w:r>
    <w:r>
      <w:rPr>
        <w:color w:val="595959"/>
        <w:sz w:val="16"/>
      </w:rPr>
      <w:fldChar w:fldCharType="separate"/>
    </w:r>
    <w:r w:rsidR="003C6B34">
      <w:rPr>
        <w:noProof/>
        <w:color w:val="595959"/>
        <w:sz w:val="16"/>
      </w:rPr>
      <w:t>2</w:t>
    </w:r>
    <w:r>
      <w:rPr>
        <w:color w:val="595959"/>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31E00" w14:textId="77777777" w:rsidR="00AA44E4" w:rsidRDefault="00AA44E4">
      <w:pPr>
        <w:spacing w:after="0"/>
      </w:pPr>
      <w:r>
        <w:separator/>
      </w:r>
    </w:p>
  </w:footnote>
  <w:footnote w:type="continuationSeparator" w:id="0">
    <w:p w14:paraId="0E8B9530" w14:textId="77777777" w:rsidR="00AA44E4" w:rsidRDefault="00AA44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ABE1F" w14:textId="187DFEBE" w:rsidR="0056125B" w:rsidRDefault="00AA05D2">
    <w:pPr>
      <w:pStyle w:val="Header"/>
      <w:jc w:val="right"/>
    </w:pPr>
    <w:r>
      <w:rPr>
        <w:b/>
        <w:color w:val="C00000"/>
        <w:sz w:val="16"/>
      </w:rPr>
      <w:t>- CONFORMED TO HCR SCHEDULES A AND 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342DCC"/>
    <w:multiLevelType w:val="hybridMultilevel"/>
    <w:tmpl w:val="B9CA2570"/>
    <w:lvl w:ilvl="0" w:tplc="04090003">
      <w:start w:val="1"/>
      <w:numFmt w:val="bullet"/>
      <w:lvlText w:val="o"/>
      <w:lvlJc w:val="left"/>
      <w:pPr>
        <w:ind w:left="792" w:hanging="360"/>
      </w:pPr>
      <w:rPr>
        <w:rFonts w:ascii="Courier New" w:hAnsi="Courier New" w:cs="Courier New"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0" w15:restartNumberingAfterBreak="0">
    <w:nsid w:val="048D3E95"/>
    <w:multiLevelType w:val="hybridMultilevel"/>
    <w:tmpl w:val="23F8506C"/>
    <w:lvl w:ilvl="0" w:tplc="04090003">
      <w:start w:val="1"/>
      <w:numFmt w:val="bullet"/>
      <w:lvlText w:val="o"/>
      <w:lvlJc w:val="left"/>
      <w:pPr>
        <w:ind w:left="792" w:hanging="360"/>
      </w:pPr>
      <w:rPr>
        <w:rFonts w:ascii="Courier New" w:hAnsi="Courier New" w:cs="Courier New" w:hint="default"/>
      </w:rPr>
    </w:lvl>
    <w:lvl w:ilvl="1" w:tplc="04090003" w:tentative="1">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1" w15:restartNumberingAfterBreak="0">
    <w:nsid w:val="07D05E15"/>
    <w:multiLevelType w:val="hybridMultilevel"/>
    <w:tmpl w:val="D2D82C90"/>
    <w:lvl w:ilvl="0" w:tplc="04090001">
      <w:start w:val="1"/>
      <w:numFmt w:val="bullet"/>
      <w:lvlText w:val=""/>
      <w:lvlJc w:val="left"/>
      <w:pPr>
        <w:ind w:left="792" w:hanging="360"/>
      </w:pPr>
      <w:rPr>
        <w:rFonts w:ascii="Symbol" w:hAnsi="Symbol" w:hint="default"/>
      </w:rPr>
    </w:lvl>
    <w:lvl w:ilvl="1" w:tplc="04090003">
      <w:start w:val="1"/>
      <w:numFmt w:val="bullet"/>
      <w:lvlText w:val="o"/>
      <w:lvlJc w:val="left"/>
      <w:pPr>
        <w:ind w:left="1512" w:hanging="360"/>
      </w:pPr>
      <w:rPr>
        <w:rFonts w:ascii="Courier New" w:hAnsi="Courier New" w:cs="Courier New" w:hint="default"/>
      </w:rPr>
    </w:lvl>
    <w:lvl w:ilvl="2" w:tplc="E2207BDC">
      <w:numFmt w:val="bullet"/>
      <w:lvlText w:val="•"/>
      <w:lvlJc w:val="left"/>
      <w:pPr>
        <w:ind w:left="2517" w:hanging="645"/>
      </w:pPr>
      <w:rPr>
        <w:rFonts w:ascii="Aptos" w:eastAsia="Aptos" w:hAnsi="Aptos" w:cstheme="minorBidi"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2" w15:restartNumberingAfterBreak="0">
    <w:nsid w:val="29DA48B6"/>
    <w:multiLevelType w:val="hybridMultilevel"/>
    <w:tmpl w:val="B2E46AA2"/>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3" w15:restartNumberingAfterBreak="0">
    <w:nsid w:val="2E1E601B"/>
    <w:multiLevelType w:val="hybridMultilevel"/>
    <w:tmpl w:val="7DC8E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8A1680"/>
    <w:multiLevelType w:val="hybridMultilevel"/>
    <w:tmpl w:val="AF305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FA08C0"/>
    <w:multiLevelType w:val="hybridMultilevel"/>
    <w:tmpl w:val="C7C8F8F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6" w15:restartNumberingAfterBreak="0">
    <w:nsid w:val="48E66920"/>
    <w:multiLevelType w:val="hybridMultilevel"/>
    <w:tmpl w:val="7A963C4E"/>
    <w:lvl w:ilvl="0" w:tplc="04090001">
      <w:start w:val="1"/>
      <w:numFmt w:val="bullet"/>
      <w:lvlText w:val=""/>
      <w:lvlJc w:val="left"/>
      <w:pPr>
        <w:ind w:left="2304" w:hanging="360"/>
      </w:pPr>
      <w:rPr>
        <w:rFonts w:ascii="Symbol" w:hAnsi="Symbol" w:hint="default"/>
      </w:rPr>
    </w:lvl>
    <w:lvl w:ilvl="1" w:tplc="04090003" w:tentative="1">
      <w:start w:val="1"/>
      <w:numFmt w:val="bullet"/>
      <w:lvlText w:val="o"/>
      <w:lvlJc w:val="left"/>
      <w:pPr>
        <w:ind w:left="2952" w:hanging="360"/>
      </w:pPr>
      <w:rPr>
        <w:rFonts w:ascii="Courier New" w:hAnsi="Courier New" w:cs="Courier New" w:hint="default"/>
      </w:rPr>
    </w:lvl>
    <w:lvl w:ilvl="2" w:tplc="04090005" w:tentative="1">
      <w:start w:val="1"/>
      <w:numFmt w:val="bullet"/>
      <w:lvlText w:val=""/>
      <w:lvlJc w:val="left"/>
      <w:pPr>
        <w:ind w:left="3672" w:hanging="360"/>
      </w:pPr>
      <w:rPr>
        <w:rFonts w:ascii="Wingdings" w:hAnsi="Wingdings" w:hint="default"/>
      </w:rPr>
    </w:lvl>
    <w:lvl w:ilvl="3" w:tplc="04090001" w:tentative="1">
      <w:start w:val="1"/>
      <w:numFmt w:val="bullet"/>
      <w:lvlText w:val=""/>
      <w:lvlJc w:val="left"/>
      <w:pPr>
        <w:ind w:left="4392" w:hanging="360"/>
      </w:pPr>
      <w:rPr>
        <w:rFonts w:ascii="Symbol" w:hAnsi="Symbol" w:hint="default"/>
      </w:rPr>
    </w:lvl>
    <w:lvl w:ilvl="4" w:tplc="04090003" w:tentative="1">
      <w:start w:val="1"/>
      <w:numFmt w:val="bullet"/>
      <w:lvlText w:val="o"/>
      <w:lvlJc w:val="left"/>
      <w:pPr>
        <w:ind w:left="5112" w:hanging="360"/>
      </w:pPr>
      <w:rPr>
        <w:rFonts w:ascii="Courier New" w:hAnsi="Courier New" w:cs="Courier New" w:hint="default"/>
      </w:rPr>
    </w:lvl>
    <w:lvl w:ilvl="5" w:tplc="04090005" w:tentative="1">
      <w:start w:val="1"/>
      <w:numFmt w:val="bullet"/>
      <w:lvlText w:val=""/>
      <w:lvlJc w:val="left"/>
      <w:pPr>
        <w:ind w:left="5832" w:hanging="360"/>
      </w:pPr>
      <w:rPr>
        <w:rFonts w:ascii="Wingdings" w:hAnsi="Wingdings" w:hint="default"/>
      </w:rPr>
    </w:lvl>
    <w:lvl w:ilvl="6" w:tplc="04090001" w:tentative="1">
      <w:start w:val="1"/>
      <w:numFmt w:val="bullet"/>
      <w:lvlText w:val=""/>
      <w:lvlJc w:val="left"/>
      <w:pPr>
        <w:ind w:left="6552" w:hanging="360"/>
      </w:pPr>
      <w:rPr>
        <w:rFonts w:ascii="Symbol" w:hAnsi="Symbol" w:hint="default"/>
      </w:rPr>
    </w:lvl>
    <w:lvl w:ilvl="7" w:tplc="04090003" w:tentative="1">
      <w:start w:val="1"/>
      <w:numFmt w:val="bullet"/>
      <w:lvlText w:val="o"/>
      <w:lvlJc w:val="left"/>
      <w:pPr>
        <w:ind w:left="7272" w:hanging="360"/>
      </w:pPr>
      <w:rPr>
        <w:rFonts w:ascii="Courier New" w:hAnsi="Courier New" w:cs="Courier New" w:hint="default"/>
      </w:rPr>
    </w:lvl>
    <w:lvl w:ilvl="8" w:tplc="04090005" w:tentative="1">
      <w:start w:val="1"/>
      <w:numFmt w:val="bullet"/>
      <w:lvlText w:val=""/>
      <w:lvlJc w:val="left"/>
      <w:pPr>
        <w:ind w:left="7992" w:hanging="360"/>
      </w:pPr>
      <w:rPr>
        <w:rFonts w:ascii="Wingdings" w:hAnsi="Wingdings" w:hint="default"/>
      </w:rPr>
    </w:lvl>
  </w:abstractNum>
  <w:abstractNum w:abstractNumId="17" w15:restartNumberingAfterBreak="0">
    <w:nsid w:val="4F2E5D10"/>
    <w:multiLevelType w:val="hybridMultilevel"/>
    <w:tmpl w:val="27AA114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8" w15:restartNumberingAfterBreak="0">
    <w:nsid w:val="528C113B"/>
    <w:multiLevelType w:val="hybridMultilevel"/>
    <w:tmpl w:val="8C4A8160"/>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9" w15:restartNumberingAfterBreak="0">
    <w:nsid w:val="5C7B1824"/>
    <w:multiLevelType w:val="hybridMultilevel"/>
    <w:tmpl w:val="726CF568"/>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0" w15:restartNumberingAfterBreak="0">
    <w:nsid w:val="6B876747"/>
    <w:multiLevelType w:val="hybridMultilevel"/>
    <w:tmpl w:val="E5E41C8A"/>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1" w15:restartNumberingAfterBreak="0">
    <w:nsid w:val="6F555F78"/>
    <w:multiLevelType w:val="hybridMultilevel"/>
    <w:tmpl w:val="84705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C5A54FB"/>
    <w:multiLevelType w:val="hybridMultilevel"/>
    <w:tmpl w:val="2640E10E"/>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num w:numId="1" w16cid:durableId="159851038">
    <w:abstractNumId w:val="8"/>
  </w:num>
  <w:num w:numId="2" w16cid:durableId="1785297492">
    <w:abstractNumId w:val="6"/>
  </w:num>
  <w:num w:numId="3" w16cid:durableId="70590080">
    <w:abstractNumId w:val="5"/>
  </w:num>
  <w:num w:numId="4" w16cid:durableId="228200064">
    <w:abstractNumId w:val="4"/>
  </w:num>
  <w:num w:numId="5" w16cid:durableId="937250530">
    <w:abstractNumId w:val="7"/>
  </w:num>
  <w:num w:numId="6" w16cid:durableId="730232690">
    <w:abstractNumId w:val="3"/>
  </w:num>
  <w:num w:numId="7" w16cid:durableId="1191334707">
    <w:abstractNumId w:val="2"/>
  </w:num>
  <w:num w:numId="8" w16cid:durableId="1314992174">
    <w:abstractNumId w:val="1"/>
  </w:num>
  <w:num w:numId="9" w16cid:durableId="64034067">
    <w:abstractNumId w:val="0"/>
  </w:num>
  <w:num w:numId="10" w16cid:durableId="985400052">
    <w:abstractNumId w:val="22"/>
  </w:num>
  <w:num w:numId="11" w16cid:durableId="1232695784">
    <w:abstractNumId w:val="19"/>
  </w:num>
  <w:num w:numId="12" w16cid:durableId="2008483335">
    <w:abstractNumId w:val="17"/>
  </w:num>
  <w:num w:numId="13" w16cid:durableId="382368519">
    <w:abstractNumId w:val="12"/>
  </w:num>
  <w:num w:numId="14" w16cid:durableId="1398896284">
    <w:abstractNumId w:val="18"/>
  </w:num>
  <w:num w:numId="15" w16cid:durableId="177238752">
    <w:abstractNumId w:val="11"/>
  </w:num>
  <w:num w:numId="16" w16cid:durableId="1097209110">
    <w:abstractNumId w:val="20"/>
  </w:num>
  <w:num w:numId="17" w16cid:durableId="1335256488">
    <w:abstractNumId w:val="13"/>
  </w:num>
  <w:num w:numId="18" w16cid:durableId="719129402">
    <w:abstractNumId w:val="10"/>
  </w:num>
  <w:num w:numId="19" w16cid:durableId="713962512">
    <w:abstractNumId w:val="16"/>
  </w:num>
  <w:num w:numId="20" w16cid:durableId="2102139932">
    <w:abstractNumId w:val="9"/>
  </w:num>
  <w:num w:numId="21" w16cid:durableId="1096365198">
    <w:abstractNumId w:val="15"/>
  </w:num>
  <w:num w:numId="22" w16cid:durableId="98304702">
    <w:abstractNumId w:val="21"/>
  </w:num>
  <w:num w:numId="23" w16cid:durableId="14404848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5CF"/>
    <w:rsid w:val="00034616"/>
    <w:rsid w:val="000519C2"/>
    <w:rsid w:val="0006063C"/>
    <w:rsid w:val="00095C16"/>
    <w:rsid w:val="000A1601"/>
    <w:rsid w:val="000B51AA"/>
    <w:rsid w:val="000C1FEA"/>
    <w:rsid w:val="000E0D5D"/>
    <w:rsid w:val="001022F2"/>
    <w:rsid w:val="00104EAE"/>
    <w:rsid w:val="0015074B"/>
    <w:rsid w:val="001734D5"/>
    <w:rsid w:val="00175E0F"/>
    <w:rsid w:val="001F26EE"/>
    <w:rsid w:val="00235C28"/>
    <w:rsid w:val="002773C0"/>
    <w:rsid w:val="0028368D"/>
    <w:rsid w:val="00292773"/>
    <w:rsid w:val="0029639D"/>
    <w:rsid w:val="002B7203"/>
    <w:rsid w:val="002F5575"/>
    <w:rsid w:val="00300BAF"/>
    <w:rsid w:val="003050AC"/>
    <w:rsid w:val="00326F90"/>
    <w:rsid w:val="003C6B34"/>
    <w:rsid w:val="00402EE3"/>
    <w:rsid w:val="00450197"/>
    <w:rsid w:val="00472425"/>
    <w:rsid w:val="004F4CF2"/>
    <w:rsid w:val="0054428D"/>
    <w:rsid w:val="00546FD5"/>
    <w:rsid w:val="0056125B"/>
    <w:rsid w:val="00563035"/>
    <w:rsid w:val="00573F24"/>
    <w:rsid w:val="0059724F"/>
    <w:rsid w:val="005F03D1"/>
    <w:rsid w:val="0060043C"/>
    <w:rsid w:val="0061563D"/>
    <w:rsid w:val="00651A6F"/>
    <w:rsid w:val="006761BF"/>
    <w:rsid w:val="006C3E82"/>
    <w:rsid w:val="006D36B3"/>
    <w:rsid w:val="006F34D2"/>
    <w:rsid w:val="007300E6"/>
    <w:rsid w:val="00731888"/>
    <w:rsid w:val="0074235F"/>
    <w:rsid w:val="00764CD6"/>
    <w:rsid w:val="00782769"/>
    <w:rsid w:val="007A5FD6"/>
    <w:rsid w:val="007D5BEA"/>
    <w:rsid w:val="007F11E8"/>
    <w:rsid w:val="00834DAE"/>
    <w:rsid w:val="00864C82"/>
    <w:rsid w:val="008C237F"/>
    <w:rsid w:val="008C4CE2"/>
    <w:rsid w:val="008E59E1"/>
    <w:rsid w:val="00926453"/>
    <w:rsid w:val="009D6378"/>
    <w:rsid w:val="00A037B8"/>
    <w:rsid w:val="00A6005F"/>
    <w:rsid w:val="00A6089D"/>
    <w:rsid w:val="00A77A98"/>
    <w:rsid w:val="00A837FC"/>
    <w:rsid w:val="00AA05D2"/>
    <w:rsid w:val="00AA1D8D"/>
    <w:rsid w:val="00AA44E4"/>
    <w:rsid w:val="00B03659"/>
    <w:rsid w:val="00B273E7"/>
    <w:rsid w:val="00B33E2C"/>
    <w:rsid w:val="00B379FB"/>
    <w:rsid w:val="00B47730"/>
    <w:rsid w:val="00B65FF9"/>
    <w:rsid w:val="00B807DA"/>
    <w:rsid w:val="00B87605"/>
    <w:rsid w:val="00C21763"/>
    <w:rsid w:val="00C32A8D"/>
    <w:rsid w:val="00C75083"/>
    <w:rsid w:val="00CA6449"/>
    <w:rsid w:val="00CB0664"/>
    <w:rsid w:val="00D13EAB"/>
    <w:rsid w:val="00D2779F"/>
    <w:rsid w:val="00D27A83"/>
    <w:rsid w:val="00D909CA"/>
    <w:rsid w:val="00DB631E"/>
    <w:rsid w:val="00E00B42"/>
    <w:rsid w:val="00E470A2"/>
    <w:rsid w:val="00EB773C"/>
    <w:rsid w:val="00EE4143"/>
    <w:rsid w:val="00F416AF"/>
    <w:rsid w:val="00F56DAB"/>
    <w:rsid w:val="00FA3F2A"/>
    <w:rsid w:val="00FA5FED"/>
    <w:rsid w:val="00FB56ED"/>
    <w:rsid w:val="00FC5756"/>
    <w:rsid w:val="00FC693F"/>
    <w:rsid w:val="00FD53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D090AA"/>
  <w14:defaultImageDpi w14:val="300"/>
  <w15:docId w15:val="{99F8546B-C93E-0D40-AA59-0CA2B04E3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3F2A"/>
    <w:pPr>
      <w:spacing w:after="80" w:line="240" w:lineRule="auto"/>
    </w:pPr>
    <w:rPr>
      <w:rFonts w:ascii="Aptos" w:eastAsia="Aptos" w:hAnsi="Aptos"/>
      <w:sz w:val="19"/>
    </w:rPr>
  </w:style>
  <w:style w:type="paragraph" w:styleId="Heading1">
    <w:name w:val="heading 1"/>
    <w:basedOn w:val="Normal"/>
    <w:next w:val="Normal"/>
    <w:link w:val="Heading1Char"/>
    <w:uiPriority w:val="9"/>
    <w:qFormat/>
    <w:rsid w:val="00FC693F"/>
    <w:pPr>
      <w:keepNext/>
      <w:keepLines/>
      <w:spacing w:before="140"/>
      <w:outlineLvl w:val="0"/>
    </w:pPr>
    <w:rPr>
      <w:rFonts w:asciiTheme="majorHAnsi" w:eastAsiaTheme="majorEastAsia" w:hAnsiTheme="majorHAnsi" w:cstheme="majorBidi"/>
      <w:b/>
      <w:bCs/>
      <w:color w:val="17365D"/>
      <w:sz w:val="30"/>
      <w:szCs w:val="28"/>
    </w:rPr>
  </w:style>
  <w:style w:type="paragraph" w:styleId="Heading2">
    <w:name w:val="heading 2"/>
    <w:basedOn w:val="Normal"/>
    <w:next w:val="Normal"/>
    <w:link w:val="Heading2Char"/>
    <w:uiPriority w:val="9"/>
    <w:unhideWhenUsed/>
    <w:qFormat/>
    <w:rsid w:val="00FC693F"/>
    <w:pPr>
      <w:keepNext/>
      <w:keepLines/>
      <w:spacing w:before="140"/>
      <w:outlineLvl w:val="1"/>
    </w:pPr>
    <w:rPr>
      <w:rFonts w:asciiTheme="majorHAnsi" w:eastAsiaTheme="majorEastAsia" w:hAnsiTheme="majorHAnsi" w:cstheme="majorBidi"/>
      <w:b/>
      <w:bCs/>
      <w:color w:val="2E65B0"/>
      <w:sz w:val="23"/>
      <w:szCs w:val="26"/>
    </w:rPr>
  </w:style>
  <w:style w:type="paragraph" w:styleId="Heading3">
    <w:name w:val="heading 3"/>
    <w:basedOn w:val="Normal"/>
    <w:next w:val="Normal"/>
    <w:link w:val="Heading3Char"/>
    <w:uiPriority w:val="9"/>
    <w:unhideWhenUsed/>
    <w:qFormat/>
    <w:rsid w:val="00FC693F"/>
    <w:pPr>
      <w:keepNext/>
      <w:keepLines/>
      <w:spacing w:before="140"/>
      <w:outlineLvl w:val="2"/>
    </w:pPr>
    <w:rPr>
      <w:rFonts w:asciiTheme="majorHAnsi" w:eastAsiaTheme="majorEastAsia" w:hAnsiTheme="majorHAnsi" w:cstheme="majorBidi"/>
      <w:b/>
      <w:bCs/>
      <w:color w:val="17365D"/>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40"/>
      <w:contextualSpacing/>
    </w:pPr>
    <w:rPr>
      <w:rFonts w:asciiTheme="majorHAnsi" w:eastAsiaTheme="majorEastAsia" w:hAnsiTheme="majorHAnsi" w:cstheme="majorBidi"/>
      <w:b/>
      <w:color w:val="17365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140"/>
    </w:pPr>
    <w:rPr>
      <w:rFonts w:asciiTheme="majorHAnsi" w:eastAsiaTheme="majorEastAsia" w:hAnsiTheme="majorHAnsi" w:cstheme="majorBidi"/>
      <w:b/>
      <w:i/>
      <w:iCs/>
      <w:color w:val="2E65B0"/>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ormCheckbox">
    <w:name w:val="Form Checkbox"/>
    <w:pPr>
      <w:ind w:left="72"/>
    </w:pPr>
    <w:rPr>
      <w:rFonts w:ascii="Aptos" w:eastAsia="Aptos" w:hAnsi="Aptos"/>
      <w:sz w:val="18"/>
    </w:rPr>
  </w:style>
  <w:style w:type="character" w:styleId="Hyperlink">
    <w:name w:val="Hyperlink"/>
    <w:basedOn w:val="DefaultParagraphFont"/>
    <w:uiPriority w:val="99"/>
    <w:unhideWhenUsed/>
    <w:rsid w:val="00B87605"/>
    <w:rPr>
      <w:color w:val="0000FF" w:themeColor="hyperlink"/>
      <w:u w:val="single"/>
    </w:rPr>
  </w:style>
  <w:style w:type="character" w:styleId="UnresolvedMention">
    <w:name w:val="Unresolved Mention"/>
    <w:basedOn w:val="DefaultParagraphFont"/>
    <w:uiPriority w:val="99"/>
    <w:semiHidden/>
    <w:unhideWhenUsed/>
    <w:rsid w:val="00B876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9760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msiver@danc.org" TargetMode="External"/><Relationship Id="rId4" Type="http://schemas.openxmlformats.org/officeDocument/2006/relationships/settings" Target="settings.xml"/><Relationship Id="rId9" Type="http://schemas.openxmlformats.org/officeDocument/2006/relationships/hyperlink" Target="mailto:msiver@danc.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5097</Words>
  <Characters>29053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Village of Alexandria Bay New York Forward Small Project Fund Application</vt:lpstr>
    </vt:vector>
  </TitlesOfParts>
  <Manager/>
  <Company/>
  <LinksUpToDate>false</LinksUpToDate>
  <CharactersWithSpaces>34082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Village of Alexandria Bay New York Forward Small Project Fund Application</dc:title>
  <dc:subject>Revised to conform to Grant Agreement Schedules A and B, SHARS ID 20250573</dc:subject>
  <dc:creator>Matthew R. Siver</dc:creator>
  <cp:keywords/>
  <dc:description>Draft v1.1 - updated from awarded budget, projected accomplishments, and Administrative Plan.</dc:description>
  <cp:lastModifiedBy>Sara Bright</cp:lastModifiedBy>
  <cp:revision>2</cp:revision>
  <cp:lastPrinted>2026-09-08T14:18:00Z</cp:lastPrinted>
  <dcterms:created xsi:type="dcterms:W3CDTF">2026-09-08T14:19:00Z</dcterms:created>
  <dcterms:modified xsi:type="dcterms:W3CDTF">2026-09-08T14:19:00Z</dcterms:modified>
  <cp:category/>
</cp:coreProperties>
</file>